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Отель "Азалия", Лоо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Лоо, ул. Декабристов, дом №59/2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>Услуги:</w:t>
      </w:r>
      <w:r>
        <w:t xml:space="preserve"> Wi Fi, кухня (необходимый инвентарь), зона барбекю, парковка, прачечная, гладильная</w:t>
      </w:r>
      <w:r>
        <w:br/>
      </w:r>
      <w:r>
        <w:rPr>
          <w:b/>
        </w:rPr>
        <w:t xml:space="preserve">Питание: </w:t>
      </w:r>
      <w:r>
        <w:t>общая кухня</w:t>
      </w:r>
      <w:r>
        <w:br/>
      </w:r>
      <w:r>
        <w:rPr>
          <w:b/>
        </w:rPr>
        <w:t>Пляж:     песчаный пляж, 300 м до моря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С232026020241</w:t>
        </w:r>
      </w:hyperlink>
    </w:p>
    <w:p>
      <w:pPr>
        <w:pStyle w:val="Heading1"/>
      </w:pPr>
      <w:r>
        <w:t>В стоимость входит</w:t>
      </w:r>
    </w:p>
    <w:p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fOiHOL" TargetMode="External"/><Relationship Id="rId10" Type="http://schemas.openxmlformats.org/officeDocument/2006/relationships/hyperlink" Target="https://drive.google.com/drive/folders/1TJ_PjnRcZ4FQcCfbhugbW4QMCRCPUZac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