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Отель "Атлантик", Лоо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br/>
      </w:r>
      <w:r>
        <w:rPr>
          <w:b/>
        </w:rPr>
        <w:t>Адрес:</w:t>
      </w:r>
      <w:hyperlink r:id="rId9">
        <w:r>
          <w:rPr>
            <w:color w:val="0000FF"/>
            <w:u w:val="single"/>
          </w:rPr>
          <w:t>Лоо, ул. Декабристов, 46</w:t>
        </w:r>
      </w:hyperlink>
      <w:r>
        <w:br/>
      </w:r>
      <w:r>
        <w:rPr>
          <w:b/>
        </w:rPr>
        <w:t>Этажность корпуса: 3</w:t>
      </w:r>
      <w:r>
        <w:br/>
      </w:r>
      <w:r>
        <w:rPr>
          <w:b/>
        </w:rPr>
        <w:t>Услуги:</w:t>
      </w:r>
      <w:r>
        <w:t>ухоженная территория отеля утопает в зелени. Оборудована терраса для отдыха, детская площадка, зона барбекю. Во дворе бесплатная автостоянка. На этаже - чайник и гладильные принадлежности. Услуги трансфера, прачечной - платно.</w:t>
      </w:r>
      <w:r>
        <w:br/>
      </w:r>
      <w:r>
        <w:rPr>
          <w:b/>
        </w:rPr>
        <w:t>Питание:</w:t>
      </w:r>
      <w:r>
        <w:t>с 1 июня работает столовая за доп. плату + оборудована беседка для барбекю.</w:t>
      </w:r>
      <w:r>
        <w:br/>
      </w:r>
      <w:r>
        <w:rPr>
          <w:b/>
        </w:rPr>
        <w:t>Пляж:</w:t>
      </w:r>
      <w:r>
        <w:t>по прямой всего 120 метров до моря (кратчайшее расстояние до кромки воды, измерено по картам яндекс без учета проходов к морю). На карте вы можете посмотреть пеший маршрут и расстояние до моря.</w:t>
      </w:r>
      <w:r>
        <w:br/>
      </w:r>
      <w:r>
        <w:rPr>
          <w:b/>
        </w:rPr>
        <w:t>Расчетный час:</w:t>
      </w:r>
      <w:r>
        <w:t>заезд с 13.00, выезд до 11.00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С232025014354</w:t>
        </w:r>
      </w:hyperlink>
    </w:p>
    <w:p>
      <w:pPr>
        <w:pStyle w:val="Heading1"/>
      </w:pPr>
      <w:r>
        <w:t>В стоимость входит</w:t>
      </w:r>
    </w:p>
    <w:p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Поезд</w:t>
      </w:r>
    </w:p>
    <w:p>
      <w:pPr>
        <w:pStyle w:val="Heading1"/>
      </w:pPr>
      <w:r>
        <w:t>Скидки</w:t>
      </w:r>
    </w:p>
    <w:p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-/CHF7j-Z4" TargetMode="External"/><Relationship Id="rId10" Type="http://schemas.openxmlformats.org/officeDocument/2006/relationships/hyperlink" Target="https://tourism.fsa.gov.ru/ru/resorts/hotels/575d6d83-c386-11f0-af25-df67e13cf124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