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"Приза", Лоо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r>
        <w:t xml:space="preserve"> </w:t>
      </w:r>
      <w:hyperlink r:id="rId9">
        <w:r>
          <w:rPr>
            <w:color w:val="0000FF"/>
            <w:u w:val="single"/>
          </w:rPr>
          <w:t>п. Лоо, ул. Мартовская, д. 25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 xml:space="preserve">Услуги: </w:t>
      </w:r>
      <w:r>
        <w:t>Wi-Fi бесплатно, 2 открытых бассейна (взрослый 8×4 м глубина до 2 м + детский), детская площадка, парковка бесплатная, сад с фруктовыми деревьями, баня/сауна, мангальная зона</w:t>
      </w:r>
      <w:r>
        <w:br/>
      </w:r>
      <w:r>
        <w:rPr>
          <w:b/>
        </w:rPr>
        <w:t>Питание:</w:t>
      </w:r>
      <w:r>
        <w:t xml:space="preserve"> столовая с питанием по заказу (завтрак 600 руб., обед 800 руб., ужин 700 руб.)</w:t>
      </w:r>
      <w:r>
        <w:br/>
      </w:r>
      <w:r>
        <w:rPr>
          <w:b/>
        </w:rPr>
        <w:t>Пляж:</w:t>
      </w:r>
      <w:r>
        <w:t>общественный мелкогалечный, 1 км от отеля (10-15 минут пешком, спуск 7-10 минут)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С232026019417</w:t>
        </w:r>
      </w:hyperlink>
    </w:p>
    <w:p>
      <w:pPr>
        <w:pStyle w:val="Heading1"/>
      </w:pPr>
      <w:r>
        <w:t>В стоимость входит</w:t>
      </w:r>
    </w:p>
    <w:p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Дополнительно оплачивается</w:t>
      </w:r>
    </w:p>
    <w:p>
      <w:r>
        <w:t>Питание по заказу (завтрак 600 руб., обед 800 руб., ужин 700 руб.) - оплата на месте</w:t>
      </w:r>
    </w:p>
    <w:p>
      <w:pPr>
        <w:pStyle w:val="Heading1"/>
      </w:pPr>
      <w:r>
        <w:t>Информация о транспорте</w:t>
      </w:r>
    </w:p>
    <w:p>
      <w:r>
        <w:t>Поезд</w:t>
      </w:r>
    </w:p>
    <w:p>
      <w:pPr>
        <w:pStyle w:val="Heading1"/>
      </w:pPr>
      <w:r>
        <w:t>Скидки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PQMaPMR" TargetMode="External"/><Relationship Id="rId10" Type="http://schemas.openxmlformats.org/officeDocument/2006/relationships/hyperlink" Target="https://tourism.fsa.gov.ru/ru/resorts/hotels/983a67fc-ef97-11f0-bfd9-191a7b4b3e8f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