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"Ника", Анапа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г. Анапа, ул. Новороссийская 62а</w:t>
        </w:r>
      </w:hyperlink>
      <w:r>
        <w:br/>
      </w:r>
      <w:r>
        <w:rPr>
          <w:b/>
        </w:rPr>
        <w:t>Этажность корпуса: 3</w:t>
      </w:r>
      <w:r>
        <w:br/>
      </w:r>
      <w:r>
        <w:rPr>
          <w:b/>
        </w:rPr>
        <w:t>Услуги:</w:t>
      </w:r>
      <w:r>
        <w:t>Wi-Fi, виноградный дворик с фонтаном, утюг, гладильная доска, сейф на ресепшен, прачечная - платно.</w:t>
      </w:r>
      <w:r>
        <w:br/>
      </w:r>
      <w:r>
        <w:rPr>
          <w:b/>
        </w:rPr>
        <w:t xml:space="preserve">Питание: </w:t>
      </w:r>
      <w:r>
        <w:t>домашнее питание за отдельную плату, кухня для самостоятельного приготовления</w:t>
      </w:r>
      <w:r>
        <w:br/>
      </w:r>
      <w:r>
        <w:rPr>
          <w:b/>
        </w:rPr>
        <w:t xml:space="preserve">Пляж: </w:t>
      </w:r>
      <w:r>
        <w:t>песчаный, 800м - 1,5 км, 10-15 минут</w:t>
      </w:r>
      <w:r>
        <w:br/>
      </w:r>
      <w:r>
        <w:rPr>
          <w:b/>
        </w:rPr>
        <w:t xml:space="preserve">Расчетный час: </w:t>
      </w:r>
      <w:r>
        <w:t>заезд с 12.00, выезд до 10.00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С232025014108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Дополнительно оплачивается</w:t>
      </w:r>
    </w:p>
    <w:p>
      <w:r>
        <w:t>В гостевом доме организованно централизованное питание.</w:t>
      </w:r>
      <w:r>
        <w:rPr>
          <w:b/>
        </w:rPr>
        <w:t>Ориентировочные стоимости:</w:t>
      </w:r>
      <w:r>
        <w:t xml:space="preserve">Завтрак — 100 руб., обед — 250 руб., ужин — 200 руб. Комплекс 600 руб. Шашлык и вино по договоренности.                 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107/anapa/house/novorossiyskaya_ulitsa_62a/Z04YdQZgTkQAQFpufXR5eHlrbA==/?ll=37.310717%2C44.889589&amp;z=16.61" TargetMode="External"/><Relationship Id="rId10" Type="http://schemas.openxmlformats.org/officeDocument/2006/relationships/hyperlink" Target="https://tourism.fsa.gov.ru/ru/resorts/hotels/594491a6-c05e-11f0-84f9-071eb3191cf0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