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Зимние забавы в Очере с гастрономической программой в музее (автобусный тур)</w:t>
      </w:r>
    </w:p>
    <w:p>
      <w:pPr>
        <w:pStyle w:val="Heading1"/>
      </w:pPr>
      <w:r>
        <w:t>Информация тура</w:t>
      </w:r>
    </w:p>
    <w:p>
      <w:r>
        <w:t>Пермь - Очер - Пермь</w:t>
      </w:r>
    </w:p>
    <w:p>
      <w:pPr>
        <w:pStyle w:val="Heading1"/>
      </w:pPr>
      <w:r>
        <w:t>Описание тура</w:t>
      </w:r>
    </w:p>
    <w:p>
      <w:r>
        <w:t>Проведите зимний день в атмосферном путешествии в уютный город Очёр! Вас ждёт обзорная экскурсия, гастрономическая программа в музее с угощением блюдами "пермского периода" — пирогами, рубленой капустой, сбитнем, вареньем и напитками от местных производителей.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Уникальный формат</w:t>
      </w:r>
      <w:r>
        <w:t>— сочетание экскурсии, гастрономии и театральных зарисовок.</w:t>
      </w:r>
    </w:p>
    <w:p>
      <w:pPr>
        <w:pStyle w:val="ListBullet"/>
      </w:pPr>
      <w:r>
        <w:rPr>
          <w:b/>
        </w:rPr>
        <w:t>Гастро-программа</w:t>
      </w:r>
      <w:r>
        <w:t>— дегустация блюд, вдохновлённых "пермским периодом", продукция местных производителей.</w:t>
      </w:r>
    </w:p>
    <w:p>
      <w:pPr>
        <w:pStyle w:val="ListBullet"/>
      </w:pPr>
      <w:r>
        <w:rPr>
          <w:b/>
        </w:rPr>
        <w:t>Аутентичность</w:t>
      </w:r>
      <w:r>
        <w:t>— знакомство с культурой и традициями небольшого уральского города.</w:t>
      </w:r>
    </w:p>
    <w:p>
      <w:pPr>
        <w:pStyle w:val="ListBullet"/>
      </w:pPr>
      <w:r>
        <w:rPr>
          <w:b/>
        </w:rPr>
        <w:t>Комфортный однодневный тур</w:t>
      </w:r>
      <w:r>
        <w:t>— не требует долгих сборов и затрат на проживание.</w:t>
      </w:r>
    </w:p>
    <w:p>
      <w:pPr>
        <w:pStyle w:val="ListBullet"/>
      </w:pPr>
      <w:r>
        <w:rPr>
          <w:b/>
        </w:rPr>
        <w:t>Подарок к празднику</w:t>
      </w:r>
      <w:r>
        <w:t>— яркие эмоции, впечатления и ощущение зимней сказки!</w:t>
      </w:r>
    </w:p>
    <w:p>
      <w:pPr>
        <w:pStyle w:val="ListBullet"/>
      </w:pPr>
      <w:r>
        <w:rPr>
          <w:b/>
        </w:rPr>
        <w:t>Комфортабельные автобусы</w:t>
      </w:r>
      <w:r>
        <w:t>— дорога проходит на удобном туристическом транспорте, с техническими остановками и сопровождением. Поездка комфортна даже при длительном переезде.</w:t>
      </w:r>
    </w:p>
    <w:p>
      <w:pPr>
        <w:pStyle w:val="ListBullet"/>
      </w:pPr>
      <w:r>
        <w:rPr>
          <w:b/>
        </w:rPr>
        <w:t>Профессиональные гиды</w:t>
      </w:r>
      <w:r>
        <w:t>— во время поездки вас сопровождает опытный гид, который делится интересными фактами и помогает ориентироваться на маршруте.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на автобусный проезд;</w:t>
      </w:r>
      <w:r>
        <w:br/>
      </w:r>
      <w:r>
        <w:t>– экскурсионное сопровождение гидом;</w:t>
      </w:r>
      <w:r>
        <w:br/>
      </w:r>
      <w:r>
        <w:t>– обзорная экскурсия по городу;</w:t>
      </w:r>
      <w:r>
        <w:br/>
      </w:r>
      <w:r>
        <w:t>– входные билеты в музей;</w:t>
      </w:r>
      <w:r>
        <w:br/>
      </w:r>
      <w:r>
        <w:t>– гастрономическая и развлекательная программа.</w:t>
      </w:r>
    </w:p>
    <w:p>
      <w:pPr>
        <w:pStyle w:val="Heading1"/>
      </w:pPr>
      <w:r>
        <w:t>Дополнительно оплачивается</w:t>
      </w:r>
    </w:p>
    <w:p>
      <w:r>
        <w:t>Сувениры (по желанию)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11.00 -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11.10 -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11.15 -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11.40 -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11.45 -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12.00 -</w:t>
      </w:r>
      <w:hyperlink r:id="rId14">
        <w:r>
          <w:rPr>
            <w:color w:val="0000FF"/>
            <w:u w:val="single"/>
          </w:rPr>
          <w:t>Нытвенский отворот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5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  <w:r>
        <w:br/>
      </w:r>
      <w:r>
        <w:br/>
      </w:r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11.00 - Выезд из Перми с путевой экскурсией.</w:t>
      </w:r>
      <w:r>
        <w:br/>
      </w:r>
      <w:r>
        <w:t>13.00 - 14.00 - Обзорная экскурсия по Очеру.</w:t>
      </w:r>
      <w:r>
        <w:br/>
      </w:r>
      <w:r>
        <w:t>14.00 - Гастрономическая экскурсия.</w:t>
      </w:r>
      <w:r>
        <w:br/>
      </w:r>
      <w:r>
        <w:t>Гастрономическая экскурсия в очерский музей. В рамках гастрономической экскурсии туристов угощают пирогом с начинкой пермского периода, традиционной рубленой капустой, сбитнем и продукцией компании «Русский лес» (джемы и варенье) (для туристов младше 18 лет и тех, кто не употребляет алкоголь, угостим продукцией компании Очёрский завод напитков).</w:t>
      </w:r>
      <w:r>
        <w:br/>
      </w:r>
      <w:r>
        <w:t>16.00 - Окончание программы.</w:t>
      </w:r>
      <w:r>
        <w:br/>
      </w:r>
      <w:r>
        <w:t>16.00 - Выезд группы в Пермь.</w:t>
      </w:r>
      <w:r>
        <w:br/>
      </w:r>
      <w:r>
        <w:t>18.00 - Ориентировочное время выезда в Пермь.</w:t>
      </w:r>
      <w:r>
        <w:br/>
      </w:r>
      <w:r>
        <w:br/>
      </w:r>
      <w:r>
        <w:rPr>
          <w:b/>
        </w:rPr>
        <w:t>! Обращаем ваше внимание, что в рамках экскурсии будет предложен напиток сбитень, который содержит небольшое количество алкоголя. Просим учитывать эту информацию при планировании участия.Если у вас есть ограничения по употреблению алкоголя, сообщите об этом при бронировании тура.Программа рекомендована к участию туристов старше 18 лет</w:t>
      </w:r>
      <w:r>
        <w:br/>
      </w:r>
      <w:r>
        <w:br/>
      </w:r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