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"Рождественские каникулы + Кремлевская ёлка", г. Москва (тур на поезде), 4 дня</w:t>
      </w:r>
    </w:p>
    <w:p>
      <w:pPr>
        <w:pStyle w:val="Heading1"/>
      </w:pPr>
      <w:r>
        <w:t>Информация тура</w:t>
      </w:r>
    </w:p>
    <w:p>
      <w:r>
        <w:t>Пермь - Москва - Пермь</w:t>
      </w:r>
    </w:p>
    <w:p>
      <w:pPr>
        <w:pStyle w:val="Heading1"/>
      </w:pPr>
      <w:r>
        <w:t>Описание тура</w:t>
      </w:r>
    </w:p>
    <w:p>
      <w:r>
        <w:t>Погрузитесь в волшебство Нового 2026 года в Москве! Московский Кремль и Красная площадь превращаются в яркий карнавал, сравнимый с праздниками в Рио-де-Жанейро или Олимпийскими играми — здесь царит неповторимая атмосфера радости, эмоций и сказочного настроения. В новогодние праздники город наполняется волшебством, которое захватывает дух и переносит вас в мир чудес. Особое место занимает Кремлевская елка — грандиозное представление, создаваемое лучшими режиссерами и артистами страны, станет незабываемым событием для всей семьи и поможет сохранить веру в чудо на долгие годы. Присоединяйтесь к нам и станьте частью настоящей новогодней сказки 2026 года!</w:t>
      </w:r>
    </w:p>
    <w:p>
      <w:pPr>
        <w:pStyle w:val="Heading1"/>
      </w:pPr>
      <w:r>
        <w:t>Преимущества</w:t>
      </w:r>
    </w:p>
    <w:p>
      <w:r>
        <w:t>Профессиональное</w:t>
      </w:r>
      <w:r>
        <w:rPr>
          <w:b/>
        </w:rPr>
        <w:t>сопровождение группы из Перми</w:t>
      </w:r>
      <w:r>
        <w:t>, которое обеспечивает контроль маршрута и своевременную помощь, делая ваше путешествие максимально комфортным и безопасным.</w:t>
      </w:r>
    </w:p>
    <w:p>
      <w:r>
        <w:rPr>
          <w:b/>
        </w:rPr>
        <w:t>Трансферы</w:t>
      </w:r>
      <w:r>
        <w:t>по программе в Москве</w:t>
      </w:r>
    </w:p>
    <w:p>
      <w:r>
        <w:t>Гарантированное наличие билета</w:t>
      </w:r>
      <w:r>
        <w:rPr>
          <w:b/>
        </w:rPr>
        <w:t>категории КУПЕ</w:t>
      </w:r>
      <w:r>
        <w:t>— ваше путешествие будет комфортным и без лишних хлопот.</w:t>
      </w:r>
    </w:p>
    <w:p>
      <w:r>
        <w:rPr>
          <w:b/>
        </w:rPr>
        <w:t>15 экскурсий, включенных в программу:</w:t>
      </w:r>
    </w:p>
    <w:p>
      <w:pPr>
        <w:pStyle w:val="ListBullet"/>
      </w:pPr>
      <w:r>
        <w:t>Обзорная автобусная экскурсия по Москве «Новогодние огни Москвы»</w:t>
      </w:r>
    </w:p>
    <w:p>
      <w:pPr>
        <w:pStyle w:val="ListBullet"/>
      </w:pPr>
      <w:r>
        <w:t>Автобусная экскурсия «Ёлки»</w:t>
      </w:r>
    </w:p>
    <w:p>
      <w:pPr>
        <w:pStyle w:val="ListBullet"/>
      </w:pPr>
      <w:r>
        <w:t>Экскурсия «Сияние Новогодних Огней» по Поклонной горе.</w:t>
      </w:r>
    </w:p>
    <w:p>
      <w:pPr>
        <w:pStyle w:val="ListBullet"/>
      </w:pPr>
      <w:r>
        <w:t>Экскурсия «Российский Голливуд»</w:t>
      </w:r>
    </w:p>
    <w:p>
      <w:pPr>
        <w:pStyle w:val="ListBullet"/>
      </w:pPr>
      <w:r>
        <w:t>Экскурсия на фабрику грез - киностудию «Мосфильм»</w:t>
      </w:r>
    </w:p>
    <w:p>
      <w:pPr>
        <w:pStyle w:val="ListBullet"/>
      </w:pPr>
      <w:r>
        <w:t>Экскурсия «Первопрестольная столица» по Красной площади</w:t>
      </w:r>
    </w:p>
    <w:p>
      <w:pPr>
        <w:pStyle w:val="ListBullet"/>
      </w:pPr>
      <w:r>
        <w:t>Посещение главного православного Храма Москвы - Храма Христа Спасителя</w:t>
      </w:r>
    </w:p>
    <w:p>
      <w:pPr>
        <w:pStyle w:val="ListBullet"/>
      </w:pPr>
      <w:r>
        <w:t>Знакомство с московским великим посадом Китай-город.</w:t>
      </w:r>
    </w:p>
    <w:p>
      <w:pPr>
        <w:pStyle w:val="ListBullet"/>
      </w:pPr>
      <w:r>
        <w:t>Посещение парка «Зарядье»</w:t>
      </w:r>
    </w:p>
    <w:p>
      <w:pPr>
        <w:pStyle w:val="ListBullet"/>
      </w:pPr>
      <w:r>
        <w:t>Посещение фестиваля «Путешествие в Рождество»</w:t>
      </w:r>
    </w:p>
    <w:p>
      <w:pPr>
        <w:pStyle w:val="ListBullet"/>
      </w:pPr>
      <w:r>
        <w:t>Пешеходная экскурсия по Новогоднему Арбату</w:t>
      </w:r>
    </w:p>
    <w:p>
      <w:pPr>
        <w:pStyle w:val="ListBullet"/>
      </w:pPr>
    </w:p>
    <w:p>
      <w:pPr>
        <w:pStyle w:val="ListBullet"/>
      </w:pPr>
      <w:r>
        <w:t>Посещение Измайловского Кремля</w:t>
      </w:r>
    </w:p>
    <w:p>
      <w:pPr>
        <w:pStyle w:val="ListBullet"/>
      </w:pPr>
      <w:r>
        <w:t>Экскурсия «Новогодняя симфония ВДНХ»</w:t>
      </w:r>
    </w:p>
    <w:p>
      <w:pPr>
        <w:pStyle w:val="ListBullet"/>
      </w:pPr>
      <w:r>
        <w:t>Экскурсия в центр Космонавтики и Авиации</w:t>
      </w:r>
    </w:p>
    <w:p>
      <w:pPr>
        <w:pStyle w:val="Heading1"/>
      </w:pPr>
      <w:r>
        <w:t>В стоимость тура входит</w:t>
      </w:r>
    </w:p>
    <w:p>
      <w:r>
        <w:t>– ЖД билеты (КУПЕ)</w:t>
      </w:r>
      <w:r>
        <w:br/>
      </w:r>
      <w:r>
        <w:t>– сопровождение сотрудником из Перми</w:t>
      </w:r>
      <w:r>
        <w:br/>
      </w:r>
      <w:r>
        <w:t>– проживание в гостинице с удобствами в номерах</w:t>
      </w:r>
      <w:r>
        <w:br/>
      </w:r>
      <w:r>
        <w:t>– экскурсии по программе</w:t>
      </w:r>
      <w:r>
        <w:br/>
      </w:r>
      <w:r>
        <w:t>– транспорт</w:t>
      </w:r>
      <w:r>
        <w:br/>
      </w:r>
      <w:r>
        <w:t>– питание: 4 завтрака, 3 обеда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1. Сувениры, питание, дополнительные экскурсии</w:t>
      </w:r>
      <w:r>
        <w:br/>
      </w:r>
      <w:r>
        <w:t>2. Билеты на Кремлёвскую ёлку</w:t>
      </w:r>
      <w:r>
        <w:br/>
      </w:r>
      <w:r>
        <w:rPr>
          <w:b/>
        </w:rPr>
        <w:t>Стоимость одинаковая на взрослого и ребенка</w:t>
      </w:r>
      <w:r>
        <w:br/>
      </w:r>
      <w:r>
        <w:rPr>
          <w:b/>
        </w:rPr>
        <w:t>Партер Зона 2</w:t>
      </w:r>
      <w:r>
        <w:t>- 7 400 руб</w:t>
      </w:r>
      <w:r>
        <w:br/>
      </w:r>
      <w:r>
        <w:rPr>
          <w:b/>
        </w:rPr>
        <w:t>Партер Зона 3</w:t>
      </w:r>
      <w:r>
        <w:t>- 6 100 руб</w:t>
      </w:r>
      <w:r>
        <w:br/>
      </w:r>
      <w:r>
        <w:rPr>
          <w:b/>
        </w:rPr>
        <w:t>Партер Середина</w:t>
      </w:r>
      <w:r>
        <w:t>- 8 500 руб</w:t>
      </w:r>
      <w:r>
        <w:br/>
      </w:r>
      <w:r>
        <w:rPr>
          <w:b/>
        </w:rPr>
        <w:t>Амфитеатр</w:t>
      </w:r>
      <w:r>
        <w:t>- 5 800 руб</w:t>
      </w:r>
      <w:r>
        <w:br/>
      </w:r>
      <w:r>
        <w:rPr>
          <w:b/>
        </w:rPr>
        <w:t>Балкон</w:t>
      </w:r>
      <w:r>
        <w:t>- 4 400 руб</w:t>
      </w:r>
      <w:r>
        <w:br/>
      </w:r>
      <w:r>
        <w:t>3. Подарок - 1 500 руб</w:t>
      </w:r>
    </w:p>
    <w:p>
      <w:r>
        <w:rPr>
          <w:b/>
        </w:rPr>
        <w:t>При бронировании указывайте желаемую дату</w:t>
      </w:r>
    </w:p>
    <w:p>
      <w:r>
        <w:rPr>
          <w:b/>
        </w:rPr>
        <w:t>Даты 30.12.2025 - 06.01.2026 (кроме 1 января)Время 10.30/14.00/18.00</w:t>
      </w:r>
    </w:p>
    <w:p/>
    <w:p>
      <w:r>
        <w:t>- Билеты туристам выдаст сопровождающая в туре</w:t>
      </w:r>
      <w:r>
        <w:br/>
      </w:r>
      <w:r>
        <w:t>- Подарок туристы получают после шоу в пунктах выдачи в зале</w:t>
      </w:r>
      <w:r>
        <w:br/>
      </w:r>
      <w:r>
        <w:t>- Билеты идут под запрос. Расположение зон можно посмотреть по схеме Кремлёвского дворца по</w:t>
      </w:r>
      <w:hyperlink r:id="rId9">
        <w:r>
          <w:rPr>
            <w:color w:val="0000FF"/>
            <w:u w:val="single"/>
          </w:rPr>
          <w:t>ссылке</w:t>
        </w:r>
      </w:hyperlink>
      <w:r>
        <w:t>. Конкретизация ряда и мест будет известна уже в туре при выдаче билетов</w:t>
      </w:r>
      <w:r>
        <w:br/>
      </w:r>
      <w:r>
        <w:t>-</w:t>
      </w:r>
      <w:r>
        <w:rPr>
          <w:b/>
        </w:rPr>
        <w:t>Дополнительная автобусно-пешеходная экскурсия Мистическая МоскваПо следам героев романа «Мастер и Маргарита».</w:t>
      </w:r>
      <w:r>
        <w:t>Москва романа «Мастер и Маргарита» – это особый, захватывающий мистический мир, покоряющий воображение жителей города. Места, описанные в романе, – судьба и история не только персонажей, но и самого автора. По следам булгаковских героев можно ходить бесконечно и каждый раз открывать для себя что-то новое.</w:t>
      </w:r>
      <w:r>
        <w:br/>
      </w:r>
      <w:r>
        <w:t>На экскурсии Вы узнаете куда делся трамвай, задавивший Берлиоза; какой ресторан сожгли Коровьев и Кот Бегемот; по какому пути поэт Бездомный преследовал Воланда и его свиту; какой особняк стал домом Маргариты и где находится переулок, в котором Мастер встретил Маргариту.</w:t>
      </w:r>
      <w:r>
        <w:br/>
      </w:r>
      <w:r>
        <w:rPr>
          <w:b/>
        </w:rPr>
        <w:t>Стоимость - 5 200 р.</w:t>
      </w:r>
      <w:r>
        <w:br/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hyperlink r:id="rId10">
        <w:r>
          <w:rPr>
            <w:color w:val="0000FF"/>
            <w:u w:val="single"/>
          </w:rPr>
          <w:t>Ibis Москва Павелецкая</w:t>
        </w:r>
      </w:hyperlink>
      <w:r>
        <w:t>- отель удобно расположен рядом с Павелецким вокзалом, всего в 5 минутах езды на метро от центра Москвы. Удобное расположение отеля позволяет гостям легко добраться до таких главных достопримечательностей города, как Третьяковской галереи, Красной площади и Кремля.</w:t>
      </w:r>
    </w:p>
    <w:p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hyperlink r:id="rId11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br/>
      </w:r>
      <w:r>
        <w:t>Ваше путешествие начнется с комфортабельного переезда, благодаря тому, что места предоставляются в вагонах класса "КУПЕ".</w:t>
      </w:r>
    </w:p>
    <w:p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</w:t>
      </w:r>
      <w:r>
        <w:rPr>
          <w:b/>
        </w:rPr>
        <w:t>НЕ может гарантировать</w:t>
      </w:r>
      <w:r>
        <w:t>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 проверять данные туристов.</w:t>
      </w:r>
      <w:r>
        <w:br/>
      </w:r>
      <w:r>
        <w:br/>
      </w:r>
      <w:r>
        <w:t>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</w:p>
    <w:p>
      <w:r>
        <w:rPr>
          <w:i/>
        </w:rPr>
        <w:t>Конкретику мест и наличие билетов со ст. Кунгур и Екатеринбург уточняйте в заявках.</w:t>
      </w:r>
    </w:p>
    <w:p>
      <w:pPr>
        <w:pStyle w:val="Heading1"/>
      </w:pPr>
      <w:r>
        <w:t>Документы для поездки</w:t>
      </w:r>
    </w:p>
    <w:p>
      <w:r>
        <w:t>1. Оригиналы паспорта*/свидетельства о рождении, мед. полис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 Информация по ЖД туру отправляются на электронную почту за 1 рабочий день до выезда вместе с памяткой по туру, где прописывается время и место встречи туристов с сопровождающей. Конкретизацию мест в обе стороны на посадке при встрече сообщит сопровождающая. При наборе небольшой группе туристы отправляются без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>
      <w:hyperlink r:id="rId12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поезда из Перми (точное время выезда см. в таблице с ценами)</w:t>
      </w:r>
    </w:p>
    <w:p>
      <w:r>
        <w:rPr>
          <w:b/>
        </w:rPr>
        <w:t>2 день:</w:t>
      </w:r>
      <w:r>
        <w:br/>
      </w:r>
      <w:r>
        <w:t>Встреча группы на ЖД вокзале</w:t>
      </w:r>
      <w:r>
        <w:br/>
      </w:r>
      <w:r>
        <w:t>Завтрак в кафе города</w:t>
      </w:r>
      <w:r>
        <w:br/>
      </w:r>
      <w:r>
        <w:rPr>
          <w:b/>
        </w:rPr>
        <w:t>Обзорная автобусная экскурсия по Москве «Новогодние огни Москвы».</w:t>
      </w:r>
      <w:r>
        <w:t>Знакомство с Москвой - одной из самых красивых столиц мира, архитектурными и историческими памятниками: Красная площадь, Московский университет, Храма Христа Спасителя, Москва-сити, Воробьевы горы – отсюда можно увидеть удивительную панораму Москвы с высоты птичьего полета. Праздничное новогоднее оформление столицы – это особая составляющая архитектурного ансамбля Москвы. Празднично украшенные улицы, блеск огней, сияющие разноцветными гирляндами ели создают особенную сказочную атмосферу.</w:t>
      </w:r>
      <w:r>
        <w:br/>
      </w:r>
      <w:r>
        <w:rPr>
          <w:b/>
        </w:rPr>
        <w:t>Автобусная экскурсия «Ёлки»</w:t>
      </w:r>
      <w:r>
        <w:t>. Экскурсовод познакомит вас с главными елками Москвы. Вы узнаете о происхождении праздника Новый год и о том, как его отмечают в других странах. Каждый сможет выбрать самую красивую столичную елку! Вы увидите самую большую елку в Москве и главную елку страны на Красной площади.</w:t>
      </w:r>
      <w:r>
        <w:br/>
      </w:r>
      <w:r>
        <w:rPr>
          <w:b/>
        </w:rPr>
        <w:t>Экскурсия «Сияние Новогодних Огней» по Поклонной горе.</w:t>
      </w:r>
      <w:r>
        <w:t>Путешественники останавливались здесь, чтобы взглянуть на Москву и поклониться ее храмам и соборам. Отсюда и пошло название горы. Здесь правители Москвы встречали иностранные посольства, и именно поэтому на этом месте ждал ключей от Кремля Наполеон. Территория парка – это огромный мемориальный комплекс. Здесь находится главный монумент Победы высотой в 142 метра, Центральный музей Великой Отечественной войны с примыкающей картинной галереей, храм Святого Великомученика Георгия Победоносца и мемориальная мечеть, возведенная в честь воинов-мусульман павших на полях сражений Великой отечественной войны.</w:t>
      </w:r>
      <w:r>
        <w:br/>
      </w:r>
      <w:r>
        <w:rPr>
          <w:b/>
        </w:rPr>
        <w:t>Обед в кафе городаЭкскурсия «Российский Голливуд».</w:t>
      </w:r>
      <w:r>
        <w:t>Москва - одна из кинематографических столиц мира, здесь ежегодно проходит Московский международный кинофестиваль, работают пять киностудий, музей кино. Во время экскурсии Вам расскажут о великих артистах кино, о том, где и как снимались известнейшие фильмы. Вы побываете на площади звезд кино.</w:t>
      </w:r>
      <w:r>
        <w:br/>
      </w:r>
      <w:r>
        <w:rPr>
          <w:b/>
        </w:rPr>
        <w:t>Экскурсия на фабрику грез - киностудию «Мосфильм».</w:t>
      </w:r>
      <w:r>
        <w:t>Киностудия «Мосфильм» - одна из крупнейших киностудий мира. Вы увидите настоящий «Город кино», во время интереснейшей экскурсии осмотрите великолепные декорации к фильмам, съемочные площадки и гримерные мастерские, посетите уникальный музей ретро автомобилей.</w:t>
      </w:r>
      <w:r>
        <w:br/>
      </w:r>
      <w:r>
        <w:rPr>
          <w:b/>
        </w:rPr>
        <w:t>Трансфер в гостиницуРазмещение. Свободное время.</w:t>
      </w:r>
    </w:p>
    <w:p>
      <w:r>
        <w:rPr>
          <w:b/>
        </w:rPr>
        <w:t>3 день:</w:t>
      </w:r>
      <w:r>
        <w:br/>
      </w:r>
      <w:r>
        <w:t>Завтрак в гостинице «шведский стол»</w:t>
      </w:r>
      <w:r>
        <w:br/>
      </w:r>
      <w:r>
        <w:t>10.00 - Встреча с гидом в холле гостиницы</w:t>
      </w:r>
      <w:r>
        <w:br/>
      </w:r>
      <w:r>
        <w:rPr>
          <w:b/>
        </w:rPr>
        <w:t>Отправление на общественном транспорте.</w:t>
      </w:r>
    </w:p>
    <w:p>
      <w:r>
        <w:rPr>
          <w:b/>
        </w:rPr>
        <w:t>Экскурсия «Первопрестольная столица» по Красной площади</w:t>
      </w:r>
      <w:r>
        <w:t>– главной и самой красивой площади Москвы. Вы услышите интересный рассказ о стенах и башнях Кремля, мавзолее В.И.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</w:t>
      </w:r>
      <w:r>
        <w:br/>
      </w:r>
      <w:r>
        <w:rPr>
          <w:b/>
        </w:rPr>
        <w:t>Посещение главного православного Храма Москвы -</w:t>
      </w:r>
      <w:r>
        <w:rPr>
          <w:b/>
        </w:rPr>
        <w:t>Храма Христа Спасителя</w:t>
      </w:r>
      <w:r>
        <w:t>. Здесь тесно переплелись прошлое, настоящее и будущее России, ее Вера, Память и Надежда. Храм Христа Спасителя, задуманный как памятник Отечественной войне 1812 года, стал частью русской национальной истории, центром паломничества и символом духовного возрождения России.</w:t>
      </w:r>
      <w:r>
        <w:br/>
      </w:r>
      <w:r>
        <w:rPr>
          <w:b/>
        </w:rPr>
        <w:t>Знакомство с московским великим посадом Китай-город.</w:t>
      </w:r>
      <w:r>
        <w:t>Китай-город, один из древнейших исторических районов в центре Москвы, является заповедной зоной. В пределах Китай-города находятся такие известные архитектурные памятники, как Воскресенские Ворота, Гостиный Двор, ГУМ и т.д.</w:t>
      </w:r>
      <w:r>
        <w:br/>
      </w:r>
      <w:r>
        <w:rPr>
          <w:b/>
        </w:rPr>
        <w:t>Посещение парка «Зарядье».</w:t>
      </w:r>
      <w:r>
        <w:t>- первый новый крупный парк в столице за последние почти 70 лет. Его масштабы и сложность инженерных решений поражают. Площадь объектов парка составляет почти 78 тыс. кв. метров, из них 25,2 тыс. «квадратов» занимает многофункциональный концертный зал.</w:t>
      </w:r>
      <w:r>
        <w:br/>
      </w:r>
      <w:r>
        <w:t>Главной особенностью парка стало то, что все его объекты «спрятаны» под ландшафтом. При этом зеленое пространство «Зарядья» не будет однообразным - всю территорию парка разделили на четыре климатических зоны: лес, северный ландшафт, степь и заливные луга. Еще одно достоинство нового парка - живописный вид на Кремль, полюбоваться которым посетители «Зарядья» смогут с «парящего моста» над Москвой-рекой. После прогулки в парке, за дополнительную плату, можно развлечься на аттракционах - покататься на «Машине времени» или отправиться в «Полет над Россией».</w:t>
      </w:r>
      <w:r>
        <w:br/>
      </w:r>
      <w:r>
        <w:rPr>
          <w:b/>
        </w:rPr>
        <w:t>Посещение фестиваля «Путешествие в Рождество»-</w:t>
      </w:r>
      <w:r>
        <w:t>масштабный новогодне-рождественский фестиваль, который ежегодно проходит на улицах и площадях Москвы.</w:t>
      </w:r>
      <w:r>
        <w:br/>
      </w:r>
      <w:r>
        <w:t>Откройте для себя незабываемую атмосферу новогодней Москвы 2026 года на фестивале «Путешествие в Рождество» — масштабном и ярком празднике, который ежегодно превращает улицы и площади столицы в сказочный зимний город. В рамках фестиваля по всему городу открываются десятки праздничных ярмарок, каждая со своей уникальной программой: красочные световые инсталляции, арт-объекты, выступления артистов и аниматоров, спектакли, концерты, увлекательные игры и мастер-классы. Не пропустите городской квест — за участие в котором можно получить памятные подарки и сувениры! Этот яркий и волшебный праздник с богатым украшением, световыми инсталляциями и арт-объектами стал уже одной из главных московских новогодних традиций.</w:t>
      </w:r>
      <w:r>
        <w:br/>
      </w:r>
      <w:r>
        <w:rPr>
          <w:b/>
        </w:rPr>
        <w:t>Обед в кафе города</w:t>
      </w:r>
      <w:r>
        <w:br/>
      </w:r>
      <w:r>
        <w:rPr>
          <w:b/>
        </w:rPr>
        <w:t>Пешеходная экскурсия по Новогоднему Арбату.</w:t>
      </w:r>
      <w:r>
        <w:br/>
      </w:r>
      <w:r>
        <w:t>Погрузитесь в атмосферу волшебного Нового года на пешеходной экскурсии по знаменитому Арбату — самой яркой и уютной улице Москвы, которая превращается в настоящий зимний сказочный проспект. Это не просто прогулка, а уникальная возможность прикоснуться к творчеству великих поэтов и музыкантов — Пушкина, Бунина, Пастернака и Булата Окуджавы. Встречайте Новый год в сердце столицы, наслаждаясь праздничной атмосферой, уютными лавками, световыми гирляндами и неповторимым духом творчества.</w:t>
      </w:r>
    </w:p>
    <w:p>
      <w:r>
        <w:rPr>
          <w:b/>
        </w:rPr>
        <w:t>4 день:</w:t>
      </w:r>
      <w:r>
        <w:br/>
      </w:r>
      <w:r>
        <w:t>Завтрак в гостинице «шведский стол»</w:t>
      </w:r>
      <w:r>
        <w:br/>
      </w:r>
      <w:r>
        <w:t>Свободное время</w:t>
      </w:r>
    </w:p>
    <w:p>
      <w:r>
        <w:rPr>
          <w:b/>
        </w:rPr>
        <w:t>5 день:</w:t>
      </w:r>
      <w:r>
        <w:br/>
      </w:r>
      <w:r>
        <w:t>Завтрак в гостинице «шведский стол». Освобождение номеров. Встреча с гидом в холле гостиницы.</w:t>
      </w:r>
      <w:r>
        <w:br/>
      </w:r>
      <w:r>
        <w:t>09.00 - Встреча с гидом в холле гостиницы.</w:t>
      </w:r>
      <w:r>
        <w:br/>
      </w:r>
      <w:r>
        <w:rPr>
          <w:b/>
        </w:rPr>
        <w:t>Автобусная экскурсия «Московские усадьбы».</w:t>
      </w:r>
      <w:r>
        <w:t>Рассказ гида об уникальных дворцово-парковых ансамблях, сохранившихся и до наших дней: Измайлово, Лефортово, Люблино, Коломенское, Царицыно.</w:t>
      </w:r>
      <w:r>
        <w:br/>
      </w:r>
      <w:r>
        <w:br/>
      </w:r>
      <w:r>
        <w:rPr>
          <w:b/>
        </w:rPr>
        <w:t>Обед в кафе города</w:t>
      </w:r>
      <w:r>
        <w:br/>
      </w:r>
      <w:r>
        <w:rPr>
          <w:b/>
        </w:rPr>
        <w:t>Посещение Измайловского Кремля.</w:t>
      </w:r>
      <w:r>
        <w:t>Прянично-лубочный Измайловский Кремль появился в Москве совсем недавно – полностью строительство закончилось в 2007 году. Архитектурный ансамбль воссоздан по старинным гравюрам и эскизам и представляет собой стилизованную резиденцию царя Алексея Михайловича. Прогулка по территории вызывает ощущение, что вы стали героем мультфильма в духе «Сказки о царе Салтане»: разноцветные крыши и узорчатые башенки кажутся сделанными из теста и сахара.</w:t>
      </w:r>
      <w:r>
        <w:br/>
      </w:r>
      <w:r>
        <w:rPr>
          <w:b/>
        </w:rPr>
        <w:t>Экскурсия «Новогодняя симфония ВДНХ»</w:t>
      </w:r>
      <w:r>
        <w:t>. Всероссийский выставочный центр – это настоящий город со своими улицами, площадями, фонтанами, кинотеатрами, детскими аттракционами и даже «общественным транспортом». Во время экскурсии можно будет пройти по всей территории ВВЦ от арки главного входа до запрудной зоны у дальней границы выставки, увидеть знаменитые фонтаны, сохранившиеся с советских времен павильоны, также вас ожидает прогулка по Аллее Космонавтов: монумент «Покорителям космоса» - памятник, открытый в честь запуска первого искусственного спутника Земли 4 ноября 1964 года. Гости узнают как выглядела Выставка в разные временные периоды ее существования и чем ее украшали, а также об исторических традициях празднования Нового года на ВДНХ. Гости увидят самый большой каток Москвы, новогодние инсталляции и праздничное световое освещение.</w:t>
      </w:r>
      <w:r>
        <w:br/>
      </w:r>
      <w:r>
        <w:rPr>
          <w:b/>
        </w:rPr>
        <w:t>Экскурсия в павильон «Макет Москвы».</w:t>
      </w:r>
      <w:r>
        <w:t>Архитектурный макет Москвы — уникальный экспонат для москвичей и гостей столицы. Перед посетителями как на ладони весь исторический центр: Московский Кремль и Красная площадь (Александровский сад, собор Василия Блаженного, Исторический музей и ГУМ), а также храм Христа Спасителя и Дом на набережной. Главная отличительная особенность макета столицы — поразительная детализация зданий и максимально точное воссоздание ландшафтного рельефа. Элементы макета оснащены светодиодными источниками света и объединены в единую интеллектуальную систему подсветки. На макете можно настроить как разное время суток, так и подсветить объекты, объединенные единым признаком, — Садовое и Бульварное кольца, уникальные парки и набережные, образовательные учреждения, спортивные сооружения и другие. Добиться еще большей выразительности макету позволяет миниатюрная архитектурная подсветка, которая использована в оформлении выходов из метро, храмовых комплексов, мостов и таких знаковых сооружений, как Московский Кремль.</w:t>
      </w:r>
      <w:r>
        <w:br/>
      </w:r>
      <w:r>
        <w:rPr>
          <w:b/>
        </w:rPr>
        <w:t>Экскурсия в центр Космонавтики и Авиации</w:t>
      </w:r>
      <w:r>
        <w:t>.</w:t>
      </w:r>
      <w:r>
        <w:rPr>
          <w:b/>
        </w:rPr>
      </w:r>
      <w:r>
        <w:t>Обзорный экскурсионный тур по центру познакомит посетителей с историей уникального павильона, ставшего одним из ключевых символов ВДНХ. Во время экскурсии гости увидят 60-метровый купол изнутри, узнают о том, как менялась экспозиция внутри знаменитого эллинга. В компании экскурсовода посетители совершат путешествие по «КБ-1. Космическому бульвару» — в мир истории отечественной космонавтики, по «КБ-2. Конструкторскому бюро» — от первых ракет до запланированных экспедиций на далекие планеты в будущем, а после экскурсии смогут помечтать в «КБ-3. Космодроме будущего».</w:t>
      </w:r>
      <w:r>
        <w:br/>
      </w:r>
      <w:r>
        <w:rPr>
          <w:b/>
        </w:rPr>
        <w:t>Трансфер на вокзал.</w:t>
      </w:r>
    </w:p>
    <w:p>
      <w:r>
        <w:rPr>
          <w:b/>
        </w:rPr>
        <w:t>6 день:</w:t>
      </w:r>
      <w:r>
        <w:br/>
      </w:r>
      <w:r>
        <w:t>Прибытие поезда в Пермь (точное время прибытия см. в таблице с ценами)</w:t>
      </w:r>
    </w:p>
    <w:p>
      <w:r>
        <w:t>* Для заезда 30.12.2025 - 2-ой экскурсионный день (01.01.2026) начется в 12.00</w:t>
      </w:r>
      <w:r>
        <w:br/>
      </w:r>
      <w:r>
        <w:t>* Обратите внимание! Дни проведения экскурсий могут быть изменены местами. Пожалуйста, учитывайте это при планировании свободного времени. Точная программа и порядок экскурсий будут известны за 1-2 дня до отправления поезда.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t-ticket.ru/Kreml.html" TargetMode="External"/><Relationship Id="rId10" Type="http://schemas.openxmlformats.org/officeDocument/2006/relationships/hyperlink" Target="https://hotel-paveletskaya.ru/" TargetMode="External"/><Relationship Id="rId11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2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