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"Киров - Новогодняя столица 2025"  Аквапарк + Вятский Обед + Юркин Парк</w:t>
      </w:r>
    </w:p>
    <w:p>
      <w:pPr>
        <w:pStyle w:val="Heading1"/>
      </w:pPr>
      <w:r>
        <w:t>Информация тура</w:t>
      </w:r>
    </w:p>
    <w:p>
      <w:r>
        <w:t>Пермь → Киров→ Пермь</w:t>
      </w:r>
    </w:p>
    <w:p>
      <w:pPr>
        <w:pStyle w:val="Heading1"/>
      </w:pPr>
      <w:r>
        <w:t>Описание тура</w:t>
      </w:r>
    </w:p>
    <w:p>
      <w:r>
        <w:t>С наступающим волшебным временем года! Мы рады пригласить вас в незабываемое путешествие в сердце России — в Киров, который в 2025 году стал новогодней столицей! Откройте для себя город, полный зимней сказки и праздничного настроения. Вместе мы погрузимся в атмосферу волшебства, где каждое мгновение пропитано духом праздника. Пройдитесь по великолепным улицам, украшенным мерцающими огнями, насладитесь незабываемыми зимними забавами и откройте для себя тайны новогодних традиций.</w:t>
      </w:r>
    </w:p>
    <w:p>
      <w:pPr>
        <w:pStyle w:val="Heading1"/>
      </w:pPr>
      <w:r>
        <w:t>Преимущества</w:t>
      </w:r>
    </w:p>
    <w:p>
      <w:r>
        <w:t>1.</w:t>
      </w:r>
      <w:r>
        <w:rPr>
          <w:b/>
        </w:rPr>
        <w:t>Сопровождение группы из Перми</w:t>
      </w:r>
      <w:r>
        <w:t>(контроль маршрута, помощь, развлечения).</w:t>
      </w:r>
    </w:p>
    <w:p>
      <w:r>
        <w:t>2.</w:t>
      </w:r>
      <w:r>
        <w:rPr>
          <w:b/>
        </w:rPr>
        <w:t>Встреча и проводы на вокзале г. Киров.</w:t>
      </w:r>
    </w:p>
    <w:p>
      <w:r>
        <w:t>3.</w:t>
      </w:r>
      <w:r>
        <w:rPr>
          <w:b/>
        </w:rPr>
        <w:t>Трансфер в Кирове</w:t>
      </w:r>
      <w:r>
        <w:t>от вокзала и обратно на автобусе.</w:t>
      </w:r>
    </w:p>
    <w:p>
      <w:r>
        <w:t>4.</w:t>
      </w:r>
      <w:r>
        <w:rPr>
          <w:b/>
        </w:rPr>
        <w:t>6 экскурсий:</w:t>
      </w:r>
    </w:p>
    <w:p>
      <w:r>
        <w:t>- обзорная экскурсия по Кирову</w:t>
      </w:r>
      <w:r>
        <w:br/>
      </w:r>
      <w:r>
        <w:t>- экскурсия в музей самовара с мастер-классом и чаепитием</w:t>
      </w:r>
      <w:r>
        <w:br/>
      </w:r>
      <w:r>
        <w:t>- посещение Юркиного парка</w:t>
      </w:r>
      <w:r>
        <w:br/>
      </w:r>
      <w:r>
        <w:t>- посещение космического центра</w:t>
      </w:r>
      <w:r>
        <w:br/>
      </w:r>
      <w:r>
        <w:t>- сеанс в планетарии</w:t>
      </w:r>
      <w:r>
        <w:br/>
      </w:r>
      <w:r>
        <w:t>- посещение аквапарка</w:t>
      </w:r>
    </w:p>
    <w:p>
      <w:r>
        <w:t>5.</w:t>
      </w:r>
      <w:r>
        <w:rPr>
          <w:b/>
        </w:rPr>
        <w:t>Сладкий подарок в дорогу.</w:t>
      </w:r>
    </w:p>
    <w:p>
      <w:r>
        <w:t>6.</w:t>
      </w:r>
      <w:r>
        <w:rPr>
          <w:b/>
        </w:rPr>
        <w:t>В стоимость входит</w:t>
      </w:r>
      <w:r>
        <w:t>:</w:t>
      </w:r>
    </w:p>
    <w:p>
      <w:r>
        <w:t>- жд билеты КУПЕ,</w:t>
      </w:r>
      <w:r>
        <w:br/>
      </w:r>
      <w:r>
        <w:t>- транспортное обслуживание, трансфер,</w:t>
      </w:r>
      <w:r>
        <w:br/>
      </w:r>
      <w:r>
        <w:t>- сопровождение представителем фирмы,</w:t>
      </w:r>
      <w:r>
        <w:br/>
      </w:r>
      <w:r>
        <w:t>- проживание 1 ночь в номере,</w:t>
      </w:r>
      <w:r>
        <w:br/>
      </w:r>
      <w:r>
        <w:t>- питание: 1 завтрак, 2 обеда</w:t>
      </w:r>
      <w:r>
        <w:br/>
      </w:r>
      <w:r>
        <w:t>- экскурсии и входные билеты в музеи</w:t>
      </w:r>
      <w:r>
        <w:br/>
      </w:r>
      <w:r>
        <w:t>- входной билет в аквапарк (при выборе тарифа)</w:t>
      </w:r>
    </w:p>
    <w:p>
      <w:pPr>
        <w:pStyle w:val="Heading1"/>
      </w:pPr>
      <w:r>
        <w:t>В стоимость тура входит</w:t>
      </w:r>
    </w:p>
    <w:p>
      <w:r>
        <w:t>- жд билеты КУПЕ, Пермь - Киров КУПЕ С ПИТАНИЕМ, Киров - Пермь КУПЕ БЕЗ ПИТАНИЯ</w:t>
      </w:r>
      <w:r>
        <w:br/>
      </w:r>
      <w:r>
        <w:br/>
      </w:r>
      <w:r>
        <w:br/>
      </w:r>
      <w:r>
        <w:t>- транспортное обслуживание, трансфер,</w:t>
      </w:r>
      <w:r>
        <w:br/>
      </w:r>
      <w:r>
        <w:t>- сопровождение представителем фирмы,</w:t>
      </w:r>
      <w:r>
        <w:br/>
      </w:r>
      <w:r>
        <w:t>- проживание 1 ночь в номере,</w:t>
      </w:r>
      <w:r>
        <w:br/>
      </w:r>
      <w:r>
        <w:t>- питание: 1 завтрак, 2 обеда</w:t>
      </w:r>
      <w:r>
        <w:br/>
      </w:r>
      <w:r>
        <w:t>- экскурсии и входные билеты в музеи</w:t>
      </w:r>
      <w:r>
        <w:br/>
      </w:r>
      <w:r>
        <w:t>- входной билет в аквапарк (при выборе тарифа)</w:t>
      </w:r>
    </w:p>
    <w:p>
      <w:pPr>
        <w:pStyle w:val="Heading1"/>
      </w:pPr>
      <w:r>
        <w:t>Дополнительно оплачивается</w:t>
      </w:r>
    </w:p>
    <w:p>
      <w:r>
        <w:t>– сувениры</w:t>
      </w:r>
      <w:r>
        <w:br/>
      </w:r>
      <w:r>
        <w:t>– доп. питание</w:t>
      </w:r>
    </w:p>
    <w:p>
      <w:pPr>
        <w:pStyle w:val="Heading1"/>
      </w:pPr>
      <w:r>
        <w:t>Проживание</w:t>
      </w:r>
    </w:p>
    <w:p>
      <w:r>
        <w:t>Гостиница уточняется</w:t>
      </w:r>
    </w:p>
    <w:p>
      <w:pPr>
        <w:pStyle w:val="Heading1"/>
      </w:pPr>
      <w:r>
        <w:t>Информация о транспорте</w:t>
      </w:r>
    </w:p>
    <w:p>
      <w:hyperlink r:id="rId9">
        <w:r>
          <w:rPr>
            <w:color w:val="0000FF"/>
            <w:u w:val="single"/>
          </w:rPr>
          <w:t>ЖД вокзал Пермь II</w:t>
        </w:r>
      </w:hyperlink>
      <w:r>
        <w:t>, около главного входа.</w:t>
      </w:r>
    </w:p>
    <w:p>
      <w:r>
        <w:t>Дата отправления: 03.01.2025</w:t>
      </w:r>
      <w:r>
        <w:br/>
      </w:r>
      <w:r>
        <w:t>Время отправления: 05:40 час (перм)</w:t>
      </w:r>
    </w:p>
    <w:p>
      <w:r>
        <w:t>Дата приезда: 05.01.2025</w:t>
      </w:r>
      <w:r>
        <w:br/>
      </w:r>
      <w:r>
        <w:t>Время приезда: 05:28 час (перм)</w:t>
      </w:r>
      <w:r>
        <w:br/>
      </w:r>
      <w:r>
        <w:br/>
      </w:r>
      <w:r>
        <w:t>Просим обратить внимание, что при бронировании железнодорожных туров компания не может гарантировать конкретные места в поезде. Билеты с указанием конкретных мест высылаются за 1–2 дня до отправления поезда. Благодарим за понимание.</w:t>
      </w:r>
      <w:r>
        <w:br/>
      </w:r>
      <w:r>
        <w:br/>
      </w:r>
      <w:r>
        <w:t>Просьба - в момент заведения заявки</w:t>
      </w:r>
      <w:r>
        <w:rPr>
          <w:b/>
        </w:rPr>
        <w:t>проверять данные туристов.</w:t>
      </w:r>
    </w:p>
    <w:p>
      <w:r>
        <w:t>Посадка туристов может быть произведена на станции</w:t>
      </w:r>
      <w:r>
        <w:rPr>
          <w:u w:val="single"/>
        </w:rPr>
        <w:t>ВЕРЕЩАГИНО</w:t>
      </w:r>
      <w:r>
        <w:t>, но без изменения стоимости, так как билеты выписываются из Перми (см. цену в прайсе "из Перми");</w:t>
      </w:r>
      <w:r>
        <w:br/>
      </w:r>
      <w:r>
        <w:t>Доплата к стоимости за посадку в</w:t>
      </w:r>
      <w:r>
        <w:rPr>
          <w:u w:val="single"/>
        </w:rPr>
        <w:t>Кунгуре</w:t>
      </w:r>
      <w:r>
        <w:t>3100 руб. с человека в обе стороны (плацкарт);</w:t>
      </w:r>
      <w:r>
        <w:br/>
      </w:r>
      <w:r>
        <w:t>Доплата к стоимости за посадку в</w:t>
      </w:r>
      <w:r>
        <w:rPr>
          <w:u w:val="single"/>
        </w:rPr>
        <w:t>Екатеринбурге</w:t>
      </w:r>
      <w:r>
        <w:t>4500 руб. с человека в обе стороны (плацкарт);</w:t>
      </w:r>
    </w:p>
    <w:p>
      <w:r>
        <w:rPr>
          <w:i/>
        </w:rPr>
        <w:t>Конкретику мест и наличие билетов со ст. Кунгур и Екатеринбург уточняйте в заявках.</w:t>
      </w:r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</w:p>
    <w:p>
      <w:r>
        <w:t>ЖД билеты отправляются на электронную почту за 1 день до выезда в электронном формате вместе с памяткой по туру, где прописывается время и место встречи туристов с сопровождающей. ЖД билеты распечатывать НЕ нужно, так как действует электронная регистрация. Их не требуют на посадке. Проводнику показываете только паспорт/свидетельство о рождении. Если группа набирается небольшая, то Вы будете предупреждены через почту о том, что сопровождающей не будет.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  <w:r>
        <w:br/>
      </w:r>
      <w:r>
        <w:t>– 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применения.</w:t>
      </w:r>
    </w:p>
    <w:p>
      <w:pPr>
        <w:pStyle w:val="Heading1"/>
      </w:pPr>
      <w:r>
        <w:t>Программа тура</w:t>
      </w:r>
    </w:p>
    <w:p>
      <w:r>
        <w:rPr>
          <w:b/>
        </w:rPr>
        <w:t>День 1:</w:t>
      </w:r>
      <w:r>
        <w:br/>
      </w:r>
      <w:r>
        <w:t>Отправление поезда в Киров (время выезда и приезда по каждой дате тура находится ниже в разделе "Информация от транспорте")</w:t>
      </w:r>
      <w:r>
        <w:br/>
      </w:r>
      <w:r>
        <w:t>11:49 - Прибытие на ЖД вокзал г. Киров</w:t>
      </w:r>
      <w:r>
        <w:br/>
      </w:r>
      <w:r>
        <w:t>12:30 -</w:t>
      </w:r>
      <w:r>
        <w:rPr>
          <w:b/>
        </w:rPr>
        <w:t>Вятский обед в ресторане.</w:t>
      </w:r>
      <w:r>
        <w:t>Погрузитесь в атмосферу уюта и радушия, когда вас встречают вас с традиционным караваем, символом благополучия и изобилия. Этот хлеб, испеченный с любовью и вложенной заботой, станет предвестником не только восхитительного обеда, но и незабываемого общения за столом.</w:t>
      </w:r>
    </w:p>
    <w:p>
      <w:pPr>
        <w:pStyle w:val="ListBullet"/>
      </w:pPr>
      <w:r>
        <w:t>Салат "Вятский" с огурцами, свежей капустой и редькой и масляно-лаймовой заправкой</w:t>
      </w:r>
    </w:p>
    <w:p>
      <w:pPr>
        <w:pStyle w:val="ListBullet"/>
      </w:pPr>
      <w:r>
        <w:t>Грибовница вятская из белых грибочков</w:t>
      </w:r>
    </w:p>
    <w:p>
      <w:pPr>
        <w:pStyle w:val="ListBullet"/>
      </w:pPr>
      <w:r>
        <w:t>Осердница — тушеные  с картофелем куриные потрошки</w:t>
      </w:r>
    </w:p>
    <w:p>
      <w:pPr>
        <w:pStyle w:val="ListBullet"/>
      </w:pPr>
      <w:r>
        <w:t>Морс из вятской бруснички</w:t>
      </w:r>
    </w:p>
    <w:p>
      <w:pPr>
        <w:pStyle w:val="ListBullet"/>
      </w:pPr>
      <w:r>
        <w:t>Десерт "Вятский" (дымка)</w:t>
      </w:r>
    </w:p>
    <w:p>
      <w:pPr>
        <w:pStyle w:val="ListBullet"/>
      </w:pPr>
      <w:r>
        <w:t>Чай заварной с мятой</w:t>
      </w:r>
    </w:p>
    <w:p>
      <w:r>
        <w:t>* Возможны изменения в меню</w:t>
      </w:r>
    </w:p>
    <w:p>
      <w:r>
        <w:t>14:00 - 15:30 -</w:t>
      </w:r>
      <w:r>
        <w:rPr>
          <w:b/>
        </w:rPr>
        <w:t>Обзорная экскурсия по Новогоднему Кирову.</w:t>
      </w:r>
      <w:r>
        <w:t>Во время обзорной экскурсии вы сможете насладиться уникальными моментами, когда город наполняется волшебством и праздничным настроением. Наш опытный гид проведет вас по самым красивым улицам и площадям, освещенным мерцающими огнями и украшенными яркими новогодними декорациями. Берите с собой хорошее настроение и готовьтесь к незабываемым впечатлениям!</w:t>
      </w:r>
      <w:r>
        <w:br/>
      </w:r>
      <w:r>
        <w:t>15:30 - Заселение в гостиницу</w:t>
      </w:r>
      <w:r>
        <w:br/>
      </w:r>
      <w:r>
        <w:t>17:30 -</w:t>
      </w:r>
      <w:r>
        <w:rPr>
          <w:b/>
        </w:rPr>
        <w:t>Экскурсия в музей самовара с мастер-классом и развлекательной программой</w:t>
      </w:r>
      <w:r>
        <w:t>. В музее вас ждут:</w:t>
      </w:r>
    </w:p>
    <w:p>
      <w:pPr>
        <w:pStyle w:val="ListBullet"/>
      </w:pPr>
      <w:r>
        <w:t>мультимедийная экскурсия</w:t>
      </w:r>
    </w:p>
    <w:p>
      <w:pPr>
        <w:pStyle w:val="ListBullet"/>
      </w:pPr>
      <w:r>
        <w:t>фотосессия (выдаем реквизит для фотосессии)</w:t>
      </w:r>
    </w:p>
    <w:p>
      <w:pPr>
        <w:pStyle w:val="ListBullet"/>
      </w:pPr>
      <w:r>
        <w:t>программа с экскурсоводом, на котором вспоминаем традиции Русского и Вятского чаепития, пьем сбитень с угощениями</w:t>
      </w:r>
    </w:p>
    <w:p>
      <w:pPr>
        <w:pStyle w:val="ListBullet"/>
      </w:pPr>
      <w:r>
        <w:t>веселая игра-викторина по мотивам выставки , с вручением почетных грамот</w:t>
      </w:r>
    </w:p>
    <w:p>
      <w:pPr>
        <w:pStyle w:val="ListBullet"/>
      </w:pPr>
      <w:r>
        <w:t>мастер-класс по растопке настоящего угольного самовара и приготовление сбитня</w:t>
      </w:r>
    </w:p>
    <w:p>
      <w:r>
        <w:t>19:30 - Свободное время в городе</w:t>
      </w:r>
    </w:p>
    <w:p>
      <w:r>
        <w:rPr>
          <w:b/>
        </w:rPr>
        <w:t>День 2:</w:t>
      </w:r>
      <w:r>
        <w:br/>
      </w:r>
      <w:r>
        <w:rPr>
          <w:b/>
        </w:rPr>
        <w:t>Завтрак</w:t>
      </w:r>
      <w:r>
        <w:br/>
      </w:r>
      <w:r>
        <w:t>10:00 - 12:00 -</w:t>
      </w:r>
      <w:r>
        <w:rPr>
          <w:b/>
        </w:rPr>
        <w:t>Посещение Юркиного парка</w:t>
      </w:r>
      <w:r>
        <w:t>- один из самых больших парков в России по числу фигур динозавров. Как совместить посещение музея древностей с музеем современных технологий? Очень просто! Круглый год всем открыты двери парка отдыха, обучения и развлечений «Юркин парк» в Кирове. Главной достопримечательностью и настоящей изюминкой парка является экспозиция, состоящая из 43 фигур динозавров.</w:t>
      </w:r>
      <w:r>
        <w:br/>
      </w:r>
      <w:r>
        <w:t>12.30 - Посещения</w:t>
      </w:r>
      <w:r>
        <w:rPr>
          <w:b/>
        </w:rPr>
        <w:t>Космического центра</w:t>
      </w:r>
      <w:r>
        <w:t>и сеанс в</w:t>
      </w:r>
      <w:r>
        <w:rPr>
          <w:b/>
        </w:rPr>
        <w:t>Планетарии -</w:t>
      </w:r>
      <w:r>
        <w:t>уникальная возможность погрузиться в потрясающий мир астрономии и космоса</w:t>
      </w:r>
      <w:r>
        <w:br/>
      </w:r>
      <w:r>
        <w:t>14.00 -</w:t>
      </w:r>
      <w:r>
        <w:rPr>
          <w:b/>
        </w:rPr>
        <w:t>Обед</w:t>
      </w:r>
      <w:r>
        <w:t>в кафе города</w:t>
      </w:r>
      <w:r>
        <w:br/>
      </w:r>
      <w:r>
        <w:t>15.00 - Посещение</w:t>
      </w:r>
      <w:r>
        <w:rPr>
          <w:b/>
        </w:rPr>
        <w:t>аквапарка "Дружба"</w:t>
      </w:r>
      <w:r>
        <w:t>(тариф 2 часа) ИЛИ Свободное время в городе</w:t>
      </w:r>
      <w:r>
        <w:br/>
      </w:r>
      <w:r>
        <w:t>17.00 - Трансфер на ЖД вокзал</w:t>
      </w:r>
      <w:r>
        <w:br/>
      </w:r>
      <w:r>
        <w:br/>
      </w:r>
      <w:r>
        <w:rPr>
          <w:b/>
        </w:rPr>
        <w:t>День 3:</w:t>
      </w:r>
      <w:r>
        <w:br/>
      </w:r>
      <w:r>
        <w:t>Прибытие поезда в Пермь.</w:t>
      </w:r>
    </w:p>
    <w:p>
      <w:r>
        <w:rPr>
          <w:i/>
        </w:rPr>
        <w:t>* Оператор оставляет за собой право вносить изменения в программу с сохранением объема обслуживания</w:t>
      </w:r>
    </w:p>
    <w:p>
      <w:pPr>
        <w:pStyle w:val="Heading1"/>
      </w:pPr>
      <w:r>
        <w:t>Скидки</w:t>
      </w:r>
    </w:p>
    <w:p>
      <w:r>
        <w:t>Дети 0-4 года - 10 550 руб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50/perm/?ll=56.183312%2C58.004729&amp;mode=usermaps&amp;source=constructorLink&amp;um=constructor%3Adb704d7dd6f27c5d8fedcf65c962b4dae44674b6cb829b3127e7e271eb8d0b8a&amp;z=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