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"Новогодние огни Петербурга" из Перми (тур на поезде), г. Санкт-Петербург, 4 дня</w:t>
      </w:r>
    </w:p>
    <w:p>
      <w:pPr>
        <w:pStyle w:val="Heading1"/>
      </w:pPr>
      <w:r>
        <w:t>Информация тура</w:t>
      </w:r>
    </w:p>
    <w:p>
      <w:r>
        <w:t>Пермь - Санкт-Петербург - Пермь</w:t>
      </w:r>
    </w:p>
    <w:p>
      <w:pPr>
        <w:pStyle w:val="Heading1"/>
      </w:pPr>
      <w:r>
        <w:t>Описание тура</w:t>
      </w:r>
    </w:p>
    <w:p>
      <w:r>
        <w:t>Планируете встретить Новый 2026 год в сказочном Санкт-Петербурге? Этот город превращается в волшебное зимнее царство, где каждый уголок наполняется праздничной магией. Представьте себе, как классические улицы и архитектура превращаются в яркое шоу огней и огненных фейерверков, а атмосферу наполняют шумные ярмарки, уличные спектакли и живые концерты. В это время город оживает: уютные рестораны и кафе приглашают согреться горячим чаем или глинтвейном, а снежные горки и катки создают веселое настроение для всей семьи. Не упустите шанс провести новогодние каникулы в Петербурге — комфортный ж/д тур обеспечит вам незабываемое путешествие, полное радости, волшебства и русского гостеприимства!</w:t>
      </w:r>
    </w:p>
    <w:p>
      <w:pPr>
        <w:pStyle w:val="Heading1"/>
      </w:pPr>
      <w:r>
        <w:t>Преимущества</w:t>
      </w:r>
    </w:p>
    <w:p>
      <w:r>
        <w:t>Профессиональное</w:t>
      </w:r>
      <w:r>
        <w:rPr>
          <w:b/>
        </w:rPr>
        <w:t>сопровождение группы из Перми</w:t>
      </w:r>
      <w:r>
        <w:t>, которое обеспечивает контроль маршрута и своевременную помощь, делая ваше путешествие максимально комфортным и безопасным.</w:t>
      </w:r>
    </w:p>
    <w:p>
      <w:r>
        <w:rPr>
          <w:b/>
        </w:rPr>
        <w:t>Трансферы</w:t>
      </w:r>
      <w:r>
        <w:t>по программе в Санкт-Петербурге</w:t>
      </w:r>
    </w:p>
    <w:p>
      <w:r>
        <w:t>Гарантированное наличие билета</w:t>
      </w:r>
      <w:r>
        <w:rPr>
          <w:b/>
        </w:rPr>
        <w:t>категории КУПЕ</w:t>
      </w:r>
      <w:r>
        <w:t>— ваше путешествие будет комфортным и без лишних хлопот (кроме даты 05.01)</w:t>
      </w:r>
    </w:p>
    <w:p>
      <w:r>
        <w:rPr>
          <w:b/>
        </w:rPr>
        <w:t>8 экскурсий, включенных в программу:</w:t>
      </w:r>
    </w:p>
    <w:p>
      <w:pPr>
        <w:pStyle w:val="ListBullet"/>
      </w:pPr>
      <w:r>
        <w:t>Обзорная экскурсия «Парадный Петербург»</w:t>
      </w:r>
    </w:p>
    <w:p>
      <w:pPr>
        <w:pStyle w:val="ListBullet"/>
      </w:pPr>
      <w:r>
        <w:t>Знакомство с ансамблем Казанской площади и Казанским собором</w:t>
      </w:r>
    </w:p>
    <w:p>
      <w:pPr>
        <w:pStyle w:val="ListBullet"/>
      </w:pPr>
      <w:r>
        <w:t>Экскурсия в музей-крейсер «Аврора» (внешний осмотр)</w:t>
      </w:r>
    </w:p>
    <w:p>
      <w:pPr>
        <w:pStyle w:val="ListBullet"/>
      </w:pPr>
      <w:r>
        <w:t>Экскурсия по территории Петропавловской крепости и собору Святых Петра и Павла</w:t>
      </w:r>
    </w:p>
    <w:p>
      <w:pPr>
        <w:pStyle w:val="ListBullet"/>
      </w:pPr>
      <w:r>
        <w:t>Вечерняя автобусная экскурсия «Огни новогоднего Петербурга»</w:t>
      </w:r>
    </w:p>
    <w:p>
      <w:pPr>
        <w:pStyle w:val="ListBullet"/>
      </w:pPr>
      <w:r>
        <w:t>Экскурсия в Юсуповский дворец</w:t>
      </w:r>
    </w:p>
    <w:p>
      <w:pPr>
        <w:pStyle w:val="ListBullet"/>
      </w:pPr>
      <w:r>
        <w:t>Загородная экскурсия «Зимняя сказка Царского села» и экскурсия в Екатерининский дворец (для тарифа "комфорт")</w:t>
      </w:r>
    </w:p>
    <w:p>
      <w:pPr>
        <w:pStyle w:val="ListBullet"/>
      </w:pPr>
      <w:r>
        <w:t>Автобусная экскурсия «…И по старинному преданию должно исполниться желание» — легендарные петербургские места, связанные с мифами и легендами (для всех заездов)</w:t>
      </w:r>
    </w:p>
    <w:p>
      <w:r>
        <w:t>Вы можете самостоятельно выбрать</w:t>
      </w:r>
      <w:r>
        <w:rPr>
          <w:b/>
        </w:rPr>
        <w:t>наиболее подходящий для вас тариф</w:t>
      </w:r>
      <w:r>
        <w:t>— стандарт или комфорт — что позволяет сделать ваше путешествие максимально удобным и соответствующим вашим личным предпочтениям и бюджету.</w:t>
      </w:r>
    </w:p>
    <w:p>
      <w:r>
        <w:rPr>
          <w:b/>
        </w:rPr>
        <w:t>Тариф "стандарт":</w:t>
      </w:r>
    </w:p>
    <w:p>
      <w:pPr>
        <w:pStyle w:val="ListBullet"/>
      </w:pPr>
      <w:r>
        <w:t>Размещение</w:t>
      </w:r>
    </w:p>
    <w:p>
      <w:pPr>
        <w:pStyle w:val="ListBullet"/>
      </w:pPr>
      <w:r>
        <w:t>Питание: 3 завтрака ("шведский стол")</w:t>
      </w:r>
    </w:p>
    <w:p>
      <w:pPr>
        <w:pStyle w:val="ListBullet"/>
      </w:pPr>
      <w:r>
        <w:t>Экскурсовод: 4 дня по программе тура</w:t>
      </w:r>
    </w:p>
    <w:p>
      <w:pPr>
        <w:pStyle w:val="ListBullet"/>
      </w:pPr>
      <w:r>
        <w:t>Экскурсионное обслуживание и входная плата в музеи:</w:t>
      </w:r>
    </w:p>
    <w:p>
      <w:r>
        <w:rPr>
          <w:b/>
        </w:rPr>
        <w:t>Тариф "комфорт":</w:t>
      </w:r>
    </w:p>
    <w:p>
      <w:pPr>
        <w:pStyle w:val="ListBullet"/>
      </w:pPr>
      <w:r>
        <w:t>Размещение</w:t>
      </w:r>
    </w:p>
    <w:p>
      <w:pPr>
        <w:pStyle w:val="ListBullet"/>
      </w:pPr>
      <w:r>
        <w:t>Экскурсовод: 4 дня по программе тура</w:t>
      </w:r>
    </w:p>
    <w:p>
      <w:pPr>
        <w:pStyle w:val="ListBullet"/>
      </w:pPr>
      <w:r>
        <w:t>Питание: 3 завтрака ("шведский стол")  и 3 обеда в кафе города (порционные)</w:t>
      </w:r>
    </w:p>
    <w:p>
      <w:pPr>
        <w:pStyle w:val="ListBullet"/>
      </w:pPr>
      <w:r>
        <w:t>Экскурсионное обслуживание и входная плата в музеи: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ТАРИФ "КОМФОРТ" включает:</w:t>
      </w:r>
    </w:p>
    <w:p>
      <w:pPr>
        <w:pStyle w:val="ListBullet"/>
      </w:pPr>
      <w:r>
        <w:t>Железнодорожные билеты Пермь – Санкт-Петербург – Пермь (КУПЕ)</w:t>
      </w:r>
    </w:p>
    <w:p>
      <w:pPr>
        <w:pStyle w:val="ListBullet"/>
      </w:pPr>
      <w:r>
        <w:t>Сопровождение представителем фирмы из Перми</w:t>
      </w:r>
    </w:p>
    <w:p>
      <w:pPr>
        <w:pStyle w:val="ListBullet"/>
      </w:pPr>
      <w:r>
        <w:t>Проживание в отеле</w:t>
      </w:r>
    </w:p>
    <w:p>
      <w:pPr>
        <w:pStyle w:val="ListBullet"/>
      </w:pPr>
      <w:r>
        <w:t>Питание: 3 завтрака, 3 обеда</w:t>
      </w:r>
    </w:p>
    <w:p>
      <w:pPr>
        <w:pStyle w:val="ListBullet"/>
      </w:pPr>
      <w:r>
        <w:t>Экскурсионная программа:</w:t>
      </w:r>
    </w:p>
    <w:p>
      <w:pPr>
        <w:pStyle w:val="ListBullet"/>
      </w:pPr>
      <w:r>
        <w:t>Все трансферы по программе</w:t>
      </w:r>
    </w:p>
    <w:p>
      <w:r>
        <w:rPr>
          <w:b/>
        </w:rPr>
        <w:t>ТАРИФ "СТАНДАРТ" включает:</w:t>
      </w:r>
    </w:p>
    <w:p>
      <w:pPr>
        <w:pStyle w:val="ListBullet"/>
      </w:pPr>
      <w:r>
        <w:t>Железнодорожные билеты Пермь – Санкт-Петербург – Пермь (КУПЕ)</w:t>
      </w:r>
    </w:p>
    <w:p>
      <w:pPr>
        <w:pStyle w:val="ListBullet"/>
      </w:pPr>
      <w:r>
        <w:t>Сопровождение представителем фирмы из Перми</w:t>
      </w:r>
    </w:p>
    <w:p>
      <w:pPr>
        <w:pStyle w:val="ListBullet"/>
      </w:pPr>
      <w:r>
        <w:t>Проживание в отеле</w:t>
      </w:r>
    </w:p>
    <w:p>
      <w:pPr>
        <w:pStyle w:val="ListBullet"/>
      </w:pPr>
      <w:r>
        <w:t>Питание: 3 завтрака</w:t>
      </w:r>
    </w:p>
    <w:p>
      <w:pPr>
        <w:pStyle w:val="ListBullet"/>
      </w:pPr>
      <w:r>
        <w:t>Экскурсионная программа:</w:t>
      </w:r>
    </w:p>
    <w:p>
      <w:pPr>
        <w:pStyle w:val="ListBullet"/>
      </w:pPr>
      <w:r>
        <w:t>Все трансферы по программе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Дополнительное питание</w:t>
      </w:r>
      <w:r>
        <w:br/>
      </w:r>
      <w:r>
        <w:t>– Дополнительные экскурсии.</w:t>
      </w:r>
      <w:r>
        <w:br/>
      </w:r>
      <w:r>
        <w:br/>
      </w:r>
      <w:r>
        <w:rPr>
          <w:b/>
        </w:rPr>
        <w:t>НОВОГОДНИЙ БАНКЕТ(приобретается по желанию):</w:t>
      </w:r>
    </w:p>
    <w:p>
      <w:r>
        <w:t>Трансфер на банкет не предусмотрен при выборе банкета в отеле "Васильевский"</w:t>
      </w:r>
    </w:p>
    <w:p>
      <w:r>
        <w:rPr>
          <w:b/>
        </w:rPr>
        <w:t>Схемы зала и менюздесь</w:t>
      </w:r>
    </w:p>
    <w:p/>
    <w:p>
      <w:r>
        <w:t>Отель Vasilievsky приглашает вас отпраздновать Новый год в ритме большого города со смехом и улыбками.</w:t>
      </w:r>
      <w:r>
        <w:br/>
      </w:r>
      <w:r>
        <w:t>В сердце современного Петербурга рождается праздник нового времени — яркий, лёгкий и вдохновляющий.</w:t>
      </w:r>
      <w:r>
        <w:br/>
      </w:r>
      <w:r>
        <w:t>Танцы, свет, драйв и немного волшебства технологий — всё, чтобы этот вечер стал яркой точкой отсчёта вашего нового года.</w:t>
      </w:r>
    </w:p>
    <w:p>
      <w:r>
        <w:rPr>
          <w:b/>
        </w:rPr>
        <w:t>ВАС ЖДУТ:</w:t>
      </w:r>
      <w:r>
        <w:br/>
      </w:r>
      <w:r>
        <w:t>Остроумная программа от ведущих: резидента Comedy Club Petersburg и участника проекта «Comedy Баттл»</w:t>
      </w:r>
      <w:r>
        <w:br/>
      </w:r>
      <w:r>
        <w:t>Стильные конкурсы и приятные сюрпризы</w:t>
      </w:r>
      <w:r>
        <w:br/>
      </w:r>
      <w:r>
        <w:t>Музыка, которая стирает границы времени и поколений</w:t>
      </w:r>
      <w:r>
        <w:br/>
      </w:r>
      <w:r>
        <w:t>Вихрь танцев под светом неона и фоторепортаж</w:t>
      </w:r>
    </w:p>
    <w:p>
      <w:r>
        <w:t>- Бронь возможна СТОЛАМИ от 2х человек</w:t>
      </w:r>
      <w:r>
        <w:br/>
      </w:r>
      <w:r>
        <w:t>- Подача блюд будет организована индивидуально для каждого гостя официантами. Опрос по варианту горячего будет проводится в день мероприятия.</w:t>
      </w:r>
      <w:r>
        <w:br/>
      </w:r>
      <w:r>
        <w:t>- Алкоголь по системе «Всё включено». (Игристое, белое/красное вино, водка)</w:t>
      </w:r>
      <w:r>
        <w:br/>
      </w:r>
      <w:r>
        <w:t>Праздник с 21:30 до 02:00</w:t>
      </w:r>
    </w:p>
    <w:p>
      <w:r>
        <w:rPr>
          <w:b/>
        </w:rPr>
        <w:t>Условия бронирования:</w:t>
      </w:r>
    </w:p>
    <w:p>
      <w:pPr>
        <w:pStyle w:val="ListBullet"/>
      </w:pPr>
      <w:r>
        <w:t>Бронирование мест считается подтверждённым после получения предоплаты в размере минимум 50% от стоимости каждого билета в течение 72 часов с момента бронирования.</w:t>
      </w:r>
    </w:p>
    <w:p>
      <w:pPr>
        <w:pStyle w:val="ListBullet"/>
      </w:pPr>
      <w:r>
        <w:t>Предоплата 100% суммы стоимости каждого билета должна быть внесена до 01.12.2025 включительно.</w:t>
      </w:r>
    </w:p>
    <w:p>
      <w:pPr>
        <w:pStyle w:val="ListBullet"/>
      </w:pPr>
      <w:r>
        <w:t>Отмена без применения штрафных санкций возможна до 01.12.2025 вкл., отмена 02.12.2025 и позже осуществляется со штрафом в размере 100% от стоимости каждого билета.</w:t>
      </w:r>
    </w:p>
    <w:p>
      <w:r>
        <w:rPr>
          <w:b/>
        </w:rPr>
        <w:t>Стоимость:</w:t>
      </w:r>
    </w:p>
    <w:p>
      <w:pPr>
        <w:pStyle w:val="ListBullet"/>
      </w:pPr>
      <w:r>
        <w:t>Взрослый билет – 23 900 ₽</w:t>
      </w:r>
    </w:p>
    <w:p>
      <w:pPr>
        <w:pStyle w:val="ListBullet"/>
      </w:pPr>
      <w:r>
        <w:t>Детский билет (4–15 лет вкл.) –  12 000 ₽</w:t>
      </w:r>
    </w:p>
    <w:p>
      <w:pPr>
        <w:pStyle w:val="ListBullet"/>
      </w:pPr>
      <w:r>
        <w:t>дети до 4 лет бесплатно</w:t>
      </w:r>
    </w:p>
    <w:p/>
    <w:p>
      <w:r>
        <w:t>НОВОГОДНИЙ ЭКСПРЕСС «А ЛЯ РУС»</w:t>
      </w:r>
      <w:r>
        <w:br/>
      </w:r>
      <w:r>
        <w:t>отправление в сказку со станции «Brauplatz»,</w:t>
      </w:r>
      <w:r>
        <w:br/>
      </w:r>
      <w:r>
        <w:t>Невский проспект, 89</w:t>
      </w:r>
    </w:p>
    <w:p>
      <w:r>
        <w:t>ЗАБУДЬТЕ ПРО СУЕТУ И СЕРЫЕ БУДНИ — В КАНУН НОВОГО ГОДА МЫ ПРИГЛАШАЕМ</w:t>
      </w:r>
      <w:r>
        <w:br/>
      </w:r>
      <w:r>
        <w:t>ВАС В ВОЛШЕБНОЕ ПУТЕШЕСТВИЕ!</w:t>
      </w:r>
    </w:p>
    <w:p>
      <w:r>
        <w:rPr>
          <w:b/>
        </w:rPr>
        <w:t>Вас ждёт:</w:t>
      </w:r>
    </w:p>
    <w:p>
      <w:pPr>
        <w:pStyle w:val="ListBullet"/>
      </w:pPr>
      <w:r>
        <w:t>Настоящий Дед Мороз и Снегурочка — с подарками, загадками и доброй магией</w:t>
      </w:r>
    </w:p>
    <w:p>
      <w:pPr>
        <w:pStyle w:val="ListBullet"/>
      </w:pPr>
      <w:r>
        <w:t>Харизматичный ведущий Дмитрий Хруставлёв (нет, не тот самый — наш ещё лучше!)</w:t>
      </w:r>
    </w:p>
    <w:p>
      <w:pPr>
        <w:pStyle w:val="ListBullet"/>
      </w:pPr>
      <w:r>
        <w:t>Зажигательный диджей и живая музыкальная группа — танцуем до утра!</w:t>
      </w:r>
    </w:p>
    <w:p>
      <w:pPr>
        <w:pStyle w:val="ListBullet"/>
      </w:pPr>
      <w:r>
        <w:t>Тематическая фотозона — запечатлейте момент в кокошниках, сарафанах.</w:t>
      </w:r>
    </w:p>
    <w:p>
      <w:pPr>
        <w:pStyle w:val="ListBullet"/>
      </w:pPr>
      <w:r>
        <w:t>Настоящая атмосфера праздника по-русски — тепло, душевно, с размахом!</w:t>
      </w:r>
    </w:p>
    <w:p>
      <w:r>
        <w:rPr>
          <w:b/>
        </w:rPr>
        <w:t>Дресс-код по желанию:</w:t>
      </w:r>
      <w:r>
        <w:br/>
      </w:r>
      <w:r>
        <w:t>кокошники, сарафаны, платья, руссо-народные рубашки, кушаки, шаровары, картузы</w:t>
      </w:r>
      <w:r>
        <w:br/>
      </w:r>
      <w:r>
        <w:t>Наличие детской комнаты – с 22:00 до 03:00</w:t>
      </w:r>
      <w:r>
        <w:br/>
      </w:r>
      <w:r>
        <w:t>Безлимитный шведский стол*</w:t>
      </w:r>
    </w:p>
    <w:p>
      <w:r>
        <w:t>Сбор гостей — 22:30</w:t>
      </w:r>
      <w:r>
        <w:br/>
      </w:r>
      <w:r>
        <w:t>Начало ужина — 23:00</w:t>
      </w:r>
      <w:r>
        <w:br/>
      </w:r>
      <w:r>
        <w:t>До победных — 04:00</w:t>
      </w:r>
    </w:p>
    <w:p>
      <w:r>
        <w:rPr>
          <w:b/>
        </w:rPr>
        <w:t>Стоимость до 10 декабря:</w:t>
      </w:r>
    </w:p>
    <w:p>
      <w:pPr>
        <w:pStyle w:val="ListBullet"/>
      </w:pPr>
      <w:r>
        <w:t>Зона 1 - 19 800 руб</w:t>
      </w:r>
    </w:p>
    <w:p>
      <w:pPr>
        <w:pStyle w:val="ListBullet"/>
      </w:pPr>
      <w:r>
        <w:t>Зона 2 - 19 800 руб</w:t>
      </w:r>
    </w:p>
    <w:p>
      <w:pPr>
        <w:pStyle w:val="ListBullet"/>
      </w:pPr>
      <w:r>
        <w:t>Зона 3 - 19 800 руб</w:t>
      </w:r>
    </w:p>
    <w:p>
      <w:pPr>
        <w:pStyle w:val="ListBullet"/>
      </w:pPr>
      <w:r>
        <w:t>Зона 6 - 18 500 руб</w:t>
      </w:r>
    </w:p>
    <w:p>
      <w:pPr>
        <w:pStyle w:val="ListBullet"/>
      </w:pPr>
      <w:r>
        <w:t>Зона 7 - 18 500 руб</w:t>
      </w:r>
    </w:p>
    <w:p>
      <w:pPr>
        <w:pStyle w:val="ListBullet"/>
      </w:pPr>
      <w:r>
        <w:t>Зона 110 - 21 200 руб</w:t>
      </w:r>
    </w:p>
    <w:p>
      <w:pPr>
        <w:pStyle w:val="ListBullet"/>
      </w:pPr>
      <w:r>
        <w:t>Зона 130 - 21 200 руб</w:t>
      </w:r>
    </w:p>
    <w:p>
      <w:pPr>
        <w:pStyle w:val="ListBullet"/>
      </w:pPr>
      <w:r>
        <w:t>Зона 140 - 21 200 руб</w:t>
      </w:r>
    </w:p>
    <w:p>
      <w:pPr>
        <w:pStyle w:val="ListBullet"/>
      </w:pPr>
      <w:r>
        <w:t>Дети 4 - 14 лет - 15 000 руб</w:t>
      </w:r>
    </w:p>
    <w:p>
      <w:pPr>
        <w:pStyle w:val="ListBullet"/>
      </w:pPr>
      <w:r>
        <w:t>Дети до 3 лет (без отдельного места) - бесплатно</w:t>
      </w:r>
    </w:p>
    <w:p>
      <w:pPr>
        <w:pStyle w:val="ListBullet"/>
      </w:pPr>
      <w:r>
        <w:t>Дети до 3 лет (с местом) - 4 100</w:t>
      </w:r>
    </w:p>
    <w:p>
      <w:r>
        <w:rPr>
          <w:b/>
        </w:rPr>
        <w:t>Стоимость с 11 декабря:</w:t>
      </w:r>
    </w:p>
    <w:p>
      <w:pPr>
        <w:pStyle w:val="ListBullet"/>
      </w:pPr>
      <w:r>
        <w:t>Зона 1 - 20 500 руб</w:t>
      </w:r>
    </w:p>
    <w:p>
      <w:pPr>
        <w:pStyle w:val="ListBullet"/>
      </w:pPr>
      <w:r>
        <w:t>Зона 2 - 20 500 руб</w:t>
      </w:r>
    </w:p>
    <w:p>
      <w:pPr>
        <w:pStyle w:val="ListBullet"/>
      </w:pPr>
      <w:r>
        <w:t>Зона 3 - 20 500 руб</w:t>
      </w:r>
    </w:p>
    <w:p>
      <w:pPr>
        <w:pStyle w:val="ListBullet"/>
      </w:pPr>
      <w:r>
        <w:t>Зона 6 - 19 100 руб</w:t>
      </w:r>
    </w:p>
    <w:p>
      <w:pPr>
        <w:pStyle w:val="ListBullet"/>
      </w:pPr>
      <w:r>
        <w:t>Зона 6 - 19 100 руб</w:t>
      </w:r>
    </w:p>
    <w:p>
      <w:pPr>
        <w:pStyle w:val="ListBullet"/>
      </w:pPr>
      <w:r>
        <w:t>Зона 110 - 21 800 руб</w:t>
      </w:r>
    </w:p>
    <w:p>
      <w:pPr>
        <w:pStyle w:val="ListBullet"/>
      </w:pPr>
      <w:r>
        <w:t>Зона 130 - 21 800 руб</w:t>
      </w:r>
    </w:p>
    <w:p>
      <w:pPr>
        <w:pStyle w:val="ListBullet"/>
      </w:pPr>
      <w:r>
        <w:t>Зона 140 - 21 800 руб</w:t>
      </w:r>
    </w:p>
    <w:p>
      <w:pPr>
        <w:pStyle w:val="ListBullet"/>
      </w:pPr>
      <w:r>
        <w:t>Дети 4 - 14 лет - 15 000 руб</w:t>
      </w:r>
    </w:p>
    <w:p>
      <w:pPr>
        <w:pStyle w:val="ListBullet"/>
      </w:pPr>
      <w:r>
        <w:t>Дети до 3 лет (без отдельного места) - бесплатно</w:t>
      </w:r>
    </w:p>
    <w:p>
      <w:pPr>
        <w:pStyle w:val="ListBullet"/>
      </w:pPr>
      <w:r>
        <w:t>Дети до 3 лет (с местом) - 4 100</w:t>
      </w:r>
    </w:p>
    <w:p>
      <w:r>
        <w:rPr>
          <w:b/>
        </w:rPr>
        <w:t>Условия бронирования:</w:t>
      </w:r>
    </w:p>
    <w:p>
      <w:pPr>
        <w:pStyle w:val="ListBullet"/>
      </w:pPr>
      <w:r>
        <w:t>Бронирование мест считается подтверждённым после получения предоплаты в размере минимум 50% от стоимости каждого билета в течение 72 часов с момента бронирования.</w:t>
      </w:r>
    </w:p>
    <w:p>
      <w:pPr>
        <w:pStyle w:val="ListBullet"/>
      </w:pPr>
      <w:r>
        <w:t>Предоплата 100% суммы стоимости каждого билета должна быть внесена до 01.12.2025 включительно.</w:t>
      </w:r>
    </w:p>
    <w:p>
      <w:pPr>
        <w:pStyle w:val="ListBullet"/>
      </w:pPr>
      <w:r>
        <w:t>Отмена без применения штрафных санкций возможна до 01.12.2025 вкл., отмена 02.12.2025 и позже осуществляется со штрафом в размере 100% от стоимости каждого билета.</w:t>
      </w:r>
    </w:p>
    <w:p>
      <w:r>
        <w:br/>
      </w:r>
      <w:r>
        <w:br/>
      </w:r>
      <w:r>
        <w:rPr>
          <w:b/>
        </w:rPr>
        <w:t>Дополнительная экскурсия в Кронштадт</w:t>
      </w:r>
      <w:r>
        <w:br/>
      </w:r>
      <w:r>
        <w:br/>
      </w:r>
      <w:r>
        <w:t>Обзорная экскурсия по Кронштадту (старые крепостные стены крепости, морской док, Летний сад, чугунная мостовая, Якорная площадь - главная площадь города, памятники Петру I и Адмиралу Макарову).</w:t>
      </w:r>
      <w:r>
        <w:br/>
      </w:r>
      <w:r>
        <w:t>Знакомство с жемчужиной Кронштадта, высотной доминантой акватории залива - великолепным Никольским Морским собором (собор был задуман как Храм-памятник всем погибшим морякам).</w:t>
      </w:r>
      <w:r>
        <w:br/>
      </w:r>
      <w:r>
        <w:br/>
      </w:r>
      <w:r>
        <w:rPr>
          <w:b/>
        </w:rPr>
        <w:t>Стоимость (цена комиссионная): 3300 р. с чел.</w:t>
      </w:r>
      <w:r>
        <w:br/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r>
        <w:rPr>
          <w:b/>
        </w:rPr>
        <w:t>Внимание! В Санкт-Петербурге с 01 апреля 2024г.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rPr>
          <w:i/>
        </w:rPr>
        <w:t>От уплаты курортного сбора освобождена22 льготная категория гражданпри предъявлении оригинала документа или его заверенной копии, в том числе ветераны, инвалиды 1-2 групп, члены многодетных семей и другие. Необходимо предъявить оригинал и заверенную в установленном порядке копию документа, подтверждающего льготу. Гостиница сканирует этот документ и подгружает в систему обмена данными.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</w:t>
      </w:r>
      <w:r>
        <w:rPr>
          <w:b/>
        </w:rPr>
        <w:t>по ссылке в табличке с прайсом.Важная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</w:p>
    <w:p>
      <w:pPr>
        <w:pStyle w:val="Heading1"/>
      </w:pPr>
      <w:r>
        <w:t>Информация о транспорте</w:t>
      </w:r>
    </w:p>
    <w:p>
      <w:hyperlink r:id="rId9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br/>
      </w:r>
      <w:r>
        <w:t>Ваше путешествие начнется с комфортабельного переезда, благодаря тому, что места предоставляются в вагонах класса "КУПЕ".</w:t>
      </w:r>
    </w:p>
    <w:p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</w:t>
      </w:r>
      <w:r>
        <w:rPr>
          <w:b/>
        </w:rPr>
        <w:t>НЕ может гарантировать</w:t>
      </w:r>
      <w:r>
        <w:t>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 проверять данные туристов.</w:t>
      </w:r>
      <w:r>
        <w:br/>
      </w:r>
      <w:r>
        <w:br/>
      </w:r>
      <w:r>
        <w:t>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</w:p>
    <w:p>
      <w:r>
        <w:rPr>
          <w:b/>
        </w:rPr>
        <w:t>Посадка туристов может быть произведена на станцииВЕРЕЩАГИНО, но без изменения стоимости, так как билеты выписываются из Перми (см. цену в прайсе "из Перми");</w:t>
      </w:r>
    </w:p>
    <w:p>
      <w:r>
        <w:rPr>
          <w:i/>
        </w:rPr>
        <w:t>Конкретику мест и наличие билетов со ст. Кунгур и Екатеринбург уточняйте в заявках.</w:t>
      </w:r>
    </w:p>
    <w:p>
      <w:pPr>
        <w:pStyle w:val="Heading1"/>
      </w:pPr>
      <w:r>
        <w:t>Документы для поездки</w:t>
      </w:r>
    </w:p>
    <w:p>
      <w:r>
        <w:t>1. Оригиналы паспорта*/свидетельства о рождении, мед. полис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 Информация по ЖД туру отправляются на электронную почту за 1 рабочий день до выезда вместе с памяткой по туру, где прописывается время и место встречи туристов с сопровождающей. Конкретизацию мест в обе стороны на посадке при встрече сообщит сопровождающая. При наборе небольшой группе туристы отправляются без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br/>
      </w:r>
      <w:r>
        <w:rPr>
          <w:b/>
        </w:rPr>
        <w:t>Ответы на популярные вопросы по оформлению билетов и поездам</w:t>
      </w:r>
      <w:r>
        <w:br/>
      </w:r>
      <w:r>
        <w:br/>
      </w:r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06.02 - Ориентировочное время выезда поезда из Перми. Возможно изменение время выезда поезда на разные даты тура.</w:t>
      </w:r>
    </w:p>
    <w:p>
      <w:r>
        <w:rPr>
          <w:b/>
        </w:rPr>
        <w:t>2 день:</w:t>
      </w:r>
      <w:r>
        <w:br/>
      </w:r>
      <w:r>
        <w:t>09:40 - Встреча с экскурсоводом на Ладожском вокзале у вагона поезда.</w:t>
      </w:r>
      <w:r>
        <w:br/>
      </w:r>
      <w:r>
        <w:t>10:00 -</w:t>
      </w:r>
      <w:r>
        <w:rPr>
          <w:b/>
        </w:rPr>
        <w:t>Проезд по Невскому проспекту «Здравствуй, Питер! Здравствуй, Невский!»</w:t>
      </w:r>
      <w:r>
        <w:br/>
      </w:r>
      <w:r>
        <w:t>10:30</w:t>
      </w:r>
      <w:r>
        <w:rPr>
          <w:b/>
        </w:rPr>
        <w:t>- Обзорная экскурсия по городу «Парадный Петербург»</w:t>
      </w:r>
      <w:r>
        <w:t>это увлекательное путешествие по самым красивым и знаковым местам города: Зимнему дворцу, Исаакиевскому собору, Адмиралтейству и живописным площадям. Величие дворцов, архитектурные шедевры и уютные парки откроют перед вами истинное лицо этого великолепного города.</w:t>
      </w:r>
      <w:r>
        <w:br/>
      </w:r>
      <w:r>
        <w:t>~12:45 -</w:t>
      </w:r>
      <w:r>
        <w:rPr>
          <w:b/>
        </w:rPr>
        <w:t>Знакомство с ансамблем Казанской площади</w:t>
      </w:r>
      <w:r>
        <w:t>. История создания Казанского собора, шедевра русской петербургской культуры и главного кафедрального собора города. Собор освещен в честь Казанской иконы Божией Матери – покровительницы русского воинства. Памятник воинской славы 1812 года, место захоронения великого русского полководца М.И. Кутузова.</w:t>
      </w:r>
      <w:r>
        <w:br/>
      </w:r>
      <w:r>
        <w:t>Посещение Казанского собора.</w:t>
      </w:r>
      <w:r>
        <w:br/>
      </w:r>
      <w:r>
        <w:rPr>
          <w:b/>
        </w:rPr>
        <w:t>Для тарифа "стандарт"</w:t>
      </w:r>
      <w:r>
        <w:t>: свободное время</w:t>
      </w:r>
      <w:r>
        <w:br/>
      </w:r>
      <w:r>
        <w:rPr>
          <w:b/>
        </w:rPr>
        <w:t>Для тарифа "комфорт":</w:t>
      </w:r>
      <w:r>
        <w:br/>
      </w:r>
      <w:r>
        <w:t>13:45 - Обед в кафе</w:t>
      </w:r>
      <w:r>
        <w:br/>
      </w:r>
      <w:r>
        <w:t>14:30 - Сбор группы и отъезд на размещение.</w:t>
      </w:r>
      <w:r>
        <w:br/>
      </w:r>
      <w:r>
        <w:t>15:00 - Размещение по месту проживания. Окончание программы. Свободное время.</w:t>
      </w:r>
    </w:p>
    <w:p>
      <w:r>
        <w:rPr>
          <w:b/>
        </w:rPr>
        <w:t>Новогодний банкет (программа уточняется) (за доп.плату)</w:t>
      </w:r>
      <w:r>
        <w:br/>
      </w:r>
      <w:r>
        <w:rPr>
          <w:i/>
        </w:rPr>
        <w:t>Обратите внимание! Программа новогоднего банкета будет известна не ранее середины октября.</w:t>
      </w:r>
    </w:p>
    <w:p>
      <w:r>
        <w:rPr>
          <w:b/>
        </w:rPr>
        <w:t>3 день:</w:t>
      </w:r>
      <w:r>
        <w:br/>
      </w:r>
      <w:r>
        <w:rPr>
          <w:b/>
        </w:rPr>
        <w:t>Завтрак</w:t>
      </w:r>
      <w:r>
        <w:t>.</w:t>
      </w:r>
    </w:p>
    <w:p>
      <w:r>
        <w:rPr>
          <w:b/>
        </w:rPr>
        <w:t>Для заезда 30.12.2025</w:t>
      </w:r>
    </w:p>
    <w:p>
      <w:r>
        <w:t>12:30 - Встреча с гидом в холле гостиницы.</w:t>
      </w:r>
      <w:r>
        <w:br/>
      </w:r>
      <w:r>
        <w:rPr>
          <w:b/>
        </w:rPr>
        <w:t>Знакомство с историей</w:t>
      </w:r>
      <w:r>
        <w:rPr>
          <w:b/>
        </w:rPr>
        <w:t>крейсера «Аврора».</w:t>
      </w:r>
      <w:r>
        <w:t>Военный корабль, участник революционных событий 1917 г. (внешний осмотр).</w:t>
      </w:r>
      <w:r>
        <w:br/>
      </w:r>
      <w:r>
        <w:t>13:30 -</w:t>
      </w:r>
      <w:r>
        <w:rPr>
          <w:b/>
        </w:rPr>
        <w:t>Прогулка-экскурсия по территории Петропавловской крепости</w:t>
      </w:r>
      <w:r>
        <w:rPr>
          <w:b/>
        </w:rPr>
        <w:t>«Здесь будет город заложен…».</w:t>
      </w:r>
      <w:r>
        <w:t>Петропавловская крепость - старейшая постройка города, расположена на Заячьем острове. Вы увидите бастионы и здания XVIII в., - собор Святых Петра и Павла (усыпальницу российских императоров), памятник Петру I.</w:t>
      </w:r>
      <w:r>
        <w:br/>
      </w:r>
      <w:r>
        <w:rPr>
          <w:b/>
        </w:rPr>
        <w:t>Для тарифа "стандарт"</w:t>
      </w:r>
      <w:r>
        <w:t>: свободное время</w:t>
      </w:r>
      <w:r>
        <w:br/>
      </w:r>
      <w:r>
        <w:rPr>
          <w:b/>
        </w:rPr>
        <w:t>Для тарифа "комфорт":</w:t>
      </w:r>
      <w:r>
        <w:br/>
      </w:r>
      <w:r>
        <w:t>15.45 - Обед в кафе</w:t>
      </w:r>
      <w:r>
        <w:br/>
      </w:r>
      <w:r>
        <w:t>16:30 - Сбор группы (вариант "стандарт" и "комфорт")</w:t>
      </w:r>
      <w:r>
        <w:br/>
      </w:r>
      <w:r>
        <w:rPr>
          <w:b/>
        </w:rPr>
        <w:t>Вечерняя автобусная экскурсия «Огни новогоднего Петербурга»</w:t>
      </w:r>
      <w:r>
        <w:t>позволит увидеть совершенно особый Петербург, почувствовать неповторимое очарование главных проспектов, дворцов, набережных и мостов Петербурга, залитых светом ночной подсветки.</w:t>
      </w:r>
      <w:r>
        <w:br/>
      </w:r>
      <w:r>
        <w:t>18:30 - Окончание программы по месту проживания</w:t>
      </w:r>
    </w:p>
    <w:p>
      <w:r>
        <w:rPr>
          <w:b/>
        </w:rPr>
        <w:t>Для заезда 03.01.2026 и 05.01.2026</w:t>
      </w:r>
    </w:p>
    <w:p>
      <w:r>
        <w:t>09:30 - Встреча с гидом в холле гостиницы</w:t>
      </w:r>
      <w:r>
        <w:br/>
      </w:r>
      <w:r>
        <w:rPr>
          <w:b/>
        </w:rPr>
        <w:t>Знакомство с историей</w:t>
      </w:r>
      <w:r>
        <w:rPr>
          <w:b/>
        </w:rPr>
        <w:t>крейсера «Аврора».</w:t>
      </w:r>
      <w:r>
        <w:t>Военный корабль, участник революционных событий 1917 г. (внешний осмотр).</w:t>
      </w:r>
      <w:r>
        <w:br/>
      </w:r>
      <w:r>
        <w:t>10:30 -</w:t>
      </w:r>
      <w:r>
        <w:rPr>
          <w:b/>
        </w:rPr>
        <w:t>Прогулка-экскурсия по территории Петропавловской крепости</w:t>
      </w:r>
      <w:r>
        <w:rPr>
          <w:b/>
        </w:rPr>
        <w:t>«Здесь будет город заложен…».</w:t>
      </w:r>
      <w:r>
        <w:t>Петропавловская крепость - старейшая постройка города, расположена на Заячьем острове. Вы увидите бастионы и здания XVIII в., - собор Святых Петра и Павла (усыпальницу российских императоров), памятник Петру I.</w:t>
      </w:r>
      <w:r>
        <w:br/>
      </w:r>
      <w:r>
        <w:rPr>
          <w:b/>
        </w:rPr>
        <w:t>Для тарифа "стандарт"</w:t>
      </w:r>
      <w:r>
        <w:t>: свободное время</w:t>
      </w:r>
      <w:r>
        <w:br/>
      </w:r>
      <w:r>
        <w:rPr>
          <w:b/>
        </w:rPr>
        <w:t>Для тарифа "комфорт":</w:t>
      </w:r>
      <w:r>
        <w:br/>
      </w:r>
      <w:r>
        <w:t>13.00 - Обед в кафе</w:t>
      </w:r>
      <w:r>
        <w:br/>
      </w:r>
      <w:r>
        <w:t>14.30 - Окончание программы у гостиницы</w:t>
      </w:r>
    </w:p>
    <w:p>
      <w:r>
        <w:rPr>
          <w:b/>
        </w:rPr>
        <w:t>4 день:</w:t>
      </w:r>
      <w:r>
        <w:br/>
      </w:r>
      <w:r>
        <w:t>Завтрак</w:t>
      </w:r>
      <w:r>
        <w:br/>
      </w:r>
      <w:r>
        <w:t>10:00 - Встреча с экскурсоводом в холле. Отъезд на программу.</w:t>
      </w:r>
      <w:r>
        <w:br/>
      </w:r>
      <w:r>
        <w:rPr>
          <w:b/>
        </w:rPr>
        <w:t>10:30 - Экскурсия в Юсуповский дворец -</w:t>
      </w:r>
      <w:r>
        <w:t>один из самых роскошных аристократических дворцов императорского Петербурга, богатейший частный особняк с анфиладой парадных залов, уникальными личными покоями и роскошным домашним театром. Экскурсия проходит с бесплатным аудиогидом, также возможно воспользоваться мобильным приложением.</w:t>
      </w:r>
    </w:p>
    <w:p>
      <w:r>
        <w:rPr>
          <w:b/>
        </w:rPr>
        <w:t>Для тарифа "стандарт"</w:t>
      </w:r>
      <w:r>
        <w:t>:</w:t>
      </w:r>
      <w:r>
        <w:br/>
      </w:r>
      <w:r>
        <w:t>Окончание программы. Свободное время в центре города</w:t>
      </w:r>
      <w:r>
        <w:br/>
      </w:r>
      <w:r>
        <w:rPr>
          <w:b/>
        </w:rPr>
        <w:t>Для тарифа "комфорт":</w:t>
      </w:r>
      <w:r>
        <w:br/>
      </w:r>
      <w:r>
        <w:t>12:00 - Отъезд на загородную экскурсию «Зимняя сказка Царского села» г. Пушкин. Трассовая экскурсия «Дорога в императорскую резиденцию».</w:t>
      </w:r>
      <w:r>
        <w:br/>
      </w:r>
      <w:r>
        <w:t>13:40 - Экскурсия в Екатерининский дворец –вы увидите восхищающие роскошью убранства Большой залы и Золотой анфилады парадных помещений, среди которых — всемирно известная</w:t>
      </w:r>
      <w:r>
        <w:rPr>
          <w:b/>
        </w:rPr>
        <w:t>Янтарная комната</w:t>
      </w:r>
      <w:r>
        <w:t>.</w:t>
      </w:r>
      <w:r>
        <w:br/>
      </w:r>
      <w:r>
        <w:t>Самостоятельная прогулка</w:t>
      </w:r>
      <w:r>
        <w:rPr>
          <w:b/>
        </w:rPr>
        <w:t>по Екатерининскому парку.</w:t>
      </w:r>
      <w:r>
        <w:br/>
      </w:r>
      <w:r>
        <w:t>16:15 -</w:t>
      </w:r>
      <w:r>
        <w:rPr>
          <w:i/>
        </w:rPr>
        <w:t>Обед в кафе</w:t>
      </w:r>
      <w:r>
        <w:br/>
      </w:r>
      <w:r>
        <w:t>17.00 - Отъезд в Санкт-Петербург.</w:t>
      </w:r>
      <w:r>
        <w:br/>
      </w:r>
      <w:r>
        <w:t>18:30 - Окончание программы по месту проживания</w:t>
      </w:r>
    </w:p>
    <w:p>
      <w:r>
        <w:rPr>
          <w:b/>
        </w:rPr>
        <w:t>5 день:</w:t>
      </w:r>
      <w:r>
        <w:br/>
      </w:r>
      <w:r>
        <w:t>Завтрак. Освобождение номеров.</w:t>
      </w:r>
      <w:r>
        <w:br/>
      </w:r>
      <w:r>
        <w:t>09:45 - Встреча с экскурсоводом в холле. Отъезд на программу.</w:t>
      </w:r>
      <w:r>
        <w:br/>
      </w:r>
      <w:r>
        <w:rPr>
          <w:b/>
        </w:rPr>
        <w:t>Автобусная экскурсия «…И по старинному преданию должно исполниться желание».</w:t>
      </w:r>
      <w:r>
        <w:t>Вы познакомитесь с легендарными петербургскими местами, связанными с мифами и легендами города, где исполняются желания: могучие атланты Эрмитажа, знаменитые сфинксы и крошечный Чижик-Пыжик – все они к Вашим услугам!</w:t>
      </w:r>
      <w:r>
        <w:br/>
      </w:r>
      <w:r>
        <w:t>12:00 - Трансфер на Ладожский вокзал.</w:t>
      </w:r>
      <w:r>
        <w:br/>
      </w:r>
      <w:r>
        <w:t>12:45 - Окончание программы.</w:t>
      </w:r>
      <w:r>
        <w:br/>
      </w:r>
      <w:r>
        <w:t>13:45 - Отъезд из Санкт-Петербурга</w:t>
      </w:r>
    </w:p>
    <w:p>
      <w:r>
        <w:rPr>
          <w:b/>
        </w:rPr>
        <w:t>6 день:</w:t>
      </w:r>
      <w:r>
        <w:br/>
      </w:r>
      <w:r>
        <w:t>Прибытие поезда в Пермь.</w:t>
      </w:r>
    </w:p>
    <w:p>
      <w:r>
        <w:t>* Обратите внимание! Дни проведения экскурсий могут быть изменены местами. Пожалуйста, учитывайте это при планировании свободного времени. Точная программа и порядок экскурсий будут известны за 1-2 дня до отправления поезда.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Скидка на школьников</w:t>
      </w:r>
      <w:r>
        <w:rPr>
          <w:b/>
        </w:rPr>
        <w:t>до исполнения 14 лет</w:t>
      </w:r>
      <w:r>
        <w:t>от цены тура:</w:t>
      </w:r>
    </w:p>
    <w:p>
      <w:pPr>
        <w:pStyle w:val="ListBullet"/>
      </w:pPr>
      <w:r>
        <w:t>Тариф "Комфорт" - 700 руб</w:t>
      </w:r>
    </w:p>
    <w:p>
      <w:pPr>
        <w:pStyle w:val="ListBullet"/>
      </w:pPr>
      <w:r>
        <w:t>Тариф "Стандарт" - 0 руб</w:t>
      </w:r>
    </w:p>
    <w:p>
      <w:r>
        <w:t>Скидка на учащихся</w:t>
      </w:r>
      <w:r>
        <w:rPr>
          <w:b/>
        </w:rPr>
        <w:t>после исполнения 14 лет</w:t>
      </w:r>
      <w:r>
        <w:t>, студенты (дневных отделений) - 0 руб</w:t>
      </w:r>
    </w:p>
    <w:p>
      <w:r>
        <w:t>Скидки детям и школьникам на ЖД билет в КУПЕ не предоставляются. Дети 0-17 лет</w:t>
      </w:r>
      <w:r>
        <w:rPr>
          <w:u w:val="single"/>
        </w:rPr>
        <w:t>с местом в поезде</w:t>
      </w:r>
      <w:r>
        <w:t>оформляются по взрослому тарифу.</w:t>
      </w:r>
      <w:r>
        <w:br/>
      </w:r>
      <w:r>
        <w:br/>
      </w:r>
      <w:r>
        <w:t>Скидки детям и школьникам на ЖД билет в ПЛАЦКАРТЕ:</w:t>
      </w:r>
    </w:p>
    <w:p>
      <w:pPr>
        <w:pStyle w:val="ListBullet"/>
      </w:pPr>
      <w:r>
        <w:t>Дети 0-4 (без места в поезде) - 11 730 р.</w:t>
      </w:r>
    </w:p>
    <w:p>
      <w:pPr>
        <w:pStyle w:val="ListBullet"/>
      </w:pPr>
      <w:r>
        <w:t>Дети 0-4 (с местом в поезде) - 7 400 р.</w:t>
      </w:r>
    </w:p>
    <w:p>
      <w:pPr>
        <w:pStyle w:val="ListBullet"/>
      </w:pPr>
      <w:r>
        <w:t>Дети 5-9 - 7 400 р.</w:t>
      </w:r>
    </w:p>
    <w:p>
      <w:pPr>
        <w:pStyle w:val="ListBullet"/>
      </w:pPr>
      <w:r>
        <w:t>Дети 10-17 - 5 700 р.</w:t>
      </w:r>
    </w:p>
    <w:p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</w:p>
    <w:p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0" Type="http://schemas.openxmlformats.org/officeDocument/2006/relationships/hyperlink" Target="https://docs.google.com/document/d/1igOFQYsT9drijJCsnUN5KNFvdQgccq-tThv6zCCLOG4/edit?tab=t.0#heading=h.u09fpqw21s23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