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"Легендарная Карелия с путешествием на ретро-поезде "Рускеальский экспресс" (весна/осень)</w:t>
      </w:r>
    </w:p>
    <w:p>
      <w:pPr>
        <w:pStyle w:val="Heading1"/>
      </w:pPr>
      <w:r>
        <w:t>Информация тура</w:t>
      </w:r>
    </w:p>
    <w:p>
      <w:r>
        <w:t>Пермь → Санкт-Петербург→ Петрозаводск → водопад Кивач → палеовулкан «Гирвас» → горный парк "Рускеала" → Сортавала → Санкт-Петербург → Пермь</w:t>
      </w:r>
    </w:p>
    <w:p>
      <w:pPr>
        <w:pStyle w:val="Heading1"/>
      </w:pPr>
      <w:r>
        <w:t>Описание тура</w:t>
      </w:r>
    </w:p>
    <w:p>
      <w:r>
        <w:t>Приглашаем вас в путешествие по двум удивительным регионам России: Карелии и Санкт-Петербургу. В течение несколько дней вы сможете познакомиться с красотами природы Карелии, прокатиться на ретро-поезде и увидеть главные достопримечательности Санкт-Петербурга в одном туре.</w:t>
      </w:r>
    </w:p>
    <w:p>
      <w:pPr>
        <w:pStyle w:val="Heading1"/>
      </w:pPr>
      <w:r>
        <w:t>Преимущества</w:t>
      </w:r>
    </w:p>
    <w:p>
      <w:r>
        <w:t>1.</w:t>
      </w:r>
      <w:r>
        <w:rPr>
          <w:b/>
        </w:rPr>
        <w:t>Сопровождение группы из Перми</w:t>
      </w:r>
      <w:r>
        <w:t>(контроль маршрута, помощь, развлечения).</w:t>
      </w:r>
    </w:p>
    <w:p>
      <w:r>
        <w:t>2.</w:t>
      </w:r>
      <w:r>
        <w:rPr>
          <w:b/>
        </w:rPr>
        <w:t>Встреча и проводы на вокзале</w:t>
      </w:r>
    </w:p>
    <w:p>
      <w:r>
        <w:t>3.</w:t>
      </w:r>
      <w:r>
        <w:rPr>
          <w:b/>
        </w:rPr>
        <w:t>Трансфер</w:t>
      </w:r>
    </w:p>
    <w:p>
      <w:r>
        <w:t>4.</w:t>
      </w:r>
      <w:r>
        <w:rPr>
          <w:b/>
        </w:rPr>
        <w:t>7 экскурсий:</w:t>
      </w:r>
      <w:r>
        <w:br/>
      </w:r>
      <w:r>
        <w:t>– экскурсия по Свято-Троицкому мужскому монастырю</w:t>
      </w:r>
      <w:r>
        <w:br/>
      </w:r>
      <w:r>
        <w:t>– обзорная экскурсия по Петрозаводску</w:t>
      </w:r>
      <w:r>
        <w:br/>
      </w:r>
      <w:r>
        <w:t>– посещение водопада Кивач</w:t>
      </w:r>
      <w:r>
        <w:br/>
      </w:r>
      <w:r>
        <w:t>– посещение палеовулкана «Гирвас»</w:t>
      </w:r>
      <w:r>
        <w:br/>
      </w:r>
      <w:r>
        <w:t>– экскурсия "мраморный каньон" в горном парке Рускеала</w:t>
      </w:r>
      <w:r>
        <w:br/>
      </w:r>
      <w:r>
        <w:t>– поездка на ретро-поезде</w:t>
      </w:r>
      <w:r>
        <w:br/>
      </w:r>
      <w:r>
        <w:t>– экскурсия по Ленфильму</w:t>
      </w:r>
    </w:p>
    <w:p>
      <w:r>
        <w:t>5.</w:t>
      </w:r>
      <w:r>
        <w:rPr>
          <w:b/>
        </w:rPr>
        <w:t>Сладкий подарок в дорогу каждому туристу.</w:t>
      </w:r>
    </w:p>
    <w:p>
      <w:r>
        <w:t>6.</w:t>
      </w:r>
      <w:r>
        <w:rPr>
          <w:b/>
        </w:rPr>
        <w:t>В стоимость входит</w:t>
      </w:r>
      <w:r>
        <w:t>:</w:t>
      </w:r>
      <w:r>
        <w:br/>
      </w:r>
      <w:r>
        <w:t>– ЖД билеты в обе стороны (плацкарт)</w:t>
      </w:r>
      <w:r>
        <w:br/>
      </w:r>
      <w:r>
        <w:t>– сопровождение нашим сотрудником из Перми и обратно, контроль всех вопросов</w:t>
      </w:r>
      <w:r>
        <w:br/>
      </w:r>
      <w:r>
        <w:t>– проживание в гостинице с удобствами в номере</w:t>
      </w:r>
      <w:r>
        <w:br/>
      </w:r>
      <w:r>
        <w:t>– экскурсионное обслуживание по программе</w:t>
      </w:r>
      <w:r>
        <w:br/>
      </w:r>
      <w:r>
        <w:t>– входные билеты по программе и т.д.</w:t>
      </w:r>
      <w:r>
        <w:br/>
      </w:r>
      <w:r>
        <w:t>– питание (4 завтрака, 2 обеда)</w:t>
      </w:r>
    </w:p>
    <w:p>
      <w:pPr>
        <w:pStyle w:val="Heading1"/>
      </w:pPr>
      <w:r>
        <w:t>В стоимость тура входит</w:t>
      </w:r>
    </w:p>
    <w:p>
      <w:r>
        <w:rPr>
          <w:b/>
        </w:rPr>
        <w:t>–</w:t>
      </w:r>
      <w:r>
        <w:t>ЖД билеты в обе стороны (плацкарт)</w:t>
      </w:r>
      <w:r>
        <w:br/>
      </w:r>
      <w:r>
        <w:rPr>
          <w:b/>
        </w:rPr>
        <w:t>–</w:t>
      </w:r>
      <w:r>
        <w:t>сопровождение нашим сотрудником из Перми и обратно, контроль всех вопросов</w:t>
      </w:r>
      <w:r>
        <w:br/>
      </w:r>
      <w:r>
        <w:rPr>
          <w:b/>
        </w:rPr>
        <w:t>–</w:t>
      </w:r>
      <w:r>
        <w:t>проживание в гостинице с удобствами в номере</w:t>
      </w:r>
      <w:r>
        <w:br/>
      </w:r>
      <w:r>
        <w:rPr>
          <w:b/>
        </w:rPr>
        <w:t>–</w:t>
      </w:r>
      <w:r>
        <w:t>экскурсионное обслуживание по программе</w:t>
      </w:r>
      <w:r>
        <w:br/>
      </w:r>
      <w:r>
        <w:rPr>
          <w:b/>
        </w:rPr>
        <w:t>–</w:t>
      </w:r>
      <w:r>
        <w:t>входные билеты по программе и т.д.</w:t>
      </w:r>
      <w:r>
        <w:br/>
      </w:r>
      <w:r>
        <w:rPr>
          <w:b/>
        </w:rPr>
        <w:t>–</w:t>
      </w:r>
      <w:r>
        <w:t>питание (4 завтрака, 2 обеда)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–</w:t>
      </w:r>
      <w:r>
        <w:t>доплата за проезд в вагон-купе (стоимость уточнять у менеджера при бронировании)</w:t>
      </w:r>
      <w:r>
        <w:br/>
      </w:r>
      <w:r>
        <w:rPr>
          <w:b/>
        </w:rPr>
        <w:t>–</w:t>
      </w:r>
      <w:r>
        <w:t>сувениры</w:t>
      </w:r>
      <w:r>
        <w:br/>
      </w:r>
      <w:r>
        <w:rPr>
          <w:b/>
        </w:rPr>
        <w:t>–</w:t>
      </w:r>
      <w:r>
        <w:t>доп. питание</w:t>
      </w:r>
    </w:p>
    <w:p>
      <w:pPr>
        <w:pStyle w:val="Heading1"/>
      </w:pPr>
      <w:r>
        <w:t>Проживание</w:t>
      </w:r>
    </w:p>
    <w:p>
      <w:r>
        <w:t>С 1 марта 2026 года вступили в силу новые Правила предоставления гостиничных услуг (Постановление Правительства РФ № 1912 от 27.11.2025).</w:t>
      </w:r>
    </w:p>
    <w:p>
      <w:r>
        <w:t>Основное изменение:</w:t>
      </w:r>
      <w:r>
        <w:br/>
      </w:r>
      <w:r>
        <w:t>Требуется согласие ОБОИХ родителей (или законных представителей) на заселение несовершеннолетних детей в отели и другие средства размещения.</w:t>
      </w:r>
    </w:p>
    <w:p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pPr>
        <w:pStyle w:val="Heading1"/>
      </w:pPr>
      <w:r>
        <w:t>Информация о транспорте</w:t>
      </w:r>
    </w:p>
    <w:p>
      <w:r>
        <w:t>ЖД вокзал Пермь II, около главного входа.</w:t>
      </w:r>
      <w:r>
        <w:br/>
      </w:r>
      <w:r>
        <w:t>Время выезда поезда может поменяться. Об этом Вы будете уведомлены за несколько дней.</w:t>
      </w:r>
      <w:r>
        <w:br/>
      </w:r>
      <w:r>
        <w:br/>
      </w:r>
      <w:r>
        <w:t>Просим обратить внимание, что при бронировании железнодорожных туров компания не может гарантировать конкретные места в поезде. Билеты с указанием конкретных мест высылаются за 1–2 дня до отправления поезда. Благодарим за понимание.</w:t>
      </w:r>
      <w:r>
        <w:br/>
      </w:r>
      <w:r>
        <w:br/>
      </w:r>
      <w:r>
        <w:t>Просьба - в момент заведения заявки</w:t>
      </w:r>
      <w:r>
        <w:rPr>
          <w:b/>
        </w:rPr>
        <w:t>проверять данные туристов.</w:t>
      </w:r>
    </w:p>
    <w:p>
      <w:r>
        <w:rPr>
          <w:i/>
        </w:rPr>
        <w:t>*В случае неблагоприятных погодных условий (дождь, снег, мороз, сильный ветер) - встреча с сопровождающей проходит в здании ЖД вокзала Пермь II.</w:t>
      </w:r>
    </w:p>
    <w:p/>
    <w:p/>
    <w:p/>
    <w:p/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полис, пенсионное удостоверение, школьная справка для детей 10-17 лет из общеобразовательного учреждения (необходимо предъявить школьную справку на посадке, кроме летнего периода с 01.06 по 31.08). В летний период скидка школьникам действует по возрасту без предоставления справки.3</w:t>
      </w:r>
    </w:p>
    <w:p>
      <w:r>
        <w:t>ЖД билеты отправляются на электронную почту за 1 день до выезда в электронном формате вместе с памяткой по туру, где прописывается время и место встречи туристов с сопровождающей. ЖД билеты распечатывать НЕ нужно, так как действует электронная регистрация. Их не требуют на посадке. Проводнику показываете только паспорт/свидетельство о рождении. Если группа набирается небольшая, то Вы будете предупреждены через почту о том, что сопровождающей не будет.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</w:p>
    <w:p>
      <w:r>
        <w:rPr>
          <w:b/>
        </w:rPr>
        <w:t>–</w:t>
      </w:r>
      <w:r>
        <w:t>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</w:p>
    <w:p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применения.</w:t>
      </w:r>
    </w:p>
    <w:p>
      <w:pPr>
        <w:pStyle w:val="Heading1"/>
      </w:pPr>
      <w:r>
        <w:t>Программа тура</w:t>
      </w:r>
    </w:p>
    <w:p>
      <w:r>
        <w:rPr>
          <w:b/>
        </w:rPr>
        <w:t>День 1:</w:t>
      </w:r>
      <w:r>
        <w:br/>
      </w:r>
      <w:r>
        <w:t>05:52 – Отправление поезда в Санкт-Петербург</w:t>
      </w:r>
    </w:p>
    <w:p>
      <w:r>
        <w:rPr>
          <w:b/>
        </w:rPr>
        <w:t>День 2:</w:t>
      </w:r>
      <w:r>
        <w:br/>
      </w:r>
      <w:r>
        <w:t>09:40 – Прибытие в г. Санкт-Петербург.</w:t>
      </w:r>
      <w:r>
        <w:br/>
      </w:r>
      <w:r>
        <w:t>10:00 – 11:00 – Завтрак в кафе.</w:t>
      </w:r>
      <w:r>
        <w:br/>
      </w:r>
      <w:r>
        <w:t>14:30 – 15:30 –</w:t>
      </w:r>
      <w:r>
        <w:rPr>
          <w:b/>
        </w:rPr>
        <w:t>Свято-Троицкий мужской монастырь Александра Свирского</w:t>
      </w:r>
      <w:r>
        <w:br/>
      </w:r>
      <w:r>
        <w:t>Путешествие по Свирскому монастырю начнётся с увлекательной</w:t>
      </w:r>
      <w:r>
        <w:br/>
      </w:r>
      <w:r>
        <w:t>пешеходной экскурсии в сопровождении монахов. У вас будет возможность осмотреть Троицкий и Преображенский соборы, а также познакомиться со старинными колоколами звонницы. Монахи поделятся с вами историями создания монастыря и расскажут о быте монашеской жизни, позволяя вам окунуться в атмосферу прошлых лет. Важнейшим моментом экскурсии станет возможность увидеть нетленные мощи преподобного Александра Свирского - святого, благодаря которому был основан монастырь. Вы также сможете испить святой воды из уникального источника, который, по преданию, обладает</w:t>
      </w:r>
      <w:r>
        <w:br/>
      </w:r>
      <w:r>
        <w:t>целебными свойствами. Кроме того, в ходе экскурсии вы узнаете о традициях и  обычаях, связанных с монастырём, что позволит вам глубже понять духовность и веру русского народа.</w:t>
      </w:r>
      <w:r>
        <w:br/>
      </w:r>
      <w:r>
        <w:t>15:30 – 16:30 –</w:t>
      </w:r>
      <w:r>
        <w:rPr>
          <w:b/>
        </w:rPr>
        <w:t>Обед</w:t>
      </w:r>
      <w:r>
        <w:t>в трапезной.</w:t>
      </w:r>
      <w:r>
        <w:br/>
      </w:r>
      <w:r>
        <w:t>Переезд в Петрозаводск (175км).</w:t>
      </w:r>
      <w:r>
        <w:br/>
      </w:r>
      <w:r>
        <w:t>19:00 – Прибытие в город, заселение в отель. Отдых.</w:t>
      </w:r>
    </w:p>
    <w:p>
      <w:r>
        <w:rPr>
          <w:b/>
        </w:rPr>
        <w:t>День 3:</w:t>
      </w:r>
      <w:r>
        <w:br/>
      </w:r>
      <w:r>
        <w:t>Завтрак в отеле.</w:t>
      </w:r>
      <w:r>
        <w:br/>
      </w:r>
      <w:r>
        <w:t>10:00 – 11:30 – Знакомство со столицей Карелии – о</w:t>
      </w:r>
      <w:r>
        <w:rPr>
          <w:b/>
        </w:rPr>
        <w:t>бзорная экскурсия «Из</w:t>
      </w:r>
      <w:r>
        <w:rPr>
          <w:b/>
        </w:rPr>
        <w:t>истории Петрозаводска»</w:t>
      </w:r>
      <w:r>
        <w:br/>
      </w:r>
      <w:r>
        <w:t>Вас ждет интересное погружение в историю города со времен правления Петра I и до наших дней. Вы узнаете, как был основан Петрозаводск и даже увидите места в устье реки Лососинки, где зародилась Петровская слобода. Своим увлекательным рассказом гид перенесет вас во времена строительства Петровского завода. Вы прогуляетесь по красивым старым площадям и проспектам, сделаете много фото у арт-объектов и памятников в «музее» под открытым небом – на знаменитой Онежской</w:t>
      </w:r>
      <w:r>
        <w:br/>
      </w:r>
      <w:r>
        <w:t>набережной.</w:t>
      </w:r>
      <w:r>
        <w:br/>
      </w:r>
      <w:r>
        <w:rPr>
          <w:b/>
        </w:rPr>
        <w:t>Выезд на загородную экскурсию.</w:t>
      </w:r>
      <w:r>
        <w:br/>
      </w:r>
      <w:r>
        <w:t>12:30 – 13:30 – Первая остановка -</w:t>
      </w:r>
      <w:r>
        <w:rPr>
          <w:b/>
        </w:rPr>
        <w:t>водопад Кивач</w:t>
      </w:r>
      <w:r>
        <w:t>. Самый известный водопад  Карелии, он уже давно стал местной визитной карточкой и ежегодно притягивает тысячи туристов. Люди устремляются на Кивач, чтобы оценить его мощь и силу, ведь это второй по величине равнинный водопад Европы. Чтобы услышать вековое движение бурной воды и узнать красивую легенду о водопаде. В заповеднике вы увидите знаменитую карельскую березу и посетите маленький, но уютный «Музей природы».</w:t>
      </w:r>
      <w:r>
        <w:br/>
      </w:r>
      <w:r>
        <w:t>14:00 – 15:00 –</w:t>
      </w:r>
      <w:r>
        <w:rPr>
          <w:b/>
        </w:rPr>
        <w:t>Обед</w:t>
      </w:r>
      <w:r>
        <w:br/>
      </w:r>
      <w:r>
        <w:t>Переезд на палеовулкан «Гирвас».</w:t>
      </w:r>
      <w:r>
        <w:br/>
      </w:r>
      <w:r>
        <w:t>15:00 – 16:00 –</w:t>
      </w:r>
      <w:r>
        <w:rPr>
          <w:b/>
        </w:rPr>
        <w:t>Потухший вулкан Гирвас</w:t>
      </w:r>
      <w:r>
        <w:t>по праву считают самой древней достопримечательностью Карелии – ему более 2 миллиардов лет. Вы увидите Гирвасский разрез каньона реки Суна, сможете ступить на окаменевшую лаву и прикоснуться к древней природной истории. С вершины вулкана открываются  красивейшие виды на песчаные дюны. В этих живописных местах снимал много известных фильмов, в том числе «А зори здесь тихие».</w:t>
      </w:r>
      <w:r>
        <w:br/>
      </w:r>
      <w:r>
        <w:t>17:30 –</w:t>
      </w:r>
      <w:r>
        <w:rPr>
          <w:b/>
        </w:rPr>
        <w:t>Возвращение в Петрозаводск. Свободное время.</w:t>
      </w:r>
    </w:p>
    <w:p>
      <w:r>
        <w:rPr>
          <w:b/>
        </w:rPr>
        <w:t>День 4:</w:t>
      </w:r>
      <w:r>
        <w:br/>
      </w:r>
      <w:r>
        <w:t>Завтрак в отеле. Освобождение номеров.</w:t>
      </w:r>
      <w:r>
        <w:br/>
      </w:r>
      <w:r>
        <w:t>10:00 – 14:00 – Выезд в Северное Приладожье (270км).</w:t>
      </w:r>
      <w:r>
        <w:br/>
      </w:r>
      <w:r>
        <w:t>Прибытие в Горный парк «Рускеала».</w:t>
      </w:r>
      <w:r>
        <w:br/>
      </w:r>
      <w:r>
        <w:t>14:00 – 15:10 –</w:t>
      </w:r>
      <w:r>
        <w:rPr>
          <w:b/>
        </w:rPr>
        <w:t>Экскурсия «Мраморный каньон» в Горном парке Рускеала</w:t>
      </w:r>
      <w:r>
        <w:t>.</w:t>
      </w:r>
      <w:r>
        <w:br/>
      </w:r>
      <w:r>
        <w:t>Вы прогуляетесь по главному маршруту вокруг каньона, узнаете интересные факты из истории горного дела, сделаете фото с лучшими видами на мраморные склоны. Пройдете по «сухой штольне», где почувствуете мощь и масштаб выработки скалы, заглянете в провал «мраморное сердце», откуда видно подземную часть парка.</w:t>
      </w:r>
      <w:r>
        <w:br/>
      </w:r>
      <w:r>
        <w:t>Свободное время на территории Горного парка для самостоятельного обеда и дополнительных экскурсий.</w:t>
      </w:r>
      <w:r>
        <w:br/>
      </w:r>
      <w:r>
        <w:t>17:00 – 18:00 –</w:t>
      </w:r>
      <w:r>
        <w:rPr>
          <w:b/>
        </w:rPr>
        <w:t>В продолжение приключения вас ждет переезд в город</w:t>
      </w:r>
      <w:r>
        <w:rPr>
          <w:b/>
        </w:rPr>
        <w:t>Сортавала на ретро-поезде «Рускеальский экспресс».</w:t>
      </w:r>
      <w:r>
        <w:t>Красивый дымящий паровоз с антуражными вагонами в стиле XIX-XX веков за 1 час доставит вас в город. Проводники в необычной форме, интерьеры купе, газеты и журналы с буквой «Ъ», чай в подстаканниках... Вы увидите живописные сменяющиеся пейзажи за окном и насладитесь атмосферой эпохи имперской России.</w:t>
      </w:r>
      <w:r>
        <w:br/>
      </w:r>
      <w:r>
        <w:t>18:00 – 22:30 – Переезд в г.Санкт-Петербург (300км).</w:t>
      </w:r>
      <w:r>
        <w:rPr>
          <w:b/>
        </w:rPr>
        <w:t>Заселение в отель.</w:t>
      </w:r>
    </w:p>
    <w:p>
      <w:r>
        <w:rPr>
          <w:b/>
        </w:rPr>
        <w:t>День 5:</w:t>
      </w:r>
      <w:r>
        <w:br/>
      </w:r>
      <w:r>
        <w:t>Завтрак в отеле. Освобождение номеров.</w:t>
      </w:r>
      <w:r>
        <w:br/>
      </w:r>
      <w:r>
        <w:t>09:30 – Выезд из отеля с вещами.</w:t>
      </w:r>
      <w:r>
        <w:br/>
      </w:r>
      <w:r>
        <w:t>10:00 –</w:t>
      </w:r>
      <w:r>
        <w:rPr>
          <w:b/>
        </w:rPr>
        <w:t>Экскурсия по Ленфильму</w:t>
      </w:r>
      <w:r>
        <w:t>. На киностудии снимались такие фильмы как «Золушка», «Шерлок Холмс и Доктор Ватсон», «Звезда пленительного счастья», «Невероятные приключения итальянцев в России» и многие другие.</w:t>
      </w:r>
      <w:r>
        <w:br/>
      </w:r>
      <w:r>
        <w:t>История создания кино, декорации, костюмы и гараж автомобилей,</w:t>
      </w:r>
      <w:r>
        <w:br/>
      </w:r>
      <w:r>
        <w:t>участвовавших в съемках, кстати до сих пор на ходу – все это вы увидите под рассказ профессионального гида, сотрудника киностудии.</w:t>
      </w:r>
      <w:r>
        <w:br/>
      </w:r>
      <w:r>
        <w:t>11:30 – Переезд к Ладожскому вокзалу, свободное время для обеда, покупок сувениров, товаров в дорогу.</w:t>
      </w:r>
      <w:r>
        <w:br/>
      </w:r>
      <w:r>
        <w:t>13:00 – Сбор у автобуса, забираем вещи.</w:t>
      </w:r>
      <w:r>
        <w:br/>
      </w:r>
      <w:r>
        <w:t>13:40 –</w:t>
      </w:r>
      <w:r>
        <w:rPr>
          <w:b/>
        </w:rPr>
        <w:t>Отправление в г.Пермь</w:t>
      </w:r>
    </w:p>
    <w:p>
      <w:r>
        <w:rPr>
          <w:b/>
        </w:rPr>
        <w:t>День 6:</w:t>
      </w:r>
      <w:r>
        <w:br/>
      </w:r>
      <w:r>
        <w:t>20:13 – Прибытие в Пермь</w:t>
      </w:r>
      <w:r>
        <w:br/>
      </w:r>
      <w:r>
        <w:br/>
      </w:r>
      <w:r>
        <w:rPr>
          <w:i/>
        </w:rPr>
        <w:t>* Оператор оставляет за собой право вносить изменения в программу с сохранением объема обслуживания</w:t>
      </w:r>
    </w:p>
    <w:p>
      <w:pPr>
        <w:pStyle w:val="Heading1"/>
      </w:pPr>
      <w:r>
        <w:t>Скидки</w:t>
      </w:r>
    </w:p>
    <w:p>
      <w:r>
        <w:t>Дети 0-4 года - 7 600 руб. (без места в поезде)</w:t>
      </w:r>
      <w:r>
        <w:br/>
      </w:r>
      <w:r>
        <w:t>Дети 0-4 года - 4 700 руб. (с местом в поезде)</w:t>
      </w:r>
      <w:r>
        <w:br/>
      </w:r>
      <w:r>
        <w:t>Школьники 5-9 лет - 4 700 руб.</w:t>
      </w:r>
      <w:r>
        <w:br/>
      </w:r>
      <w:r>
        <w:t>Школьники 10-15 лет - 4 400 руб.</w:t>
      </w:r>
      <w:r>
        <w:br/>
      </w:r>
      <w:r>
        <w:t>Школьники 16-17 лет - 3 600 руб.</w:t>
      </w:r>
      <w:r>
        <w:br/>
      </w:r>
      <w:r>
        <w:t>Студенты дневного отделения - 550 руб.</w:t>
      </w:r>
    </w:p>
    <w:p>
      <w:r>
        <w:t>Важно! Если туристу менее 18 лет, и он не является школьником (закончил 9 классов, поступил в колледж и т.д.), то скидка школьная не предоставляется. Турист проходит по взрослой цене. Также, если школьник не предоставляет справку из школы, то доплата за проезд, производится самостоятельно родителями.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