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Всемирный день пельменя в Удмуртии (автобусный тур)</w:t>
      </w:r>
    </w:p>
    <w:p>
      <w:pPr>
        <w:pStyle w:val="Heading1"/>
      </w:pPr>
      <w:r>
        <w:t>Информация тура</w:t>
      </w:r>
    </w:p>
    <w:p>
      <w:r>
        <w:t>Пермь - Ижевск - Пермь</w:t>
      </w:r>
    </w:p>
    <w:p>
      <w:pPr>
        <w:pStyle w:val="Heading1"/>
      </w:pPr>
      <w:r>
        <w:t>Описание тура</w:t>
      </w:r>
    </w:p>
    <w:p>
      <w:r>
        <w:t>Пельмень каждый день - зимний гастрономический фестиваль в Ижевске, посвящённый пельменям со всей страны и культуре Удмуртии. Туристов ждут ярмарка с десятками видов пельменей, мастер-классы, концерты и зимние развлечения. На площадках работают гастрозоны, сувенирные ряды и семейные активности. Вечером гостей ожидает праздничное шоу на главной сцене.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Комфортная поездка</w:t>
      </w:r>
      <w:r>
        <w:t>— организованный выезд на комфортабельнои автобусе из Перми с удобным расписанием и остановкой на завтрак.</w:t>
      </w:r>
    </w:p>
    <w:p>
      <w:pPr>
        <w:pStyle w:val="ListBullet"/>
      </w:pPr>
      <w:r>
        <w:rPr>
          <w:b/>
        </w:rPr>
        <w:t>Сопровождение из Перми</w:t>
      </w:r>
      <w:r>
        <w:t>- контроль всех вопросов в туре.</w:t>
      </w:r>
    </w:p>
    <w:p>
      <w:pPr>
        <w:pStyle w:val="ListBullet"/>
      </w:pPr>
      <w:r>
        <w:rPr>
          <w:b/>
        </w:rPr>
        <w:t>Много свободного времени</w:t>
      </w:r>
      <w:r>
        <w:t>на фестивале, чтобы каждому выбрать интересные активности: гастрозоны, ярмарки, мастер-классы, игры и квесты.</w:t>
      </w:r>
    </w:p>
    <w:p>
      <w:pPr>
        <w:pStyle w:val="ListBullet"/>
      </w:pPr>
      <w:r>
        <w:rPr>
          <w:b/>
        </w:rPr>
        <w:t>Насыщенная программа</w:t>
      </w:r>
      <w:r>
        <w:t>— возможность посетить мастер-классы регионов России, участвовать в квестах и тематических выступлениях.</w:t>
      </w:r>
    </w:p>
    <w:p>
      <w:pPr>
        <w:pStyle w:val="ListBullet"/>
      </w:pPr>
      <w:r>
        <w:rPr>
          <w:b/>
        </w:rPr>
        <w:t>Дополнительные бонусы</w:t>
      </w:r>
      <w:r>
        <w:t>: розыгрыш подарков от партнёров фестиваля.</w:t>
      </w:r>
    </w:p>
    <w:p>
      <w:pPr>
        <w:pStyle w:val="ListBullet"/>
      </w:pPr>
      <w:r>
        <w:rPr>
          <w:b/>
        </w:rPr>
        <w:t>Подходит для всех возрастов</w:t>
      </w:r>
      <w:r>
        <w:t>— фестиваль сочетает гастрономию, развлечения, семейные активности и культурные программы.</w:t>
      </w:r>
    </w:p>
    <w:p>
      <w:pPr>
        <w:pStyle w:val="Heading1"/>
      </w:pPr>
      <w:r>
        <w:t>В стоимость тура входит</w:t>
      </w:r>
    </w:p>
    <w:p>
      <w:r>
        <w:t>- проезд на комфортабельном автобусе;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маршруте.</w:t>
      </w:r>
    </w:p>
    <w:p>
      <w:pPr>
        <w:pStyle w:val="Heading1"/>
      </w:pPr>
      <w:r>
        <w:t>Дополнительно оплачивается</w:t>
      </w:r>
    </w:p>
    <w:p>
      <w:r>
        <w:t>- питание;</w:t>
      </w:r>
      <w:r>
        <w:br/>
      </w:r>
      <w:r>
        <w:t>- сувениры.</w:t>
      </w:r>
    </w:p>
    <w:p>
      <w:pPr>
        <w:pStyle w:val="Heading1"/>
      </w:pPr>
      <w:r>
        <w:t>Информация о транспорте</w:t>
      </w:r>
    </w:p>
    <w:p>
      <w:r>
        <w:t>08.30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08.40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08.45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08.10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08.15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08.30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08.35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08.40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09.00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</w:t>
      </w:r>
      <w:r>
        <w:br/>
      </w:r>
      <w:hyperlink r:id="rId18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Программа тура</w:t>
      </w:r>
    </w:p>
    <w:p>
      <w:r>
        <w:t>08.30 - Выезд из Перми, в пути остановка на завтрак (за доп. плату)</w:t>
      </w:r>
    </w:p>
    <w:p>
      <w:r>
        <w:t>Далее программа по удмуртскому времени:</w:t>
      </w:r>
      <w:r>
        <w:br/>
      </w:r>
      <w:r>
        <w:t>13.00 - Прибытие на фестиваль "Всемирный день пельменя"</w:t>
      </w:r>
      <w:r>
        <w:br/>
      </w:r>
      <w:r>
        <w:t>13.00 - 18.00 -</w:t>
      </w:r>
      <w:r>
        <w:rPr>
          <w:b/>
        </w:rPr>
        <w:t>Свободное время на фестивале.</w:t>
      </w:r>
      <w:r>
        <w:br/>
      </w:r>
      <w:r>
        <w:t>Здесь вас ждет: ярмарка пельменей, концерты, мастер-классы, бесплатные дегустации, народные игры, забавы. Познакомитесь ближе с Удмуртией и ее культурными особенностями</w:t>
      </w:r>
      <w:r>
        <w:br/>
      </w:r>
      <w:r>
        <w:br/>
      </w:r>
      <w:r>
        <w:rPr>
          <w:b/>
        </w:rPr>
        <w:t>Программа фестиваля</w:t>
      </w:r>
      <w:r>
        <w:br/>
      </w:r>
      <w:r>
        <w:t>11.00 - 21.00 - Площадка «Гастрономическая карта пельменей России». В одном месте можно попробовать разнообразные виды пельменных блюд из разных регионов РФ</w:t>
      </w:r>
    </w:p>
    <w:p>
      <w:r>
        <w:t>11.00-21.00 - Площадка туристических брендов городов и районов «Удмуртия в Миниатюре»</w:t>
      </w:r>
    </w:p>
    <w:p>
      <w:r>
        <w:t>13:00-15:00 - Квест «По следам сказочных удмуртских героев»</w:t>
      </w:r>
    </w:p>
    <w:p>
      <w:r>
        <w:t>14:00-14:40 - Мастер-класс «Дальневосточные пельмени «Рыбки», Камчатский край</w:t>
      </w:r>
    </w:p>
    <w:p>
      <w:r>
        <w:t>15:00-15:40 - Мастер-класс «Банши и Буузы», Республика Бурятия</w:t>
      </w:r>
    </w:p>
    <w:p>
      <w:r>
        <w:t>16:00-16:40 - Мастер-класс от Республики Марий-Эл</w:t>
      </w:r>
    </w:p>
    <w:p>
      <w:r>
        <w:t>15.00-17.00 - Тематическая программа в рамках проекта «Сказочная Удмуртия». Программа Увинского района</w:t>
      </w:r>
    </w:p>
    <w:p>
      <w:r>
        <w:t>17:30-18:00 - Розыгрыш подарков от партнеров Фестиваля</w:t>
      </w:r>
    </w:p>
    <w:p>
      <w:r>
        <w:t>18.30 - Ориентировочное время выезда в Пермь.</w:t>
      </w:r>
    </w:p>
    <w:p>
      <w:r>
        <w:rPr>
          <w:b/>
        </w:rPr>
        <w:t>За изменениями в программе можно следить поссылке</w:t>
      </w:r>
    </w:p>
    <w:p>
      <w:r>
        <w:t>01.00 - Ориентировочное время прибытия в Пермь.</w:t>
      </w:r>
    </w:p>
    <w:p>
      <w:r>
        <w:t>*В случае позднего прибытия запланируйте деньги на такси</w:t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docs.google.com/document/d/1I7-xsh8XhXeNqQmV4zGf0s3AEkXe3Vg0fkx5GUxz5VI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