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«В гости к Тол Бабай» - Удмуртский Дед Мороз</w:t>
      </w:r>
    </w:p>
    <w:p>
      <w:pPr>
        <w:pStyle w:val="Heading1"/>
      </w:pPr>
      <w:r>
        <w:t>Информация тура</w:t>
      </w:r>
    </w:p>
    <w:p>
      <w:r>
        <w:t>Пермь → Порозово → Шаркан → Пермь</w:t>
      </w:r>
    </w:p>
    <w:p>
      <w:pPr>
        <w:pStyle w:val="Heading1"/>
      </w:pPr>
      <w:r>
        <w:t>Описание тура</w:t>
      </w:r>
    </w:p>
    <w:p>
      <w:r>
        <w:t>Между сосновым и кедровым бором поселился Тол Бабай. Удмуртский волшебник приглашает всех на свою Усадьбу, в край звонких родников, живописных косогоров и холмов с вековыми елями, место, где исполняются все желания…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Готовый план дня — от и до</w:t>
      </w:r>
      <w:r>
        <w:br/>
      </w:r>
      <w:r>
        <w:t>Вам не нужно ничего планировать — программа организована «под ключ» с учетом интересов разных возрастов.</w:t>
      </w:r>
    </w:p>
    <w:p>
      <w:pPr>
        <w:pStyle w:val="ListBullet"/>
      </w:pPr>
      <w:r>
        <w:rPr>
          <w:b/>
        </w:rPr>
        <w:t>Разнообразие активностей</w:t>
      </w:r>
      <w:r>
        <w:br/>
      </w:r>
      <w:r>
        <w:t>В программе: экскурсия, игры, дегустации, театрализованное представление, тропа сказок и зимние аттракционы. Скучать не придется!</w:t>
      </w:r>
    </w:p>
    <w:p>
      <w:pPr>
        <w:pStyle w:val="ListBullet"/>
      </w:pPr>
      <w:r>
        <w:rPr>
          <w:b/>
        </w:rPr>
        <w:t>Встреча с Тол Бабаем — удмуртским Дедом Морозом</w:t>
      </w:r>
      <w:r>
        <w:br/>
      </w:r>
      <w:r>
        <w:t>Настоящая сказка с волшебником и сувенирами, особенно понравится детям.</w:t>
      </w:r>
    </w:p>
    <w:p>
      <w:pPr>
        <w:pStyle w:val="ListBullet"/>
      </w:pPr>
      <w:r>
        <w:rPr>
          <w:b/>
        </w:rPr>
        <w:t>Вкусный обед включен</w:t>
      </w:r>
    </w:p>
    <w:p>
      <w:pPr>
        <w:pStyle w:val="ListBullet"/>
      </w:pPr>
      <w:r>
        <w:rPr>
          <w:b/>
        </w:rPr>
        <w:t>Подарки и призы</w:t>
      </w:r>
      <w:r>
        <w:br/>
      </w:r>
      <w:r>
        <w:t>Сладкий сувенир, общее фото, а на обратной дороге — веселая викторина с шансом выиграть тур выходного дня!</w:t>
      </w:r>
    </w:p>
    <w:p>
      <w:pPr>
        <w:pStyle w:val="ListBullet"/>
      </w:pPr>
      <w:r>
        <w:rPr>
          <w:b/>
        </w:rPr>
        <w:t>Позитив и новые впечатления</w:t>
      </w:r>
      <w:r>
        <w:br/>
      </w:r>
      <w:r>
        <w:t>Это не просто экскурсия — это день, наполненный теплом, добром и атмосферой праздника!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обслуживание;</w:t>
      </w:r>
      <w:r>
        <w:br/>
      </w:r>
      <w:r>
        <w:t>- Страховка по проезду в автобусе;</w:t>
      </w:r>
      <w:r>
        <w:br/>
      </w:r>
      <w:r>
        <w:t>- Сопровождение на маршруте;</w:t>
      </w:r>
      <w:r>
        <w:br/>
      </w:r>
      <w:r>
        <w:t>- Развлекательные новогодние программы;</w:t>
      </w:r>
      <w:r>
        <w:br/>
      </w:r>
      <w:r>
        <w:t>- Викторина с розыгрышем тура;</w:t>
      </w:r>
      <w:r>
        <w:br/>
      </w:r>
      <w:r>
        <w:t>- Сладкий сувенир;</w:t>
      </w:r>
      <w:r>
        <w:br/>
      </w:r>
      <w:r>
        <w:t>- Чаепитие с табани;</w:t>
      </w:r>
      <w:r>
        <w:br/>
      </w:r>
      <w:r>
        <w:t>- Обед.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 Покупка сувениров</w:t>
      </w:r>
      <w:r>
        <w:br/>
      </w:r>
      <w:r>
        <w:t>- Доп. питание в дороге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09.00 -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09.15 -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09.40 -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09.45 -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10.00 -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10.05 -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10.10 -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10.30 -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10.50 -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11.00 -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2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 доп. экскурсий, 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09.00 - Выезд из Перми, ул. Ленина, 53 ("ТеатрТеатр").</w:t>
      </w:r>
      <w:r>
        <w:br/>
      </w:r>
      <w:r>
        <w:t>Далее программа по местному времени</w:t>
      </w:r>
      <w:r>
        <w:br/>
      </w:r>
      <w:r>
        <w:t>12.00 - Прибытие</w:t>
      </w:r>
      <w:r>
        <w:rPr>
          <w:b/>
        </w:rPr>
        <w:t>в деревню Порозово</w:t>
      </w:r>
      <w:r>
        <w:br/>
      </w:r>
      <w:r>
        <w:t>Нас ждет:</w:t>
      </w:r>
      <w:r>
        <w:br/>
      </w:r>
      <w:r>
        <w:t>- Встреча гостей</w:t>
      </w:r>
      <w:r>
        <w:br/>
      </w:r>
      <w:r>
        <w:t>- Знакомство с праздником "Вожодыр". Вам представят</w:t>
      </w:r>
      <w:r>
        <w:rPr>
          <w:b/>
        </w:rPr>
        <w:t>фольклорную композицию «Вожодыр»</w:t>
      </w:r>
      <w:r>
        <w:t>(колядуют, гадают, играют,  заходят в гости к хозяйке, веселят дом, хозяйка угощает, общее фото). По завершению интерактива гости переодеваются.</w:t>
      </w:r>
      <w:r>
        <w:br/>
      </w:r>
      <w:r>
        <w:t>-</w:t>
      </w:r>
      <w:r>
        <w:rPr>
          <w:b/>
        </w:rPr>
        <w:t>Мастер-класс «Птица счастья».</w:t>
      </w:r>
      <w:r>
        <w:t>С гостями проводят мастер-класс по изготовлению птицы из бересты в виде плоской аппликации.</w:t>
      </w:r>
      <w:r>
        <w:br/>
      </w:r>
      <w:r>
        <w:t>-</w:t>
      </w:r>
      <w:r>
        <w:rPr>
          <w:b/>
        </w:rPr>
        <w:t>Посещение «Пукон Корка»</w:t>
      </w:r>
      <w:r>
        <w:t>(в переводе с удмуртского «дом для посиделок»). Гостей угощают  удмуртским национальным блюдом – табанями и травяным чаем.</w:t>
      </w:r>
    </w:p>
    <w:p>
      <w:r>
        <w:t>Переезд в Шаркан</w:t>
      </w:r>
    </w:p>
    <w:p>
      <w:r>
        <w:t>14.00 -</w:t>
      </w:r>
      <w:r>
        <w:rPr>
          <w:b/>
        </w:rPr>
        <w:t>Обед</w:t>
      </w:r>
      <w:r>
        <w:br/>
      </w:r>
      <w:r>
        <w:t>15.00 -</w:t>
      </w:r>
      <w:r>
        <w:rPr>
          <w:b/>
        </w:rPr>
        <w:t>Посещение Усадьбы Тол Бабая</w:t>
      </w:r>
    </w:p>
    <w:p>
      <w:r>
        <w:t>-</w:t>
      </w:r>
      <w:r>
        <w:rPr>
          <w:b/>
        </w:rPr>
        <w:t>Встреча у ворот</w:t>
      </w:r>
      <w:r>
        <w:t>фольклорной группы.</w:t>
      </w:r>
      <w:r>
        <w:br/>
      </w:r>
      <w:r>
        <w:t>-</w:t>
      </w:r>
      <w:r>
        <w:rPr>
          <w:b/>
        </w:rPr>
        <w:t>«Сказочная тропа»</w:t>
      </w:r>
      <w:r>
        <w:t>, увлекательное знакомство с  персонажами удмуртских мифов и легенд.</w:t>
      </w:r>
      <w:r>
        <w:br/>
      </w:r>
      <w:r>
        <w:t>-</w:t>
      </w:r>
      <w:r>
        <w:rPr>
          <w:b/>
        </w:rPr>
        <w:t>Интерактивная программа</w:t>
      </w:r>
      <w:r>
        <w:t>в Доме Тол Бабая.</w:t>
      </w:r>
      <w:r>
        <w:br/>
      </w:r>
      <w:r>
        <w:t>-</w:t>
      </w:r>
      <w:r>
        <w:rPr>
          <w:b/>
        </w:rPr>
        <w:t>Театрализованное представление на главной сцене</w:t>
      </w:r>
      <w:r>
        <w:t>- с зимним волшебником Тол Бабаем и другими сказочными персонажами.</w:t>
      </w:r>
      <w:r>
        <w:br/>
      </w:r>
      <w:r>
        <w:t>-</w:t>
      </w:r>
      <w:r>
        <w:rPr>
          <w:b/>
        </w:rPr>
        <w:t>Сладкий сувенир.</w:t>
      </w:r>
    </w:p>
    <w:p>
      <w:r>
        <w:t>18.00 -</w:t>
      </w:r>
      <w:r>
        <w:rPr>
          <w:b/>
        </w:rPr>
        <w:t>Выезд в Пермь.</w:t>
      </w:r>
      <w:r>
        <w:t>На обратном пути шуточная викторина с призами. Главный приз - тур выходного дня на 1 персону!</w:t>
      </w:r>
      <w:r>
        <w:br/>
      </w:r>
      <w:r>
        <w:t>22.00 - Ориентировочное время прибытия в Пермь.</w:t>
      </w:r>
      <w:r>
        <w:br/>
      </w:r>
      <w:r>
        <w:br/>
      </w:r>
      <w:r>
        <w:t>*Программа подходит для старших школьников и взрослых.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Взрослые</w:t>
            </w:r>
          </w:p>
        </w:tc>
        <w:tc>
          <w:tcPr>
            <w:tcW w:type="dxa" w:w="4800"/>
          </w:tcPr>
          <w:p>
            <w:r>
              <w:t>Дети</w:t>
            </w:r>
          </w:p>
        </w:tc>
      </w:tr>
      <w:tr>
        <w:tc>
          <w:tcPr>
            <w:tcW w:type="dxa" w:w="4800"/>
          </w:tcPr>
          <w:p>
            <w:r>
              <w:t>03.01.2027</w:t>
            </w:r>
          </w:p>
        </w:tc>
        <w:tc>
          <w:tcPr>
            <w:tcW w:type="dxa" w:w="4800"/>
          </w:tcPr>
          <w:p>
            <w:r>
              <w:t>5 400</w:t>
            </w:r>
          </w:p>
        </w:tc>
        <w:tc>
          <w:tcPr>
            <w:tcW w:type="dxa" w:w="4800"/>
          </w:tcPr>
          <w:p>
            <w:r>
              <w:t>5 200</w:t>
            </w:r>
          </w:p>
        </w:tc>
      </w:tr>
      <w:tr>
        <w:tc>
          <w:tcPr>
            <w:tcW w:type="dxa" w:w="4800"/>
          </w:tcPr>
          <w:p>
            <w:r>
              <w:t>08.01.2027</w:t>
            </w:r>
          </w:p>
        </w:tc>
        <w:tc>
          <w:tcPr>
            <w:tcW w:type="dxa" w:w="4800"/>
          </w:tcPr>
          <w:p>
            <w:r>
              <w:t>5 400</w:t>
            </w:r>
          </w:p>
        </w:tc>
        <w:tc>
          <w:tcPr>
            <w:tcW w:type="dxa" w:w="4800"/>
          </w:tcPr>
          <w:p>
            <w:r>
              <w:t>5 200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