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Экскурсия для школьников в музей ложки + мастер класс, г. Нытва</w:t>
      </w:r>
    </w:p>
    <w:p>
      <w:pPr>
        <w:pStyle w:val="Heading1"/>
      </w:pPr>
      <w:r>
        <w:t>Информация тура</w:t>
      </w:r>
    </w:p>
    <w:p>
      <w:r>
        <w:t>Пермь-Нытва-Пермь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Продолжительность</w:t>
      </w:r>
      <w:r>
        <w:t>— 1 день</w:t>
      </w:r>
      <w:r>
        <w:br/>
      </w:r>
      <w:r>
        <w:rPr>
          <w:b/>
        </w:rPr>
        <w:t>Рекомендуемый возраст</w:t>
      </w:r>
      <w:r>
        <w:t>— с 7 лет</w:t>
      </w:r>
      <w:r>
        <w:br/>
      </w:r>
      <w:r>
        <w:rPr>
          <w:b/>
        </w:rPr>
        <w:t>Рекомендуемый сезон</w:t>
      </w:r>
      <w:r>
        <w:t>— любой</w:t>
      </w:r>
      <w:r>
        <w:br/>
      </w:r>
      <w:r>
        <w:rPr>
          <w:b/>
        </w:rPr>
        <w:t>Размер группы</w:t>
      </w:r>
      <w:r>
        <w:t>— от 10 человек</w:t>
      </w:r>
    </w:p>
    <w:p>
      <w:pPr>
        <w:pStyle w:val="Heading1"/>
      </w:pPr>
      <w:r>
        <w:t>Преимущества</w:t>
      </w:r>
    </w:p>
    <w:p>
      <w:r>
        <w:rPr>
          <w:b/>
        </w:rPr>
        <w:t>Интересно для всех возрастов</w:t>
      </w:r>
      <w:r>
        <w:br/>
      </w:r>
      <w:r>
        <w:t>Программа одинаково увлекает и детей, и взрослых — от познавательной экскурсии до творческого мастер-класса.</w:t>
      </w:r>
    </w:p>
    <w:p>
      <w:r>
        <w:rPr>
          <w:b/>
        </w:rPr>
        <w:t>Интерактивный формат</w:t>
      </w:r>
      <w:r>
        <w:br/>
      </w:r>
      <w:r>
        <w:t>Гости не просто слушают экскурсию, а активно вовлекаются в процесс: задают вопросы, рассматривают экспонаты, участвуют в творчестве.</w:t>
      </w:r>
    </w:p>
    <w:p>
      <w:r>
        <w:rPr>
          <w:b/>
        </w:rPr>
        <w:t>Живая история через привычный предмет</w:t>
      </w:r>
      <w:r>
        <w:br/>
      </w:r>
      <w:r>
        <w:t>Ложка раскрывается как символ культуры, быта, традиций и ремёсел разных народов мира — легко, увлекательно и доступно.</w:t>
      </w:r>
    </w:p>
    <w:p>
      <w:r>
        <w:rPr>
          <w:b/>
        </w:rPr>
        <w:t>Богатая коллекция мирового уровня</w:t>
      </w:r>
      <w:r>
        <w:br/>
      </w:r>
      <w:r>
        <w:t>Более 4 000 экспонатов из 83 стран — редкие формы, материалы и назначения.</w:t>
      </w:r>
    </w:p>
    <w:p>
      <w:r>
        <w:rPr>
          <w:b/>
        </w:rPr>
        <w:t>Творческий мастер-класс на выбор</w:t>
      </w:r>
      <w:r>
        <w:br/>
      </w:r>
      <w:r>
        <w:t>Каждый участник создаёт уникальный сувенир своими руками, который увезёт с собой на память.</w:t>
      </w:r>
    </w:p>
    <w:p>
      <w:r>
        <w:rPr>
          <w:b/>
        </w:rPr>
        <w:t>Памятный подарок включён в программу</w:t>
      </w:r>
      <w:r>
        <w:br/>
      </w:r>
      <w:r>
        <w:t>Готовое изделие остаётся у гостя — приятное напоминание о поездке.</w:t>
      </w:r>
    </w:p>
    <w:p>
      <w:r>
        <w:rPr>
          <w:b/>
        </w:rPr>
        <w:t>Развитие фантазии и мелкой моторики</w:t>
      </w:r>
      <w:r>
        <w:br/>
      </w:r>
      <w:r>
        <w:t>Особенно ценно для школьных и семейных групп.</w:t>
      </w:r>
    </w:p>
    <w:p>
      <w:r>
        <w:rPr>
          <w:b/>
        </w:rPr>
        <w:t>Тёплая, душевная атмосфера</w:t>
      </w:r>
      <w:r>
        <w:br/>
      </w:r>
      <w:r>
        <w:t>Программа наполнена уютом, традициями и позитивными эмоциями.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</w:t>
      </w:r>
    </w:p>
    <w:p>
      <w:pPr>
        <w:pStyle w:val="ListBullet"/>
      </w:pPr>
      <w:r>
        <w:t>Сопровождение нашим сотрудником</w:t>
      </w:r>
    </w:p>
    <w:p>
      <w:pPr>
        <w:pStyle w:val="ListBullet"/>
      </w:pPr>
      <w:r>
        <w:t>Экскурсионное обслуживание</w:t>
      </w:r>
    </w:p>
    <w:p>
      <w:pPr>
        <w:pStyle w:val="ListBullet"/>
      </w:pPr>
      <w:r>
        <w:t>Обед</w:t>
      </w:r>
    </w:p>
    <w:p>
      <w:pPr>
        <w:pStyle w:val="ListBullet"/>
      </w:pPr>
      <w:r>
        <w:t>Страховка на автобусный проезд</w:t>
      </w:r>
    </w:p>
    <w:p>
      <w:pPr>
        <w:pStyle w:val="Heading1"/>
      </w:pPr>
      <w:r>
        <w:t>Дополнительно оплачивается</w:t>
      </w:r>
    </w:p>
    <w:p>
      <w:r>
        <w:t>— Личные расходы участников (сувениры, дополнительные сладости и напитки)</w:t>
      </w:r>
      <w:r>
        <w:br/>
      </w:r>
      <w:r>
        <w:t>— Доплата за отдалённые районы при трансфере (подробности здесь:</w:t>
      </w:r>
      <w:hyperlink r:id="rId9">
        <w:r>
          <w:rPr>
            <w:color w:val="0000FF"/>
            <w:u w:val="single"/>
          </w:rPr>
          <w:t>ссылка</w:t>
        </w:r>
      </w:hyperlink>
      <w:r>
        <w:t>)</w:t>
      </w:r>
      <w:r>
        <w:br/>
      </w:r>
    </w:p>
    <w:p>
      <w:pPr>
        <w:pStyle w:val="Heading1"/>
      </w:pPr>
      <w:r>
        <w:t>Информация о транспорте</w:t>
      </w:r>
    </w:p>
    <w:p>
      <w:r>
        <w:t>— Место посадки вы выбираете сами — удобно для вашей группы</w:t>
      </w:r>
      <w:r>
        <w:br/>
      </w:r>
      <w:r>
        <w:t>— Для отдалённых районов возможна небольшая доплата</w:t>
      </w:r>
      <w:r>
        <w:br/>
      </w:r>
      <w:r>
        <w:t>— Автобусы новые, туристического класса, специально оборудованные для перевозки детей — комфорт и безопасность на каждом километре</w:t>
      </w:r>
      <w:r>
        <w:br/>
      </w:r>
      <w:r>
        <w:t>— Можно выбрать автобус по размеру группы — микроавтобус для небольших групп или большой автобус</w:t>
      </w:r>
      <w:r>
        <w:br/>
      </w:r>
      <w:r>
        <w:t>— Опытные водители с многолетним стажем, которые знают, как безопасно доставить детей до пункта назначения</w:t>
      </w:r>
      <w:r>
        <w:br/>
      </w:r>
      <w:r>
        <w:t>— Все документы для поездки мы оформляем сами — в ГИБДД и МЧС, если тур активный, чтобы родители и педагоги ни о чём не переживали</w:t>
      </w:r>
      <w:r>
        <w:br/>
      </w:r>
      <w:r>
        <w:br/>
      </w:r>
      <w:r>
        <w:t>Ваши дети едут с комфортом и под полным контролем — всё продумано до мелочей!</w:t>
      </w:r>
    </w:p>
    <w:p>
      <w:pPr>
        <w:pStyle w:val="Heading1"/>
      </w:pPr>
      <w:r>
        <w:t>Документы для поездки</w:t>
      </w:r>
    </w:p>
    <w:p>
      <w:r>
        <w:t>— Приказ из школы</w:t>
      </w:r>
      <w:r>
        <w:br/>
      </w:r>
      <w:r>
        <w:t>— Список туристов</w:t>
      </w:r>
      <w:r>
        <w:br/>
      </w:r>
      <w:r>
        <w:t>— Оригинал паспорта (для детей от 14 лет)</w:t>
      </w:r>
      <w:r>
        <w:br/>
      </w:r>
      <w:r>
        <w:t>— Свидетельство о рождении (для детей до 14 лет)</w:t>
      </w:r>
    </w:p>
    <w:p>
      <w:pPr>
        <w:pStyle w:val="Heading1"/>
      </w:pPr>
      <w:r>
        <w:t>Рекомендуем взять с собой</w:t>
      </w:r>
    </w:p>
    <w:p>
      <w:r>
        <w:t>— удобную одежду и обувь по погоде</w:t>
      </w:r>
      <w:r>
        <w:br/>
      </w:r>
      <w:r>
        <w:t>—  зонт или дождевик на случай осадков</w:t>
      </w:r>
      <w:r>
        <w:br/>
      </w:r>
      <w:r>
        <w:t>—  отличное настроение</w:t>
      </w:r>
      <w:r>
        <w:br/>
      </w:r>
      <w:r>
        <w:t>—  фотоаппарат</w:t>
      </w:r>
      <w:r>
        <w:br/>
      </w:r>
      <w:r>
        <w:t>—  питьевую воду,перекус;</w:t>
      </w:r>
      <w:r>
        <w:br/>
      </w:r>
      <w:r>
        <w:t>—  пауэрбанк</w:t>
      </w:r>
      <w:r>
        <w:br/>
      </w:r>
      <w:r>
        <w:t>—  аптечку для личного применения</w:t>
      </w:r>
      <w:r>
        <w:br/>
      </w:r>
      <w:r>
        <w:t>—  снять все украшения перед экскурсией</w:t>
      </w:r>
    </w:p>
    <w:p>
      <w:pPr>
        <w:pStyle w:val="Heading1"/>
      </w:pPr>
      <w:r>
        <w:t>Программа тура</w:t>
      </w:r>
    </w:p>
    <w:p>
      <w:r>
        <w:t>Приглашаем вас в одно из самых необычных и душевных мест Пермского края — Музей Ложки.</w:t>
      </w:r>
      <w:r>
        <w:br/>
      </w:r>
      <w:r>
        <w:t>Этот удивительный музей был создан в 2003 году и за годы своей работы стал настоящей точкой притяжения для гостей всех возрастов.</w:t>
      </w:r>
    </w:p>
    <w:p>
      <w:r>
        <w:t>Что вас ждёт в музее?</w:t>
      </w:r>
      <w:r>
        <w:br/>
      </w:r>
      <w:r>
        <w:t>—уникальная коллекция более 4 000 ложек разных эпох и народов мира</w:t>
      </w:r>
      <w:r>
        <w:br/>
      </w:r>
      <w:r>
        <w:t>—экспонаты из 83 стран, поражающие формами, материалами и назначением</w:t>
      </w:r>
      <w:r>
        <w:br/>
      </w:r>
      <w:r>
        <w:t>—тематические залы, где каждая ложка — не просто предмет, а живая история</w:t>
      </w:r>
      <w:r>
        <w:br/>
      </w:r>
      <w:r>
        <w:t>—рассказы о традиционных промыслах, ремёслах и культуре разных народов</w:t>
      </w:r>
      <w:r>
        <w:br/>
      </w:r>
      <w:r>
        <w:t>—удивительные легенды и секреты счастливой жизни, спрятанные в простом столовом приборе</w:t>
      </w:r>
    </w:p>
    <w:p>
      <w:r>
        <w:t>Здесь давно существует тёплая традиция — дарить ложку в коллекцию музея, становясь частью его истории.</w:t>
      </w:r>
    </w:p>
    <w:p>
      <w:r>
        <w:t>Творческий мастер-класс на выбор</w:t>
      </w:r>
      <w:r>
        <w:br/>
      </w:r>
      <w:r>
        <w:t>После экскурсии вас ждёт увлекательное погружение в мир творчества:</w:t>
      </w:r>
    </w:p>
    <w:p>
      <w:pPr>
        <w:pStyle w:val="ListNumber"/>
      </w:pPr>
      <w:r>
        <w:t>Декорирование деревянной ложки в технике декупаж</w:t>
      </w:r>
      <w:r>
        <w:br/>
      </w:r>
      <w:r>
        <w:t>Вы создадите свою авторскую сувенирную ложку, которая станет памятным подарком или украшением дома.</w:t>
      </w:r>
    </w:p>
    <w:p>
      <w:pPr>
        <w:pStyle w:val="ListNumber"/>
      </w:pPr>
      <w:r>
        <w:t>Мастер-класс «Ложка изобилия»</w:t>
      </w:r>
      <w:r>
        <w:br/>
      </w:r>
      <w:r>
        <w:t>Вы узнаете секреты создания символа достатка и благополучия.</w:t>
      </w:r>
      <w:r>
        <w:br/>
      </w:r>
      <w:r>
        <w:t>«Ложка изобилия» — это не просто сувенир, а оберег, который принесёт в дом тепло, уют и процветание.</w:t>
      </w:r>
    </w:p>
    <w:p>
      <w:r>
        <w:t>Музей Ложки — место, где простые вещи становятся волшебными. Приезжайте, удивляйтесь и забирайте с собой частичку истории и счастья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</w:tcPr>
          <w:p>
            <w:r>
              <w:rPr>
                <w:b/>
              </w:rPr>
              <w:t>транспорт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кол-во человек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бесплатныесопровожд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цена(с чел)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Микроавтобус</w:t>
            </w:r>
          </w:p>
        </w:tc>
        <w:tc>
          <w:tcPr>
            <w:tcW w:type="dxa" w:w="2700"/>
          </w:tcPr>
          <w:p>
            <w:r>
              <w:rPr>
                <w:b/>
              </w:rPr>
              <w:t>15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2 929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16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2 828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17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2 738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18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2 658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19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2 586</w:t>
            </w:r>
          </w:p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большой автобус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20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2 990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21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2 971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22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2 895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23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2 770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24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2 708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25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2 652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26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2 600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27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2 552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28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2 507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29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2 466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30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2 470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31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2 432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32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2 397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33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2 364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34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2 332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35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2 303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36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2 275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37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2 249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38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2 224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39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2 200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2 210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41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2 188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42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2 167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43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2 147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44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2 127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45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2 109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46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2 091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47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2 074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48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2 058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49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2 043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50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2 028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