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Тематический поезд: «Классика Санкт-Петербурга», 3 дня</w:t>
      </w:r>
    </w:p>
    <w:p>
      <w:pPr>
        <w:pStyle w:val="Heading1"/>
      </w:pPr>
      <w:r>
        <w:t>Информация тура</w:t>
      </w:r>
    </w:p>
    <w:p>
      <w:r>
        <w:t>Пермь - Санкт-Петербург - Пермь</w:t>
      </w:r>
    </w:p>
    <w:p>
      <w:pPr>
        <w:pStyle w:val="Heading1"/>
      </w:pPr>
      <w:r>
        <w:t>Описание тура</w:t>
      </w:r>
    </w:p>
    <w:p>
      <w:r>
        <w:t>Представьте: вы на панораме Невы с видом на Исаакиевский гигант и Зимний дворец, замираете у тюрьмы Романовых в Петропавловке, где легенда о зайчике Петра I трогает до мурашек. Прогуляйтесь по Семимостью мостам с золотыми куполами над каналами, нырните в блеск Фаберже или роскошь Эрмитажа, посмейтесь от шутих-фонтанов Петергофа. Летний сад шепчет петровские тайны, Кронштадт оглушает морскими легендами фортов и кораблей.</w:t>
      </w:r>
    </w:p>
    <w:p>
      <w:r>
        <w:t>Три дня императорской магии — от парадных площадей до каскадов Финского залива. Эмоции переполняют, фото идеальны, воспоминания вечны!</w:t>
      </w:r>
    </w:p>
    <w:p>
      <w:pPr>
        <w:pStyle w:val="Heading1"/>
      </w:pPr>
      <w:r>
        <w:t>Преимущества</w:t>
      </w:r>
    </w:p>
    <w:p>
      <w:r>
        <w:rPr>
          <w:b/>
        </w:rPr>
        <w:t>Идеально для детских групп</w:t>
      </w:r>
    </w:p>
    <w:p>
      <w:pPr>
        <w:pStyle w:val="ListBullet"/>
      </w:pPr>
      <w:r>
        <w:t>Парадные экскурсии + интерактив: легенды зайчика Петра I, тюрьма Романовых, аллея героев флота — оживает история без скуки!</w:t>
      </w:r>
    </w:p>
    <w:p>
      <w:pPr>
        <w:pStyle w:val="ListBullet"/>
      </w:pPr>
      <w:r>
        <w:t>Семейный формат: Летний сад, Семимостье мостов, Марсово поле — прогулки с фонтанами и панорамами для всех возрастов.</w:t>
      </w:r>
    </w:p>
    <w:p>
      <w:r>
        <w:rPr>
          <w:b/>
        </w:rPr>
        <w:t>3 дня насыщенного контента</w:t>
      </w:r>
      <w:r>
        <w:t>— дети в восторге, родители благодарны!</w:t>
      </w:r>
    </w:p>
    <w:p>
      <w:r>
        <w:rPr>
          <w:b/>
        </w:rPr>
        <w:t>Питание включено в стоимость:</w:t>
      </w:r>
      <w:r>
        <w:t>3 завтрака и 3 обеда +</w:t>
      </w:r>
      <w:r>
        <w:rPr>
          <w:b/>
        </w:rPr>
        <w:t>питание в поезде для детей до 18 лет</w:t>
      </w:r>
    </w:p>
    <w:p>
      <w:r>
        <w:rPr>
          <w:b/>
        </w:rPr>
        <w:t>Максимум впечатлений — 15+ экскурсий за 3 дня</w:t>
      </w:r>
      <w:r>
        <w:t>- парадный Петербург + Петропавловка (3 в 1) + Семимостье + Казанский собор в 1-й день; Невский-квест + музей (Эрмитаж/Фаберже) + Летний сад + Марсово поле во 2-й; Кронштадт + Петергоф (парк + шутихи) в 3-й. Полное погружение — идеально для ярких фото, сторис и восторгов клиентов!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встреча группы с 07-00,</w:t>
      </w:r>
    </w:p>
    <w:p>
      <w:pPr>
        <w:pStyle w:val="ListBullet"/>
      </w:pPr>
      <w:r>
        <w:t>проживание в гостинице, выбранной категории – 2 ночи,</w:t>
      </w:r>
    </w:p>
    <w:p>
      <w:pPr>
        <w:pStyle w:val="ListBullet"/>
      </w:pPr>
      <w:r>
        <w:t>питание – 2-х разовое (3 завтрака + 3 обеда),</w:t>
      </w:r>
    </w:p>
    <w:p>
      <w:pPr>
        <w:pStyle w:val="ListBullet"/>
      </w:pPr>
      <w:r>
        <w:t>экскурсии и входные билеты в музеи по программе,</w:t>
      </w:r>
    </w:p>
    <w:p>
      <w:pPr>
        <w:pStyle w:val="ListBullet"/>
      </w:pPr>
      <w:r>
        <w:t>работа комфортабельного автобуса по программе,</w:t>
      </w:r>
    </w:p>
    <w:p>
      <w:pPr>
        <w:pStyle w:val="ListBullet"/>
      </w:pPr>
      <w:r>
        <w:t>радиогиды – 3 дня работа,</w:t>
      </w:r>
    </w:p>
    <w:p>
      <w:pPr>
        <w:pStyle w:val="ListBullet"/>
      </w:pPr>
      <w:r>
        <w:t>экскурсовода – 3 дня,</w:t>
      </w:r>
    </w:p>
    <w:p>
      <w:pPr>
        <w:pStyle w:val="ListBullet"/>
      </w:pPr>
      <w:r>
        <w:t>проезд ж/д транспортом плацкарт/купе.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питание в поезде 5 500 руб./чел (для лиц старше 18 лет),</w:t>
      </w:r>
    </w:p>
    <w:p>
      <w:pPr>
        <w:pStyle w:val="ListBullet"/>
      </w:pPr>
      <w:r>
        <w:t>проезд на общественном транспорте,</w:t>
      </w:r>
    </w:p>
    <w:p>
      <w:pPr>
        <w:pStyle w:val="ListBullet"/>
      </w:pPr>
      <w:r>
        <w:t>услуги камеры хранения (в гостинице/ на ж/д вокзале),</w:t>
      </w:r>
    </w:p>
    <w:p>
      <w:pPr>
        <w:pStyle w:val="ListBullet"/>
      </w:pPr>
      <w:r>
        <w:t>экскурсии, не указанные по программе, экскурсии за доп. плату,</w:t>
      </w:r>
    </w:p>
    <w:p>
      <w:pPr>
        <w:pStyle w:val="ListBullet"/>
      </w:pPr>
      <w:r>
        <w:t>ужины – по запросу.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заселения* Оператор оставляет за собой право заменить гостиницу на аналогичную либо выше уровнем.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Места в большей массе плацкарт, так как поезд специального назначения! Места в вагонах КУПЕ под запрос</w:t>
      </w:r>
    </w:p>
    <w:p>
      <w:pPr>
        <w:pStyle w:val="ListBullet"/>
      </w:pPr>
      <w:r>
        <w:t>Комфортные группы под детей 11+1 руководитель, но на месте обслуживаются на большом автобусе, большой группой.</w:t>
      </w:r>
    </w:p>
    <w:p>
      <w:pPr>
        <w:pStyle w:val="ListBullet"/>
      </w:pPr>
      <w:r>
        <w:t>Возможны и взрослые (сборка), возможны и родители с детьми.</w:t>
      </w:r>
    </w:p>
    <w:p>
      <w:pPr>
        <w:pStyle w:val="ListBullet"/>
      </w:pPr>
      <w:r>
        <w:t>Обратите внимание на то что для детей питание в поезде, обязательное!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 Информация по ЖД туру отправляются на электронную почту за 1 рабочий день до выезда вместе с памяткой по туру, где прописывается время и место встречи туристов с сопровождающей. Конкретизацию мест в обе стороны на посадке при встрече сообщит сопровождающая. При наборе небольшой группе туристы отправляются без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поезда из Перми</w:t>
      </w:r>
    </w:p>
    <w:p>
      <w:r>
        <w:rPr>
          <w:b/>
        </w:rPr>
        <w:t>2 день:</w:t>
      </w:r>
      <w:r>
        <w:br/>
      </w:r>
      <w:r>
        <w:t>Приезд группы в Санкт-Петербург. Встреча с экскурсоводом на ж/д вокзале.</w:t>
      </w:r>
      <w:r>
        <w:br/>
      </w:r>
      <w:r>
        <w:rPr>
          <w:b/>
        </w:rPr>
        <w:t>Завтрак в кафеОбзорная экскурсия «Парадный Петербург»</w:t>
      </w:r>
      <w:r>
        <w:t>- экскурсия познакомит вас с более чем трехсотлетней историей Санкт-Петербурга. Вы полюбуетесь панорамой красавицы Невы, увидите великолепные ансамбли центральных городских площадей и знаменитые петербургские памятники. Вас ждет встреча с грандиозным Исаакиевским собором,</w:t>
      </w:r>
      <w:r>
        <w:rPr>
          <w:b/>
        </w:rPr>
        <w:t>«Медным всадником»,</w:t>
      </w:r>
      <w:r>
        <w:t>бывшей резиденцией русских императоров –</w:t>
      </w:r>
      <w:r>
        <w:rPr>
          <w:b/>
        </w:rPr>
        <w:t>Зимним дворцом.</w:t>
      </w:r>
      <w:r>
        <w:t>Также вы увидите Невский проспект, Кунсткамеру, Адмиралтейство, Петропавловскую крепость.</w:t>
      </w:r>
      <w:r>
        <w:br/>
      </w:r>
      <w:r>
        <w:rPr>
          <w:b/>
        </w:rPr>
        <w:t>Исаакиевский собор</w:t>
      </w:r>
      <w:r>
        <w:t>(внешний осмотр) - один из наиболее выдающихся образцов русского культового искусства. Он входит в список лучших кафедральных соборов Европы. Его размеры просто грандиозны: высота 101 метр, длина – 111 метров, а ширина – почти 98 метров. Интерьеры Исаакиевского собора поражают своей красотой и богатством убранства.</w:t>
      </w:r>
      <w:r>
        <w:br/>
      </w:r>
      <w:r>
        <w:rPr>
          <w:b/>
        </w:rPr>
        <w:t>Экскурсия по территории Петропавловской крепости</w:t>
      </w:r>
      <w:r>
        <w:t>- первой постройки на берегах Невы, которая за более чем трехсотлетнюю историю Санкт-Петербурга сохранила свой первоначальный вид. Дух Петровского Петербурга до сих пор остается в её станах.</w:t>
      </w:r>
      <w:r>
        <w:br/>
      </w:r>
      <w:r>
        <w:t>В ходе экскурсии по Петропавловской крепости Вы увидите «город в городе» –</w:t>
      </w:r>
      <w:r>
        <w:br/>
      </w:r>
      <w:r>
        <w:t>типовые постройки петровского времени, действующее предприятие «Монетный двор», где до настоящего времени чеканят монеты, ордена и медали.</w:t>
      </w:r>
      <w:r>
        <w:br/>
      </w:r>
      <w:r>
        <w:rPr>
          <w:b/>
        </w:rPr>
        <w:t>Интересный факт:</w:t>
      </w:r>
      <w:r>
        <w:t>Крепость расположена на Заячьем острове, на котором, был населен в Петровские времена огромным количеством зайчиков. Легенда гласит, один из спасавшихся от наводнения зайцев прыгнул на сапог Петру I, выходившему в тот момент из лодки. В память об этом у крепости, установлен памятник зайцу, а остров назван Заячьим.</w:t>
      </w:r>
      <w:r>
        <w:br/>
      </w:r>
      <w:r>
        <w:rPr>
          <w:b/>
        </w:rPr>
        <w:t>Собор Святых первоверховных апостолов Петра и Павла и тюрьма Трубецкого бастиона.</w:t>
      </w:r>
      <w:r>
        <w:t>В величественном соборе святых апостолов Петра и Павла, ставшем усыпальницей российских императоров, вы увидите роскошный позолоченный иконостас и узнаете тайны дворцовых переворотов династии Романовых. Особую драматичность маршруту придаст посещение знаменитой тюрьмы Трубецкого бастиона, прозванной Русской Бастилией, где содержались политические заключённые, включая сына Петра I.</w:t>
      </w:r>
    </w:p>
    <w:p>
      <w:r>
        <w:rPr>
          <w:b/>
        </w:rPr>
        <w:t>«Семимостье»</w:t>
      </w:r>
      <w:r>
        <w:t>— уникальное место в Санкт-Петербурге, расположенное в районе пересечения каналов Крюкова и Грибоедова, где с одной точки открываются великолепные виды на семь исторических мостов города. Главной доминантой этого живописного ансамбля является великолепный</w:t>
      </w:r>
      <w:r>
        <w:rPr>
          <w:b/>
        </w:rPr>
        <w:t>Николо-Богоявленский морской собор</w:t>
      </w:r>
      <w:r>
        <w:t>— один из красивейших храмов северной столицы, чей золотой купол и изящные купола колокольни возвышаются над водной гладью. Отсюда можно увидеть такие знаковые мосты, как Пикалов, Могилевский, Смежный, а также насладиться неповторимыми панорамами петербургских каналов, отражающих в своих водах величие городской архитектуры.</w:t>
      </w:r>
      <w:r>
        <w:br/>
      </w:r>
      <w:r>
        <w:rPr>
          <w:b/>
        </w:rPr>
        <w:t>Посещение Казанского собора</w:t>
      </w:r>
      <w:r>
        <w:t>– уникального памятника Отечественной войны, образец стиля классицизм, построенного по проекту архитектора А.Н. Воронихина. В нем похоронен князь М. И. Кутузов – герой войны 1812 года. В соборе находится икона Казанской Божьей Матери, кусочек пояса Богородицы, копия Туринской плащаницы и частица креста, на котором был распят Иисус Христос. Собор является кафедральным.</w:t>
      </w:r>
      <w:r>
        <w:br/>
      </w:r>
      <w:r>
        <w:rPr>
          <w:b/>
        </w:rPr>
        <w:t>Обед в кафе (гостинице)</w:t>
      </w:r>
      <w:r>
        <w:br/>
      </w:r>
      <w:r>
        <w:t>Размещение в гостинице, свободное время</w:t>
      </w:r>
    </w:p>
    <w:p>
      <w:r>
        <w:rPr>
          <w:b/>
        </w:rPr>
        <w:t>3 день:</w:t>
      </w:r>
      <w:r>
        <w:br/>
      </w:r>
      <w:r>
        <w:rPr>
          <w:b/>
        </w:rPr>
        <w:t>Завтрак в гостиницеПешеходная экскурсия по Невскому проспекту</w:t>
      </w:r>
      <w:r>
        <w:t>– главной магистрали Северной столицы. Аничков мост, Аничков дворец, площадь Островского, Александринский театр, памятник Екатерине II, Малая Садовая улица, особняк Елисеевых, памятники кошке Василисе и коту Елисею, памятник Петербургскому фотографу, библиотека Салтыкова-Щедрина, Большой Гостиный двор, Армянская апостольская церковь, Думская улица, Площадь Искусств, памятник А. С. Пушкину, Русский музей, арт-кафе «Бродячая собака», Римско-католическая церковь св. Екатерины, Дом Зингера, Малая и Большая Конюшенные улицы, Строгановский дворец, кондитерская С. Вольфа и Т. Беранже, р. Мойка, Адмиралтейство.</w:t>
      </w:r>
      <w:r>
        <w:br/>
      </w:r>
      <w:r>
        <w:rPr>
          <w:b/>
        </w:rPr>
        <w:t>Посещение одного из музеев на выбор группы (в рамках одного автобуса)</w:t>
      </w:r>
      <w:r>
        <w:t>(по входным билетам):</w:t>
      </w:r>
    </w:p>
    <w:p>
      <w:r>
        <w:rPr>
          <w:b/>
        </w:rPr>
        <w:t>1 вариант: Эрмитаж</w:t>
      </w:r>
      <w:r>
        <w:t>- главный музей Санкт-Петербурга и самый большой музей в мире! Он является не только местом выставки экспонатов, но и домом семьи Романовых – самой блистательной династии Российских императоров. Вы пройдете по знаменитой Парадной лестнице Зимнего Дворца, по роскошным залам, где жили российские императоры.</w:t>
      </w:r>
      <w:r>
        <w:rPr>
          <w:b/>
        </w:rPr>
        <w:t>Экскурсия по Дворцовой площади.</w:t>
      </w:r>
      <w:r>
        <w:t>Как Вы думаете, всегда ли Дворцовая площадь была такой прекрасной и величественной? Нет, такой площадь была не всегда. Когда Петербург был еще молод, местность была известна под названием Адмиралтейский луг. Здесь росла трава и овес, которым питался придворный скот, здесь устраивались народные гуляния с потешными огнями и здесь же проходили строевые учения императорских войск. А как же происходила установка Александровской колонны? Какие планы по развитию Петербурга были у знаменитых архитекторов К. И. Росси, Ф. Б. Растрелли и А. Д. Захарова? Ответы на эти вопросы, а также много интересных фактов о формировании ансамбля одной из самых красивых площадей в мире можно будет узнать на этой экскурсии.</w:t>
      </w:r>
    </w:p>
    <w:p>
      <w:r>
        <w:rPr>
          <w:b/>
        </w:rPr>
        <w:t>2 вариант:</w:t>
      </w:r>
      <w:r>
        <w:t>В самом сердце Петербурга сияет драгоценной шкатулкой</w:t>
      </w:r>
      <w:r>
        <w:rPr>
          <w:b/>
        </w:rPr>
        <w:t>Музей Фаберже</w:t>
      </w:r>
      <w:r>
        <w:t>— удивительное место, где можно в полной мере насладиться великолепием ювелирного искусства дореволюционной эпохи. Особую гордость музея составляет уникальная коллекция императорских пасхальных яиц — девять шедевров, созданных знаменитым мастером Фаберже, которые спустя целое столетие вновь обрели дом на российской земле, став настоящим сокровищем национального наследия.</w:t>
      </w:r>
    </w:p>
    <w:p>
      <w:r>
        <w:rPr>
          <w:b/>
        </w:rPr>
        <w:t>Обед в кафе</w:t>
      </w:r>
    </w:p>
    <w:p>
      <w:r>
        <w:rPr>
          <w:b/>
        </w:rPr>
        <w:t>Пешеходная экскурсия по Марсовому полю -</w:t>
      </w:r>
      <w:r>
        <w:t>Марсово поле находится в самом центре Питера. С трех сторон территория площади окружена реками. На северной стороне это река Нева, на юге — река Мойка, на востоке — Лебяжья канавка.  Название площади походит от имени древнеримского бога войны Марса. Марсово поле в Санкт-Петербурге назвали так по аналогии с площадями в Париже и Риме. В центре поля расположен Вечный огонь.</w:t>
      </w:r>
      <w:r>
        <w:br/>
      </w:r>
      <w:r>
        <w:t>С востока от Марсового поля расположен</w:t>
      </w:r>
      <w:r>
        <w:rPr>
          <w:b/>
        </w:rPr>
      </w:r>
      <w:r>
        <w:t>Инженерный сквер и</w:t>
      </w:r>
      <w:r>
        <w:rPr>
          <w:b/>
        </w:rPr>
        <w:t>Михайловский замок</w:t>
      </w:r>
      <w:r>
        <w:t>(внешний осмотр). Михайловский замок в Петербурге принято считать главным и завершающим целую эпоху памятником архитектуры XVIII века, а также единственным в России дворцовым ансамблем в стиле романтического классицизма. Построен он был по велению императора Павла I.</w:t>
      </w:r>
      <w:r>
        <w:br/>
      </w:r>
      <w:r>
        <w:rPr>
          <w:b/>
        </w:rPr>
        <w:t>Прогулка по Летнему саду.</w:t>
      </w:r>
      <w:r>
        <w:t>Летний сад</w:t>
      </w:r>
      <w:r>
        <w:rPr>
          <w:b/>
        </w:rPr>
        <w:t>–</w:t>
      </w:r>
      <w:r>
        <w:t>нередко называют «Русским Версалем» или «жемчужиной в парковом ожерелье Петербурга». Это самый старый сад нашего города, возникший по воле императора Петра I ещё в начале XVIII века. Он и поныне завораживает своих посетителей игрой воды, зелени и света. Во время неспешной прогулки по тенистым аллеям Летнего Сада вы не только полюбуетесь итальянской скульптурой и уникальными фонтанами, но и вспомните богатую историю этого уголка Петербурга, изобилующую многочисленными мифами и легендами.</w:t>
      </w:r>
    </w:p>
    <w:p>
      <w:r>
        <w:t>Свободное время, самостоятельное возвращение в гостиницу</w:t>
      </w:r>
    </w:p>
    <w:p>
      <w:r>
        <w:rPr>
          <w:b/>
        </w:rPr>
        <w:t>4 день:</w:t>
      </w:r>
      <w:r>
        <w:br/>
      </w:r>
      <w:r>
        <w:rPr>
          <w:b/>
        </w:rPr>
        <w:t>Завтрак в гостиниц</w:t>
      </w:r>
      <w:r>
        <w:br/>
      </w:r>
      <w:r>
        <w:t>Освобождение номеров. Выезд из гостиницы с вещами</w:t>
      </w:r>
      <w:r>
        <w:br/>
      </w:r>
      <w:r>
        <w:t>Отправление на пригородную экскурсию</w:t>
      </w:r>
      <w:r>
        <w:rPr>
          <w:b/>
        </w:rPr>
        <w:t>в г. КронштадтЭкскурсия «Кронштадт: от Петра до наших дней» -</w:t>
      </w:r>
      <w:r>
        <w:t>Кронштадт — это удивительный город-крепость на острове Котлин в Финском заливе! Он был построен очень давно по приказу царя Петра I, чтобы защищать наш любимый Санкт-Петербург от непрошеных гостей. Здесь находится знаменитый Морской собор, куда приходят моряки помолиться перед дальним плаванием. В Кронштадте можно увидеть старинные форты — большие крепости, которые когда-то охраняли вход в город. А ещё здесь есть потрясающий музей, где живут настоящие корабли-ветераны! Приезжая в Кронштадт, вы сможете узнать много интересного о моряках, кораблях и удивительных приключениях, которые случались в этом замечательном городе. Здесь мы увидим:</w:t>
      </w:r>
      <w:r>
        <w:rPr>
          <w:b/>
        </w:rPr>
        <w:t>памятник колюшке</w:t>
      </w:r>
      <w:r>
        <w:t>, исторический центр города, Гостиный двор, Флагшток (нулевой километр), Соборную площадь, памятник Петру I, казармы, а также обязательно посетим набережную, где сможем посмотреть на</w:t>
      </w:r>
      <w:r>
        <w:rPr>
          <w:b/>
        </w:rPr>
        <w:t>настоящие военные корабли.Посещение Морского Никольского (Кронштадтского) собора</w:t>
      </w:r>
      <w:r>
        <w:t>– самого большого морского собора Российской империи! Современное убранство, совмещенное с вековыми традициями, витражи и россыпь драгоценных камней и металлов – все это придает собору величие и никого не оставит равнодушным.</w:t>
      </w:r>
      <w:r>
        <w:br/>
      </w:r>
      <w:r>
        <w:rPr>
          <w:b/>
        </w:rPr>
        <w:t>Обед в кафе</w:t>
      </w:r>
      <w:r>
        <w:br/>
      </w:r>
      <w:r>
        <w:t>Отправление на пригородную экскурсию</w:t>
      </w:r>
      <w:r>
        <w:rPr>
          <w:b/>
        </w:rPr>
        <w:t>в г. ПетергофПригородная автобусная экскурсия «Великолепный Петергоф» -</w:t>
      </w:r>
      <w:r>
        <w:t>Невозможно, приехав в город, построенный Петром I и не побывать в его любимом детище – блистательном Петергофе. Экскурсия познакомит вас с одним из самых прославленных пригородов Санкт-Петербурга, который на протяжении двух столетий являлся загородной императорской резиденцией.</w:t>
      </w:r>
      <w:r>
        <w:br/>
      </w:r>
      <w:r>
        <w:rPr>
          <w:b/>
        </w:rPr>
        <w:t>Экскурсия по Нижнему парку фонтанов</w:t>
      </w:r>
      <w:r>
        <w:t>- во время экскурсии вы увидите дворцово-парковый ансамбль Петергофа, полюбуетесь самыми знаменитыми фонтанами и каскадами парка. Увидите</w:t>
      </w:r>
      <w:r>
        <w:rPr>
          <w:b/>
        </w:rPr>
        <w:t>Большой каскад и фонтан «Самсон, разрывающий пасть льву», каскад «Шахматная гора», Воронихинские колоннады, квадратные пруды и их фонтаны.</w:t>
      </w:r>
      <w:r>
        <w:t>У вас будет возможность не только погулять по аллеям парка, но и полюбоваться панорамой Финского залива.</w:t>
      </w:r>
      <w:r>
        <w:br/>
      </w:r>
      <w:r>
        <w:rPr>
          <w:b/>
        </w:rPr>
        <w:t>«Фонтаны-шутихи» -</w:t>
      </w:r>
      <w:r>
        <w:t>самыми любимыми у гостей Нижнего парка считаются забавные фонтаны-шутихи. Они различаются оформлением и спрятаны в разных местах Петергофа. Если кто-то подходит к шутихам близко или касается их отдельных частей, на туристов начинают вылетать тонкие пенистые струи воды. Искать веселые фонтаны долго не приходится, потому что возле них всегда слышен громкий смех.</w:t>
      </w:r>
      <w:r>
        <w:br/>
      </w:r>
      <w:r>
        <w:t>Возвращение в город, трансфер на ж/д вокзал</w:t>
      </w:r>
      <w:r>
        <w:br/>
      </w:r>
      <w:r>
        <w:rPr>
          <w:b/>
        </w:rPr>
        <w:t>Отъезд группы</w:t>
      </w:r>
    </w:p>
    <w:p>
      <w:r>
        <w:rPr>
          <w:b/>
        </w:rPr>
        <w:t>5 день:</w:t>
      </w:r>
      <w:r>
        <w:br/>
      </w:r>
      <w:r>
        <w:t>Прибытие в Пермь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Обратите внимание! Очередность дней в программе может меняться, учитывайте это при планировании свободного времени.</w:t>
      </w:r>
    </w:p>
    <w:p>
      <w:pPr>
        <w:pStyle w:val="Heading1"/>
      </w:pPr>
      <w:r>
        <w:t>Скидки</w:t>
      </w:r>
    </w:p>
    <w:p>
      <w:r>
        <w:rPr>
          <w:b/>
        </w:rPr>
        <w:t>ДОПОЛНИТЕЛЬНО ОПЛАЧИВАЮТСЯ ЖД БИЛЕТЫ В ВАГОНАХ КУПЕ (цена комиссионная):</w:t>
      </w:r>
      <w:r>
        <w:br/>
      </w:r>
      <w:r>
        <w:rPr>
          <w:u w:val="single"/>
        </w:rPr>
        <w:t>Купе:</w:t>
      </w:r>
      <w:r>
        <w:br/>
      </w:r>
      <w:r>
        <w:t>Взрослый без питания: 20 200 руб</w:t>
      </w:r>
      <w:r>
        <w:br/>
      </w:r>
      <w:r>
        <w:t>Школьник с питанием: 9 500 руб</w:t>
      </w:r>
    </w:p>
    <w:p>
      <w:r>
        <w:rPr>
          <w:b/>
        </w:rPr>
        <w:t>ДОПОЛНИТЕЛЬНОЕ ПИТАНИЕ:</w:t>
      </w:r>
    </w:p>
    <w:p>
      <w:r>
        <w:t>Дополнительное питание на взрослого в вагоне любой категории 5 500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