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Рождество в Хохловке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Рождество — один из самых светлых и радостных праздников, наполненный теплом, верой и чудесами. В этот день мир озаряется светом Вифлеемской звезды, сердца людей наполняются любовью, а дома — ароматом праздничных угощений и звучанием колядок.</w:t>
      </w:r>
    </w:p>
    <w:p>
      <w:r>
        <w:t>Музей «Хохловка» приглашает вас окунуться в атмосферу настоящего рождественского чуда! Вас ждёт увлекательная праздничная программа, которая откроет древние традиции и обычаи этого святого дня.</w:t>
      </w:r>
    </w:p>
    <w:p>
      <w:pPr>
        <w:pStyle w:val="Heading1"/>
      </w:pPr>
      <w:r>
        <w:t>Преимущества</w:t>
      </w:r>
    </w:p>
    <w:p>
      <w:pPr>
        <w:pStyle w:val="ListNumber"/>
      </w:pPr>
      <w:r>
        <w:rPr>
          <w:b/>
        </w:rPr>
        <w:t>Погружение в атмосферу Рождества -</w:t>
      </w:r>
      <w:r>
        <w:t>участники не просто наблюдают, а сами становятся частью праздника</w:t>
      </w:r>
    </w:p>
    <w:p>
      <w:pPr>
        <w:pStyle w:val="ListNumber"/>
      </w:pPr>
      <w:r>
        <w:rPr>
          <w:b/>
        </w:rPr>
        <w:t>Живое знакомство с культурой</w:t>
      </w:r>
      <w:r>
        <w:t>– рассказы, вертепное представление, сказки и загадки позволяют узнать об истории и смысле Рождества в народной традиции.</w:t>
      </w:r>
    </w:p>
    <w:p>
      <w:pPr>
        <w:pStyle w:val="ListNumber"/>
      </w:pPr>
      <w:r>
        <w:rPr>
          <w:b/>
        </w:rPr>
        <w:t>Активный отдых на свежем воздухе</w:t>
      </w:r>
      <w:r>
        <w:t>– зимние игры и прогулка по комплексу.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 путевая экскурсия;</w:t>
      </w:r>
      <w:r>
        <w:br/>
      </w:r>
      <w:r>
        <w:t>– входные билеты в АЭМ "Хохловка"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13.00 -</w:t>
      </w:r>
      <w:hyperlink r:id="rId9">
        <w:r>
          <w:rPr>
            <w:color w:val="0000FF"/>
            <w:u w:val="single"/>
          </w:rPr>
          <w:t>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13.00 - Сбор группы на ул. Ленина, 53 ("Театр-Театр") и выезд на программу, путевая экскурсия.</w:t>
      </w:r>
      <w:r>
        <w:br/>
      </w:r>
      <w:r>
        <w:t>14.00 - Прибытие в Хохловку на Рождественскую программу</w:t>
      </w:r>
      <w:r>
        <w:br/>
      </w:r>
      <w:r>
        <w:t>14.00 - Время</w:t>
      </w:r>
      <w:r>
        <w:rPr>
          <w:b/>
        </w:rPr>
        <w:t>для самостоятельного посещения</w:t>
      </w:r>
      <w:r>
        <w:t>локаций праздника</w:t>
      </w:r>
    </w:p>
    <w:p>
      <w:r>
        <w:rPr>
          <w:b/>
        </w:rPr>
        <w:t>ВИЗИТ-ЦЕНТР</w:t>
      </w:r>
    </w:p>
    <w:p>
      <w:pPr>
        <w:pStyle w:val="ListBullet"/>
      </w:pPr>
      <w:r>
        <w:rPr>
          <w:b/>
        </w:rPr>
        <w:t>11:00</w:t>
      </w:r>
      <w:r>
        <w:t>–</w:t>
      </w:r>
      <w:r>
        <w:rPr>
          <w:b/>
        </w:rPr>
        <w:t>17:00</w:t>
      </w:r>
      <w:r>
        <w:t>– мастер-класс по изготовлению куклы «Рождественский ангел»</w:t>
      </w:r>
    </w:p>
    <w:p>
      <w:pPr>
        <w:pStyle w:val="ListBullet"/>
      </w:pPr>
      <w:r>
        <w:rPr>
          <w:b/>
        </w:rPr>
        <w:t>11:00 – 17:00</w:t>
      </w:r>
      <w:r>
        <w:t>– настольные игры</w:t>
      </w:r>
    </w:p>
    <w:p>
      <w:pPr>
        <w:pStyle w:val="ListBullet"/>
      </w:pPr>
      <w:r>
        <w:rPr>
          <w:b/>
        </w:rPr>
        <w:t>13:00 – 13:30, 14:30 – 15:00</w:t>
      </w:r>
      <w:r>
        <w:t>– рождественский концерт</w:t>
      </w:r>
    </w:p>
    <w:p>
      <w:pPr>
        <w:pStyle w:val="ListBullet"/>
      </w:pPr>
      <w:r>
        <w:rPr>
          <w:b/>
        </w:rPr>
        <w:t>16:00 – 16:30</w:t>
      </w:r>
      <w:r>
        <w:t>– сказки и загадки у свечи</w:t>
      </w:r>
    </w:p>
    <w:p>
      <w:pPr>
        <w:pStyle w:val="ListBullet"/>
      </w:pPr>
      <w:r>
        <w:rPr>
          <w:b/>
        </w:rPr>
        <w:t>16:30 – 17:00</w:t>
      </w:r>
      <w:r>
        <w:t>– гадания</w:t>
      </w:r>
    </w:p>
    <w:p>
      <w:pPr>
        <w:pStyle w:val="ListBullet"/>
      </w:pPr>
      <w:r>
        <w:rPr>
          <w:b/>
        </w:rPr>
        <w:t>14:30; 16:30</w:t>
      </w:r>
      <w:r>
        <w:t>– сборная экскурсия по музею, 60 минут</w:t>
      </w:r>
    </w:p>
    <w:p>
      <w:r>
        <w:rPr>
          <w:b/>
        </w:rPr>
        <w:t>УСАДЬБА П.И. КУДЫМОВА</w:t>
      </w:r>
    </w:p>
    <w:p>
      <w:pPr>
        <w:pStyle w:val="ListBullet"/>
      </w:pPr>
      <w:r>
        <w:rPr>
          <w:b/>
        </w:rPr>
        <w:t>13:30 – 14:00</w:t>
      </w:r>
      <w:r>
        <w:t>– ряженье и колядование</w:t>
      </w:r>
    </w:p>
    <w:p>
      <w:r>
        <w:rPr>
          <w:b/>
        </w:rPr>
        <w:t>УСАДЬБА Н.П. СВЕТЛАКОВА</w:t>
      </w:r>
    </w:p>
    <w:p>
      <w:pPr>
        <w:pStyle w:val="ListBullet"/>
      </w:pPr>
      <w:r>
        <w:rPr>
          <w:b/>
        </w:rPr>
        <w:t>14:00 – 14:30</w:t>
      </w:r>
      <w:r>
        <w:t>– вертепное представление</w:t>
      </w:r>
    </w:p>
    <w:p>
      <w:pPr>
        <w:pStyle w:val="ListBullet"/>
      </w:pPr>
      <w:r>
        <w:rPr>
          <w:b/>
        </w:rPr>
        <w:t>16:30 – 17:00</w:t>
      </w:r>
      <w:r>
        <w:t>- гадания</w:t>
      </w:r>
    </w:p>
    <w:p>
      <w:r>
        <w:rPr>
          <w:b/>
        </w:rPr>
        <w:t>ПОЛЯНА У ВИЗИТ-ЦЕНТРА</w:t>
      </w:r>
    </w:p>
    <w:p>
      <w:pPr>
        <w:pStyle w:val="ListBullet"/>
      </w:pPr>
      <w:r>
        <w:rPr>
          <w:b/>
        </w:rPr>
        <w:t>15:00 – 15:30</w:t>
      </w:r>
      <w:r>
        <w:t>– зимние игры на улице</w:t>
      </w:r>
    </w:p>
    <w:p>
      <w:r>
        <w:t>17.00 - Ориентировочное время выезда в Пермь</w:t>
      </w:r>
      <w:r>
        <w:br/>
      </w:r>
      <w:r>
        <w:t>18.30 - Ориентировочное время прибытия в город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