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Приключения в Перми для юных исследователей: планетарий + музей Пермских древностей + Селенитовая комната (групповой тур), 1 день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t>Погрузитесь в увлекательный однодневный тур, который покажет детям мир удивительных открытий и захватывающих приключений. Участники смогут посетить интересные достопримечательности города, посмотреть, какие животные населяли нашу планету много миллионов лет назад, а также познакомиться с уникальными космическими явлениями. Этот тур подарит детям незабываемые впечатления и новые знания!</w:t>
      </w:r>
    </w:p>
    <w:p>
      <w:pPr>
        <w:pStyle w:val="ListBullet"/>
      </w:pPr>
      <w:r>
        <w:t>Программа рекомендована для детей 6-12 лет;</w:t>
      </w:r>
    </w:p>
    <w:p>
      <w:pPr>
        <w:pStyle w:val="ListBullet"/>
      </w:pPr>
      <w:r>
        <w:t>Программа реализуется со вторника по воскресенье;</w:t>
      </w:r>
    </w:p>
    <w:p>
      <w:r>
        <w:rPr>
          <w:b/>
        </w:rPr>
        <w:t>Цены:10-12 чел. + 1 беспл. сопр. - 6 650 р./чел.13-14 чел. + 1 беспл. сопр. - 5 700 р./чел.15-16 чел. + 1 беспл. сопр. - 5 250 р./чел.17-18 чел. + 1 беспл. сопр. - 4 950 р./чел.19-25 чел. + 2 беспл. сопр. - 5 550 р./чел.26-30 чел. + 2 беспл. сопр. - 4 750 р./чел.31-35 чел. + 3 беспл. сопр. - 4 450 р./чел.36-40 чел. + 3 беспл. сопр. - 4 200 р./чел.41-45 чел. + 4 беспл. сопр. - 4 050 р./чел.</w:t>
      </w:r>
    </w:p>
    <w:p>
      <w:pPr>
        <w:pStyle w:val="Heading1"/>
      </w:pPr>
      <w:r>
        <w:t>Преимущества</w:t>
      </w:r>
    </w:p>
    <w:p>
      <w:r>
        <w:t>–    комфортабельные автобусы туристического класса;</w:t>
      </w:r>
      <w:r>
        <w:br/>
      </w:r>
      <w:r>
        <w:t>–    аккредитованные гиды-экскурсоводы;</w:t>
      </w:r>
      <w:r>
        <w:br/>
      </w:r>
      <w:r>
        <w:t>–    мы подаем заявку в ГИБДД за Вас;</w:t>
      </w:r>
      <w:r>
        <w:br/>
      </w:r>
      <w:r>
        <w:t>–    готовим все необходимые документы.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 (автобус туристического класса)</w:t>
      </w:r>
    </w:p>
    <w:p>
      <w:pPr>
        <w:pStyle w:val="ListBullet"/>
      </w:pPr>
      <w:r>
        <w:t>Страховка по проезду в автобусе</w:t>
      </w:r>
    </w:p>
    <w:p>
      <w:pPr>
        <w:pStyle w:val="ListBullet"/>
      </w:pPr>
      <w:r>
        <w:t>Сопровождение нашим сотрудником</w:t>
      </w:r>
    </w:p>
    <w:p>
      <w:pPr>
        <w:pStyle w:val="ListBullet"/>
      </w:pPr>
      <w:r>
        <w:t>Услуги гида-экскурсовода на протяжении всего маршрута</w:t>
      </w:r>
    </w:p>
    <w:p>
      <w:pPr>
        <w:pStyle w:val="ListBullet"/>
      </w:pPr>
      <w:r>
        <w:t>Обзорная экскурсия по городу</w:t>
      </w:r>
    </w:p>
    <w:p>
      <w:pPr>
        <w:pStyle w:val="ListBullet"/>
      </w:pPr>
      <w:r>
        <w:t>Входные билеты в планетарий</w:t>
      </w:r>
    </w:p>
    <w:p>
      <w:pPr>
        <w:pStyle w:val="ListBullet"/>
      </w:pPr>
      <w:r>
        <w:t>Входные билеты и экскурсионное обслуживание в музей Пермских древностей и в детский музейный центр</w:t>
      </w:r>
    </w:p>
    <w:p>
      <w:pPr>
        <w:pStyle w:val="ListBullet"/>
      </w:pPr>
      <w:r>
        <w:t>Обед</w:t>
      </w:r>
    </w:p>
    <w:p>
      <w:pPr>
        <w:pStyle w:val="ListBullet"/>
      </w:pPr>
      <w:r>
        <w:t>Ужин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Дополнительное питание;</w:t>
      </w:r>
    </w:p>
    <w:p>
      <w:pPr>
        <w:pStyle w:val="ListBullet"/>
      </w:pPr>
      <w:r>
        <w:t>Сувениры.</w:t>
      </w:r>
    </w:p>
    <w:p>
      <w:pPr>
        <w:pStyle w:val="Heading1"/>
      </w:pPr>
      <w:r>
        <w:t>Документы для поездки</w:t>
      </w:r>
    </w:p>
    <w:p>
      <w:r>
        <w:t>- паспорт;</w:t>
      </w:r>
      <w:r>
        <w:br/>
      </w:r>
      <w:r>
        <w:t>- свидетельство о рождении;</w:t>
      </w:r>
      <w:r>
        <w:br/>
      </w:r>
      <w:r>
        <w:t>- мед. полис</w:t>
      </w:r>
    </w:p>
    <w:p>
      <w:pPr>
        <w:pStyle w:val="Heading1"/>
      </w:pPr>
      <w:r>
        <w:t>Рекомендуем взять с собой</w:t>
      </w:r>
    </w:p>
    <w:p>
      <w:r>
        <w:t>- удобную одежду и обувь по погоде;</w:t>
      </w:r>
      <w:r>
        <w:br/>
      </w:r>
      <w:r>
        <w:t>- зонт или дождевик на случай осадков;</w:t>
      </w:r>
      <w:r>
        <w:br/>
      </w:r>
      <w:r>
        <w:t>- отличное настроение;</w:t>
      </w:r>
      <w:r>
        <w:br/>
      </w:r>
      <w:r>
        <w:t>- фотоаппарат;</w:t>
      </w:r>
      <w:r>
        <w:br/>
      </w:r>
      <w:r>
        <w:t>- питьевую воду,перекус;</w:t>
      </w:r>
      <w:r>
        <w:br/>
      </w:r>
      <w:r>
        <w:t>- пауэрбанк;</w:t>
      </w:r>
      <w:r>
        <w:br/>
      </w:r>
      <w:r>
        <w:t>- аптечку для личного применения.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Время указано ориентировочное, возможны изменения в программе.</w:t>
      </w:r>
      <w:r>
        <w:br/>
      </w:r>
    </w:p>
    <w:p>
      <w:r>
        <w:t>10.00 — Встреча группы на ж/д вокзале (время ориентировочное)</w:t>
      </w:r>
      <w:r>
        <w:br/>
      </w:r>
      <w:r>
        <w:br/>
      </w:r>
      <w:r>
        <w:t>10.00 — 12.00 —</w:t>
      </w:r>
      <w:r>
        <w:rPr>
          <w:b/>
        </w:rPr>
        <w:t>Обзорная экскурсия по Перми:</w:t>
      </w:r>
      <w:r>
        <w:br/>
      </w:r>
      <w:r>
        <w:t>В ходе экскурсии мы посетим набережную реки Камы, Дом Дягилева, собор Петра и Павла, рабочую Мотовилиху, памятник Татищеву, ул. Сибирская, Театр Оперы и балета, арт-объекты: "Пермяк-соленые уши", медведь.</w:t>
      </w:r>
      <w:r>
        <w:br/>
      </w:r>
      <w:r>
        <w:br/>
      </w:r>
      <w:r>
        <w:t>12.00 — 12.30 — Обед в кафе</w:t>
      </w:r>
      <w:r>
        <w:br/>
      </w:r>
      <w:r>
        <w:br/>
      </w:r>
      <w:r>
        <w:t>13.00 — 14.00 —</w:t>
      </w:r>
      <w:r>
        <w:rPr>
          <w:b/>
        </w:rPr>
        <w:t>Посещение Пермского планетария.</w:t>
      </w:r>
      <w:r>
        <w:br/>
      </w:r>
    </w:p>
    <w:p>
      <w:r>
        <w:br/>
      </w:r>
      <w:r>
        <w:t>14.00 — 15.00 —</w:t>
      </w:r>
      <w:r>
        <w:rPr>
          <w:b/>
        </w:rPr>
        <w:t>Экскурсия по музею Пермских древностей</w:t>
      </w:r>
      <w:r>
        <w:t>:</w:t>
      </w:r>
    </w:p>
    <w:p>
      <w:r>
        <w:t>Отправимся в увлекательное путешествие в прошлое Земли, познакомимся с геологическими эпохами и древнейшими обитателями планеты. Среди которых и пермский геологический период в истории Земли. Он был открыт в 1841 году экспедицией под руководством шотландским геолога Родерика Мурчисона и назван по имени города Перми. Пермский период известен во всем мире так же, как и юрский период. На экскурсии можно узнать удивительную историю его открытия и познакомиться с пермскими звероящерами, кораллами пермских морей и удивительными насекомыми, которых можно было встретить 270 миллионов лет назад.</w:t>
      </w:r>
      <w:r>
        <w:br/>
      </w:r>
      <w:r>
        <w:br/>
      </w:r>
      <w:r>
        <w:t>16.00 — 17.00 —</w:t>
      </w:r>
      <w:r>
        <w:rPr>
          <w:b/>
        </w:rPr>
        <w:t>Экскурсия по выставке "Селенитовая комната":</w:t>
      </w:r>
    </w:p>
    <w:p>
      <w:r>
        <w:t>Селенитовая комната не имеет аналогов не только в России, но и в мире. Выставка оформлена как искусственный грот, на стенах которого размещены декоративные панно, выполненные художником Анатолием Ивановым в авторской мозаичной технике, основанной на принципах флорентийской мозаики. Из селенита 20 различных оттенков созданы пейзажи, достопримечательности, узнаваемые места Пермского края</w:t>
      </w:r>
      <w:r>
        <w:br/>
      </w:r>
      <w:r>
        <w:t>17.30 — 18.30 — Ужин в кафе</w:t>
      </w:r>
      <w:r>
        <w:br/>
      </w:r>
      <w:r>
        <w:br/>
      </w:r>
      <w:r>
        <w:t>18.30 — 19.30 — Трансфер на ж/д вокзал. Окончание программы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