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следам удмуртов: путешествие в Лудорвай и Ижевск (автобусный тур)</w:t>
      </w:r>
    </w:p>
    <w:p>
      <w:pPr>
        <w:pStyle w:val="Heading1"/>
      </w:pPr>
      <w:r>
        <w:t>Информация тура</w:t>
      </w:r>
    </w:p>
    <w:p>
      <w:r>
        <w:t>Пермь - Лудорвай - Ижевск - Пермь</w:t>
      </w:r>
    </w:p>
    <w:p>
      <w:pPr>
        <w:pStyle w:val="Heading1"/>
      </w:pPr>
      <w:r>
        <w:t>Описание тура</w:t>
      </w:r>
    </w:p>
    <w:p>
      <w:r>
        <w:t>Представьте день, наполненный вкусами, песнями и живой историей Удмуртии. Вы погуляете по уютному Лудорваю, увидите настоящую мельницу, услышите легенды и прикоснётесь к традициям, которые здесь хранят с особой теплотой. Вас ждут национальные угощения — табани, перепечи и ароматный горячий напиток — под душевные удмуртские песни, которые невозможно слушать без улыбки.</w:t>
      </w:r>
    </w:p>
    <w:p>
      <w:r>
        <w:t>А затем — погружение в свадебные обряды в Национальном музее: вы станете участником красочного путешествия невесты и узнаете секреты удмуртских традиций.</w:t>
      </w:r>
    </w:p>
    <w:p>
      <w:r>
        <w:t>Это однодневное путешествие подарит атмосферу спокойствия, настоящего деревенского гостеприимства и ощущение, что вы побывали в другом мире — искреннем, тёплом и удивительно красивом.</w:t>
      </w:r>
    </w:p>
    <w:p>
      <w:pPr>
        <w:pStyle w:val="Heading1"/>
      </w:pPr>
      <w:r>
        <w:t>Преимущества</w:t>
      </w:r>
    </w:p>
    <w:p>
      <w:r>
        <w:rPr>
          <w:b/>
        </w:rPr>
        <w:t>Полное погружение в культуру Удмуртии</w:t>
      </w:r>
      <w:r>
        <w:br/>
      </w:r>
      <w:r>
        <w:t>Вы увидите традиционный уклад жизни, услышите национальные песни и познакомитесь с необычными обрядами.</w:t>
      </w:r>
    </w:p>
    <w:p>
      <w:r>
        <w:rPr>
          <w:b/>
        </w:rPr>
        <w:t>Аутентичные локации</w:t>
      </w:r>
      <w:r>
        <w:br/>
      </w:r>
      <w:r>
        <w:t>Музей-заповедник Лудорвай и Национальный Удмуртский музей — места, где история оживает.</w:t>
      </w:r>
    </w:p>
    <w:p>
      <w:r>
        <w:rPr>
          <w:b/>
        </w:rPr>
        <w:t>Вкус национальной кухни</w:t>
      </w:r>
      <w:r>
        <w:br/>
      </w:r>
      <w:r>
        <w:t>Табани, перепечи и горячий удмуртский напиток — всё приготовлено по старинным рецептам.</w:t>
      </w:r>
    </w:p>
    <w:p>
      <w:r>
        <w:rPr>
          <w:b/>
        </w:rPr>
        <w:t>Живой фольклор</w:t>
      </w:r>
      <w:r>
        <w:br/>
      </w:r>
      <w:r>
        <w:t>Настоящий удмуртский ансамбль, участие в обрядах и свадебном действе.</w:t>
      </w:r>
    </w:p>
    <w:p>
      <w:r>
        <w:rPr>
          <w:b/>
        </w:rPr>
        <w:t>Комфортный однодневный формат</w:t>
      </w:r>
      <w:r>
        <w:br/>
      </w:r>
      <w:r>
        <w:t>Удобный выезд, интересная программа без спешки и возвращение домой в тот же день.</w:t>
      </w:r>
    </w:p>
    <w:p>
      <w:r>
        <w:rPr>
          <w:b/>
        </w:rPr>
        <w:t>Яркие впечатления и необычные фотографии</w:t>
      </w:r>
      <w:r>
        <w:br/>
      </w:r>
      <w:r>
        <w:t>Деревенская атмосфера, скульптуры и этнические декорации — идеальные места для снимков.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 страховка по проезду в автобусе;</w:t>
      </w:r>
      <w:r>
        <w:br/>
      </w:r>
      <w:r>
        <w:t>- услуги сопровождающего;</w:t>
      </w:r>
      <w:r>
        <w:br/>
      </w:r>
      <w:r>
        <w:t>- экскурсионное обслуживание в АЭМЗ Лудорвай;</w:t>
      </w:r>
      <w:r>
        <w:br/>
      </w:r>
      <w:r>
        <w:t>- входные билеты по программе;</w:t>
      </w:r>
      <w:r>
        <w:br/>
      </w:r>
      <w:r>
        <w:t>- фольклорная программа от местного ансамбля;</w:t>
      </w:r>
      <w:r>
        <w:br/>
      </w:r>
      <w:r>
        <w:t>- обед из национальных блюд</w:t>
      </w:r>
    </w:p>
    <w:p>
      <w:pPr>
        <w:pStyle w:val="Heading1"/>
      </w:pPr>
      <w:r>
        <w:t>Дополнительно оплачивается</w:t>
      </w:r>
    </w:p>
    <w:p>
      <w:r>
        <w:t>- доп. питание;</w:t>
      </w:r>
      <w:r>
        <w:br/>
      </w:r>
      <w:r>
        <w:t>- сувениры.</w:t>
      </w:r>
    </w:p>
    <w:p>
      <w:pPr>
        <w:pStyle w:val="Heading1"/>
      </w:pPr>
      <w:r>
        <w:t>Информация о транспорте</w:t>
      </w:r>
    </w:p>
    <w:p>
      <w:r>
        <w:t>07.30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07.40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07.45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08.10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08.15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08.30 –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08.35 –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08.40 –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09.00 –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</w:t>
      </w:r>
      <w:r>
        <w:br/>
      </w:r>
      <w:hyperlink r:id="rId18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07.30 - Выезд из Перми, по пути остановка на завтрак</w:t>
      </w:r>
      <w:r>
        <w:br/>
      </w:r>
      <w:r>
        <w:t>Далее программа проходит по удмуртскому времени:</w:t>
      </w:r>
      <w:r>
        <w:br/>
      </w:r>
      <w:r>
        <w:t>12.00 - Прибытие в</w:t>
      </w:r>
      <w:r>
        <w:rPr>
          <w:b/>
        </w:rPr>
        <w:t>архитектурно-этнографический музей-заповедник Лудорвай.</w:t>
      </w:r>
      <w:r>
        <w:br/>
      </w:r>
      <w:r>
        <w:t>12.00 - 13.30 -</w:t>
      </w:r>
      <w:r>
        <w:rPr>
          <w:b/>
        </w:rPr>
        <w:t>Обзорная экскурсия "Деревенька моя"</w:t>
      </w:r>
      <w:r>
        <w:t>. Прогулка с экскурсоводом по деревенской улице, знакомство с настоящей мельницей, усадьбой удмуртов, с их особенностями быта, родниками и скульптурами.[slider id=59]</w:t>
      </w:r>
      <w:r>
        <w:br/>
      </w:r>
      <w:r>
        <w:t>13.30 - 15.00 -</w:t>
      </w:r>
      <w:r>
        <w:rPr>
          <w:b/>
        </w:rPr>
        <w:t>Фольклорная программа с национальными песнями и обедом.</w:t>
      </w:r>
      <w:r>
        <w:t>Отведаете табани, перепечи и горячий напиток удмуртов. Послушаете удмуртские песни и споете вместе с местным ансамблем.</w:t>
      </w:r>
      <w:r>
        <w:br/>
      </w:r>
      <w:r>
        <w:t>15.00 - Выезд в Ижевск.</w:t>
      </w:r>
      <w:r>
        <w:br/>
      </w:r>
      <w:r>
        <w:t>15.40 - 17.00 -</w:t>
      </w:r>
      <w:r>
        <w:rPr>
          <w:b/>
        </w:rPr>
        <w:t>Экскурсия в Национальный Удмуртский музей.</w:t>
      </w:r>
      <w:r>
        <w:t>Побываете в гостях у удмуртов, в усадьбе невесты, узнаете удмуртский свадебный обряд, и свадебный поездом отведете невесту в дом жениха.[slider id=108]</w:t>
      </w:r>
      <w:r>
        <w:br/>
      </w:r>
      <w:r>
        <w:t>17.00 - Ориентировочное время отправления в Пермь, в пути остановка на ужин (за доп. плату)</w:t>
      </w:r>
      <w:r>
        <w:br/>
      </w:r>
      <w:r>
        <w:t>23.30 - Ориентировочное время прибытия в Пермь.</w:t>
      </w:r>
      <w:r>
        <w:br/>
      </w:r>
      <w:r>
        <w:br/>
      </w:r>
      <w: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24.10.2026</w:t>
            </w:r>
          </w:p>
        </w:tc>
        <w:tc>
          <w:tcPr>
            <w:tcW w:type="dxa" w:w="7200"/>
          </w:tcPr>
          <w:p>
            <w:r>
              <w:t>6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</w:tr>
      <w:tr>
        <w:tc>
          <w:tcPr>
            <w:tcW w:type="dxa" w:w="7200"/>
          </w:tcPr>
          <w:p>
            <w:r>
              <w:t>28.11.2026</w:t>
            </w:r>
          </w:p>
        </w:tc>
        <w:tc>
          <w:tcPr>
            <w:tcW w:type="dxa" w:w="7200"/>
          </w:tcPr>
          <w:p>
            <w:r>
              <w:t>6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docs.google.com/document/d/1I7-xsh8XhXeNqQmV4zGf0s3AEkXe3Vg0fkx5GUxz5VI/edit?usp=drive_web&amp;ouid=1048173745635988105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