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Пермские сокровища: тур с дегустацией на улиточную ферму и катанием на лошади (автобусный тур)</w:t>
      </w:r>
    </w:p>
    <w:p>
      <w:pPr>
        <w:pStyle w:val="Heading1"/>
      </w:pPr>
      <w:r>
        <w:t>Информация тура</w:t>
      </w:r>
    </w:p>
    <w:p>
      <w:r>
        <w:t>Пермь - д. Батуры - с. Мысы - Пермь</w:t>
      </w:r>
    </w:p>
    <w:p>
      <w:pPr>
        <w:pStyle w:val="Heading1"/>
      </w:pPr>
      <w:r>
        <w:t>Описание тура</w:t>
      </w:r>
    </w:p>
    <w:p>
      <w:r>
        <w:t>Откройте для себя необычную сторону Прикамья: посетите улиточную ферму с дегустацией деликатесов и отправьтесь в конюшню, где вас ждёт встреча с экзотическими и домашними животными, а также верховая прогулка. Это яркое приключение подарит новые впечатления, вкусные открытия и незабываемое общение с природой!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Комфортабельные автобусы</w:t>
      </w:r>
      <w:r>
        <w:t>- переезд осуществляется на туристическом транспорте с удобными креслами, обеспечена санитарная остановка по пути, поездка проходит комфортно и без спешки.</w:t>
      </w:r>
    </w:p>
    <w:p>
      <w:r>
        <w:rPr>
          <w:b/>
        </w:rPr>
        <w:t>Профессиональные гиды</w:t>
      </w:r>
      <w:r>
        <w:t>- с группой работает гид, который координирует поездку и рассказывает путевую экскурсию, отвечает на вопросы участников и следит за выполнением программы.</w:t>
      </w:r>
    </w:p>
    <w:p>
      <w:r>
        <w:rPr>
          <w:b/>
        </w:rPr>
        <w:t>Уникальные знакомства</w:t>
      </w:r>
      <w:r>
        <w:t>- с гастрономическими улитками и экзотическими животными.</w:t>
      </w:r>
    </w:p>
    <w:p>
      <w:r>
        <w:rPr>
          <w:b/>
        </w:rPr>
        <w:t>Разнообразие впечатлений</w:t>
      </w:r>
      <w:r>
        <w:t>- сочетание фермерского хозяйства, дегустаций и живой природы.</w:t>
      </w:r>
    </w:p>
    <w:p>
      <w:r>
        <w:rPr>
          <w:b/>
        </w:rPr>
        <w:t>Познавательная часть</w:t>
      </w:r>
      <w:r>
        <w:t>- узнаете много интересного о выращивании деликатесных улиток, животных и о местной территории.</w:t>
      </w:r>
    </w:p>
    <w:p>
      <w:r>
        <w:rPr>
          <w:b/>
        </w:rPr>
        <w:t>Активный отдых</w:t>
      </w:r>
      <w:r>
        <w:t>- возможность прокатиться верхом и на верблюде.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комортабельный автобус, микроавтобус, минивен, машина);</w:t>
      </w:r>
      <w:r>
        <w:br/>
      </w:r>
      <w:r>
        <w:t>– страховка по проезду в автобусе;</w:t>
      </w:r>
      <w:r>
        <w:br/>
      </w:r>
      <w:r>
        <w:t>– экскурсионное сопровождение гидом;</w:t>
      </w:r>
      <w:r>
        <w:br/>
      </w:r>
      <w:r>
        <w:t>– экскурсия на ферме;</w:t>
      </w:r>
      <w:r>
        <w:br/>
      </w:r>
      <w:r>
        <w:t>– дегустация улиток на ферме;</w:t>
      </w:r>
      <w:r>
        <w:br/>
      </w:r>
      <w:r>
        <w:t>– катание на лошади;</w:t>
      </w:r>
      <w:r>
        <w:br/>
      </w:r>
      <w:r>
        <w:t>– экскурсия по конюшне.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сувениры</w:t>
      </w:r>
      <w:r>
        <w:br/>
      </w:r>
      <w:r>
        <w:t>– доп. питание</w:t>
      </w:r>
      <w:r>
        <w:br/>
      </w:r>
      <w:r>
        <w:t>– продукция фермы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10.00 -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10.15 -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полис.</w:t>
      </w:r>
      <w:r>
        <w:br/>
      </w:r>
      <w:hyperlink r:id="rId11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фотоаппарат;</w:t>
      </w:r>
      <w:r>
        <w:br/>
      </w:r>
      <w:r>
        <w:t>– питьевая вода, перекус;</w:t>
      </w:r>
      <w:r>
        <w:br/>
      </w:r>
      <w:r>
        <w:t>– пауэрбанк;</w:t>
      </w:r>
      <w:r>
        <w:br/>
      </w:r>
      <w:r>
        <w:t>– аптечку для личного применения.</w:t>
      </w:r>
    </w:p>
    <w:p>
      <w:r>
        <w:t>*В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r>
        <w:t>*Форма одежды закрытая, обязательно головной убор и закрытая обувь!</w:t>
      </w:r>
    </w:p>
    <w:p>
      <w:pPr>
        <w:pStyle w:val="Heading1"/>
      </w:pPr>
      <w:r>
        <w:t>Программа тура</w:t>
      </w:r>
    </w:p>
    <w:p>
      <w:r>
        <w:t>10.00 - Выезд из Перми.</w:t>
      </w:r>
      <w:r>
        <w:br/>
      </w:r>
      <w:r>
        <w:t>11.00 -</w:t>
      </w:r>
      <w:r>
        <w:rPr>
          <w:b/>
        </w:rPr>
        <w:t>Прибытие на единственную в Пермском крае улиточную ферму.</w:t>
      </w:r>
      <w:r>
        <w:t>Вас познакомят с процессом выращивания деликатесных улиток. Ферма занимается выращиванием гастрономических улиток Мюллер и Максима.</w:t>
      </w:r>
      <w:r>
        <w:br/>
      </w:r>
      <w:r>
        <w:t>Вас ждет:</w:t>
      </w:r>
      <w:r>
        <w:br/>
      </w:r>
      <w:r>
        <w:t>- экскурсия по ферме</w:t>
      </w:r>
      <w:r>
        <w:br/>
      </w:r>
      <w:r>
        <w:t>- дегустация улиток в разных соусах</w:t>
      </w:r>
      <w:r>
        <w:br/>
      </w:r>
      <w:r>
        <w:t>- памятные фото</w:t>
      </w:r>
      <w:r>
        <w:br/>
      </w:r>
      <w:r>
        <w:t>После экскурсии вы сможете приобрести продукцию фермы (стоимость уточняйте на месте).</w:t>
      </w:r>
    </w:p>
    <w:p>
      <w:r>
        <w:t>[slider id=73]</w:t>
      </w:r>
      <w:r>
        <w:br/>
      </w:r>
      <w:r>
        <w:t>Обратите внимание! В случае плохих погодных условий до фермы нужно будет пройтись пешком 400 м.</w:t>
      </w:r>
      <w:r>
        <w:br/>
      </w:r>
      <w:r>
        <w:t>12.30 - Отправление в частную конюшню Сивка-Бурка</w:t>
      </w:r>
      <w:r>
        <w:br/>
      </w:r>
      <w:r>
        <w:t>13.00-15.00 -</w:t>
      </w:r>
      <w:r>
        <w:rPr>
          <w:b/>
        </w:rPr>
        <w:t>Познавательно-развлекательная экскурсия по конюшне и к контактым животным.</w:t>
      </w:r>
      <w:r>
        <w:t>Здесь вы встретите: северных оленей, двугорбого верблюда, гуанаки, обезьянку, козликов, баранов, гусей, пони, лошадей, осликов, енотов, дикобразов, енотовидные собак и кролики.</w:t>
      </w:r>
      <w:r>
        <w:br/>
      </w:r>
      <w:r>
        <w:rPr>
          <w:b/>
        </w:rPr>
        <w:t>После экскурсии вы прокатитесь верхом на лошади\пони</w:t>
      </w:r>
      <w:r>
        <w:t>(1 круг по территории - в поводу у инструктора).</w:t>
      </w:r>
      <w:r>
        <w:br/>
      </w:r>
      <w:r>
        <w:t>За доп. плату (оплачивается на месте) можно прокатиться на верблюде - самом большом в Пермском крае.</w:t>
      </w:r>
      <w:r>
        <w:br/>
      </w:r>
      <w:r>
        <w:t>На территории есть кафе, где можно приобрести питание за доп. плату.</w:t>
      </w:r>
      <w:r>
        <w:br/>
      </w:r>
      <w:r>
        <w:t>16.00 - Прибытие в Пермь.</w:t>
      </w:r>
      <w:r>
        <w:br/>
      </w:r>
      <w:r>
        <w:br/>
      </w:r>
      <w:r>
        <w:t>*Без дегустации тур приобрести невозможно, это неотъемлемая часть программы.</w:t>
      </w:r>
      <w:r>
        <w:br/>
      </w:r>
      <w: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-/CPwiiY6t" TargetMode="External"/><Relationship Id="rId11" Type="http://schemas.openxmlformats.org/officeDocument/2006/relationships/hyperlink" Target="https://docs.google.com/document/d/1Ecl8dDCNxnOggXC4x2SlvTDCcL9sINlI9YOU4E4n9NQ/edit?tab=t.0#heading=h.pl1fffsx4ox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