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Пермские роботы, экскурсия на завод "Промобот"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Пермь – столица робототехники. Именно в нашем городе в 2015 году был основан завод «Промобот». На сегодняшний день «Промобот» – крупнейший производитель сервисных роботов в России и Европе.</w:t>
      </w:r>
      <w:r>
        <w:br/>
      </w:r>
      <w:r>
        <w:t>Роботы «Промобота» можно встретить в больницах, МФЦ,  музей современной истории России, Сбербанке, Дубай-Молле и многих аэропортах мира.</w:t>
      </w:r>
      <w:r>
        <w:br/>
      </w:r>
      <w:r>
        <w:t>Экскурсия на завод позволит узнать, как роботы получают «жизнь».</w:t>
      </w:r>
      <w:r>
        <w:br/>
      </w:r>
      <w:r>
        <w:t>А вы хотели бы создать своего промобота?</w:t>
      </w:r>
      <w:r>
        <w:br/>
      </w:r>
      <w:r>
        <w:t>К экскурсии допускаются дети</w:t>
      </w:r>
      <w:r>
        <w:rPr>
          <w:b/>
        </w:rPr>
        <w:t>исключительно</w:t>
      </w:r>
      <w:r>
        <w:t>старше 6 лет . При группе от 8 человек.</w:t>
      </w:r>
      <w:r>
        <w:br/>
      </w:r>
      <w:r>
        <w:br/>
      </w:r>
      <w:r>
        <w:rPr>
          <w:b/>
        </w:rPr>
        <w:t>В системе онлайн бронирования указан автобус для видимости заполнения группы. Но туристы не едут на автобусе, они добираются самостоятельно</w:t>
      </w:r>
    </w:p>
    <w:p>
      <w:pPr>
        <w:pStyle w:val="Heading1"/>
      </w:pPr>
      <w:r>
        <w:t>В стоимость тура входит</w:t>
      </w:r>
    </w:p>
    <w:p>
      <w:r>
        <w:t>Экскурсия по заводу «Промобот».</w:t>
      </w:r>
    </w:p>
    <w:p>
      <w:pPr>
        <w:pStyle w:val="Heading1"/>
      </w:pPr>
      <w:r>
        <w:t>Информация о транспорте</w:t>
      </w:r>
    </w:p>
    <w:p>
      <w:r>
        <w:t>14.40 –</w:t>
      </w:r>
      <w:hyperlink r:id="rId9">
        <w:r>
          <w:rPr>
            <w:color w:val="0000FF"/>
            <w:u w:val="single"/>
          </w:rPr>
          <w:t>встреча группы с сопровождающим у Мориона,ориентир магазин "Лион" (туристы добираются самостоятельно)</w:t>
        </w:r>
      </w:hyperlink>
      <w:r>
        <w:br/>
      </w:r>
      <w:r>
        <w:br/>
      </w:r>
      <w:r>
        <w:t>15.00 – Экскурсия на заводе Promobot/ Morion Digital</w:t>
      </w:r>
      <w:r>
        <w:br/>
      </w:r>
      <w:r>
        <w:t>Адрес Promobot:</w:t>
      </w:r>
      <w:hyperlink r:id="rId10">
        <w:r>
          <w:rPr>
            <w:color w:val="0000FF"/>
            <w:u w:val="single"/>
          </w:rPr>
          <w:t>ш. Космонавтов, 111а ,помещение 6,Пермь</w:t>
        </w:r>
      </w:hyperlink>
    </w:p>
    <w:p>
      <w:r>
        <w:t>*Для предотвращения спорных ситуаций - встреча с сопровождающим в назначенное время обязательна!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рождении.</w:t>
      </w:r>
    </w:p>
    <w:p>
      <w:pPr>
        <w:pStyle w:val="Heading1"/>
      </w:pPr>
      <w:r>
        <w:t>Рекомендуем взять с собой</w:t>
      </w:r>
    </w:p>
    <w:p>
      <w:r>
        <w:t>Фотоаппарат, хорошее настроение.</w:t>
      </w:r>
    </w:p>
    <w:p>
      <w:pPr>
        <w:pStyle w:val="Heading1"/>
      </w:pPr>
      <w:r>
        <w:t>Программа тура</w:t>
      </w:r>
    </w:p>
    <w:p>
      <w:r>
        <w:t>14.40 –</w:t>
      </w:r>
      <w:hyperlink r:id="rId9">
        <w:r>
          <w:rPr>
            <w:color w:val="0000FF"/>
            <w:u w:val="single"/>
          </w:rPr>
          <w:t>встреча группы с сопровождающим у Мориона,ориентир магазин "Лион" (туристы добираются самостоятельно)</w:t>
        </w:r>
      </w:hyperlink>
      <w:r>
        <w:br/>
      </w:r>
      <w:r>
        <w:br/>
      </w:r>
      <w:r>
        <w:t>15.00 – Начало экскурсионной программы «Роботы. Пермский период», на заводе Promobot/ Morion Digital. В ходе экскурсии туристам покажут:</w:t>
      </w:r>
      <w:r>
        <w:br/>
      </w:r>
      <w:r>
        <w:t>- история компания и будущее робототехники</w:t>
      </w:r>
      <w:r>
        <w:br/>
      </w:r>
      <w:r>
        <w:t>- строение роботов и как их собирают</w:t>
      </w:r>
      <w:r>
        <w:br/>
      </w:r>
      <w:r>
        <w:t>- как роботов «оживляют», как они учатся двигаться, разговаривать, слышать и видеть</w:t>
      </w:r>
      <w:r>
        <w:br/>
      </w:r>
      <w:r>
        <w:t>- как создается искусственная кожа, глаза и зубы для будущих копий человек и многое другое!</w:t>
      </w:r>
      <w:r>
        <w:br/>
      </w:r>
      <w:r>
        <w:br/>
      </w:r>
      <w:r>
        <w:t>В случае набора группы более 20 человек, в ходе экскурсии группа будет поделена на 2 части. Для одних туристов будет проведена экскурсия, а для других в это время организован просмотр фильма.</w:t>
      </w:r>
      <w:r>
        <w:br/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ll=56.200896%2C57.991582&amp;mode=routes&amp;rtext=57.991071%2C56.198884~57.991800%2C56.202908&amp;rtt=pd&amp;ruri=~&amp;z=18" TargetMode="External"/><Relationship Id="rId10" Type="http://schemas.openxmlformats.org/officeDocument/2006/relationships/hyperlink" Target="https://yandex.ru/maps/50/perm/?ll=56.203074%2C57.991765&amp;mode=routes&amp;rtext=57.991288%2C56.198983~57.991340%2C56.207230&amp;rtt=pd&amp;ruri=~&amp;z=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