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От соли до сцены: путешествие в Соликамск и Березники + театр (автобусный тур)</w:t>
      </w:r>
    </w:p>
    <w:p>
      <w:pPr>
        <w:pStyle w:val="Heading1"/>
      </w:pPr>
      <w:r>
        <w:t>Информация тура</w:t>
      </w:r>
    </w:p>
    <w:p>
      <w:r>
        <w:t>Пермь - Соликамск - Березники - Пермь</w:t>
      </w:r>
    </w:p>
    <w:p>
      <w:pPr>
        <w:pStyle w:val="Heading1"/>
      </w:pPr>
      <w:r>
        <w:t>Описание тура</w:t>
      </w:r>
    </w:p>
    <w:p>
      <w:r>
        <w:t>Однодневный тур - увлекательное путешествие по Прикамью. В Соликамске вы познакомитесь с историей города-солеварни, его храмами и уникальными памятниками архитектуры. В Березниках вас ждёт прогулка по городу, творческий мастер-класс по росписи по дереву и яркий финал — посещение драматического театра. Тур подарит насыщенный день, наполненный историей, творчеством и вдохновением.</w:t>
      </w:r>
    </w:p>
    <w:p>
      <w:pPr>
        <w:pStyle w:val="Heading1"/>
      </w:pPr>
      <w:r>
        <w:t>Преимущества</w:t>
      </w:r>
    </w:p>
    <w:p>
      <w:pPr>
        <w:pStyle w:val="ListBullet"/>
      </w:pPr>
      <w:r>
        <w:rPr>
          <w:b/>
        </w:rPr>
        <w:t>Удобство в пути</w:t>
      </w:r>
      <w:r>
        <w:t>— поездка проходит на комфортабельном туристическом транспорте.</w:t>
      </w:r>
    </w:p>
    <w:p>
      <w:pPr>
        <w:pStyle w:val="ListBullet"/>
      </w:pPr>
      <w:r>
        <w:rPr>
          <w:b/>
        </w:rPr>
        <w:t>Профессиональное сопровождение</w:t>
      </w:r>
      <w:r>
        <w:t>— с группой работает</w:t>
      </w:r>
      <w:r>
        <w:rPr>
          <w:b/>
        </w:rPr>
        <w:t>опытный гид</w:t>
      </w:r>
      <w:r>
        <w:t>, который знает не только общие факты, но и</w:t>
      </w:r>
      <w:r>
        <w:rPr>
          <w:b/>
        </w:rPr>
        <w:t>живые детали и легенды.</w:t>
      </w:r>
    </w:p>
    <w:p>
      <w:pPr>
        <w:pStyle w:val="ListBullet"/>
      </w:pPr>
      <w:r>
        <w:rPr>
          <w:b/>
        </w:rPr>
        <w:t>Богатая культурная программа</w:t>
      </w:r>
      <w:r>
        <w:t>— знакомство с историей Соликамска и архитектурными памятниками, прогулка по Березникам.</w:t>
      </w:r>
    </w:p>
    <w:p>
      <w:pPr>
        <w:pStyle w:val="ListBullet"/>
      </w:pPr>
      <w:r>
        <w:rPr>
          <w:b/>
        </w:rPr>
        <w:t>Творческий опыт</w:t>
      </w:r>
      <w:r>
        <w:t>— участие в</w:t>
      </w:r>
      <w:r>
        <w:rPr>
          <w:b/>
        </w:rPr>
        <w:t>мастер-классе</w:t>
      </w:r>
      <w:r>
        <w:t>и создание собственного сувенира.</w:t>
      </w:r>
    </w:p>
    <w:p>
      <w:pPr>
        <w:pStyle w:val="ListBullet"/>
      </w:pPr>
      <w:r>
        <w:rPr>
          <w:b/>
        </w:rPr>
        <w:t>Эмоциональное впечатление</w:t>
      </w:r>
      <w:r>
        <w:t>— посещение Березниковского драматического</w:t>
      </w:r>
      <w:r>
        <w:rPr>
          <w:b/>
        </w:rPr>
        <w:t>театра</w:t>
      </w:r>
      <w:r>
        <w:t>с яркими постановками.</w:t>
      </w:r>
    </w:p>
    <w:p>
      <w:pPr>
        <w:pStyle w:val="ListBullet"/>
      </w:pPr>
      <w:r>
        <w:rPr>
          <w:b/>
        </w:rPr>
        <w:t>Уникальное сочетание</w:t>
      </w:r>
      <w:r>
        <w:t>— история, творчество и культура в одном туре.</w:t>
      </w:r>
    </w:p>
    <w:p>
      <w:pPr>
        <w:pStyle w:val="Heading1"/>
      </w:pPr>
      <w:r>
        <w:t>В стоимость тура входит</w:t>
      </w:r>
    </w:p>
    <w:p>
      <w:r>
        <w:t>- транспортное обслуживание (в зависимости от количества человек возможен комфортабельный автобус, микроавтобус, минивен, машина);</w:t>
      </w:r>
      <w:r>
        <w:br/>
      </w:r>
      <w:r>
        <w:t>- экскурсионное обслуживание;</w:t>
      </w:r>
      <w:r>
        <w:br/>
      </w:r>
      <w:r>
        <w:t>- обед;</w:t>
      </w:r>
      <w:r>
        <w:br/>
      </w:r>
      <w:r>
        <w:t>- творческий мастер-класс;</w:t>
      </w:r>
      <w:r>
        <w:br/>
      </w:r>
      <w:r>
        <w:t>- билет на спектакль в Березниковском драматическом театре;</w:t>
      </w:r>
      <w:r>
        <w:br/>
      </w:r>
      <w:r>
        <w:t>- страховка на проезд в автобусе;</w:t>
      </w:r>
      <w:r>
        <w:br/>
      </w:r>
      <w:r>
        <w:t>- услуги сопровождающего на маршруте.</w:t>
      </w:r>
      <w:r>
        <w:br/>
      </w:r>
      <w:r>
        <w:br/>
      </w:r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t>- Доп. питание;</w:t>
      </w:r>
      <w:r>
        <w:br/>
      </w:r>
      <w:r>
        <w:t>- Сувениры;</w:t>
      </w:r>
    </w:p>
    <w:p>
      <w:pPr>
        <w:pStyle w:val="Heading1"/>
      </w:pPr>
      <w:r>
        <w:t>Информация о транспорте</w:t>
      </w:r>
    </w:p>
    <w:p>
      <w:r>
        <w:t>09.00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Борчанинова</w:t>
        </w:r>
      </w:hyperlink>
      <w:r>
        <w:br/>
      </w:r>
      <w:r>
        <w:t>09.15 –</w:t>
      </w:r>
      <w:hyperlink r:id="rId10">
        <w:r>
          <w:rPr>
            <w:color w:val="0000FF"/>
            <w:u w:val="single"/>
          </w:rPr>
          <w:t>ост. Площадь Восстания</w:t>
        </w:r>
      </w:hyperlink>
      <w:r>
        <w:br/>
      </w:r>
      <w:r>
        <w:t>09.35 –</w:t>
      </w:r>
      <w:hyperlink r:id="rId11">
        <w:r>
          <w:rPr>
            <w:color w:val="0000FF"/>
            <w:u w:val="single"/>
          </w:rPr>
          <w:t>ост. Лодочная станция</w:t>
        </w:r>
      </w:hyperlink>
      <w:r>
        <w:br/>
      </w:r>
      <w:r>
        <w:t>09.40 –</w:t>
      </w:r>
      <w:hyperlink r:id="rId12">
        <w:r>
          <w:rPr>
            <w:color w:val="0000FF"/>
            <w:u w:val="single"/>
          </w:rPr>
          <w:t>ост. Отворот на Голованово</w:t>
        </w:r>
      </w:hyperlink>
      <w:r>
        <w:br/>
      </w:r>
      <w:r>
        <w:t>09.55 –</w:t>
      </w:r>
      <w:hyperlink r:id="rId13">
        <w:r>
          <w:rPr>
            <w:color w:val="0000FF"/>
            <w:u w:val="single"/>
          </w:rPr>
          <w:t>ост. Ивановка</w:t>
        </w:r>
      </w:hyperlink>
    </w:p>
    <w:p>
      <w:pPr>
        <w:pStyle w:val="Heading1"/>
      </w:pPr>
      <w:r>
        <w:t>Документы для поездки</w:t>
      </w:r>
    </w:p>
    <w:p>
      <w:r>
        <w:t>Паспорт, свидетельство о рождении, мед. полис</w:t>
      </w:r>
      <w:r>
        <w:br/>
      </w:r>
      <w:hyperlink r:id="rId14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могут быть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t>9.00 - Выезд из Перми.</w:t>
      </w:r>
      <w:r>
        <w:br/>
      </w:r>
      <w:r>
        <w:t>12.30-13.30 - Экскурсия по Соликамску. Знакомство с историей города как центра солеварения, архитектурным наследием, промышленными объектами, религиозными памятниками и культурными точками.</w:t>
      </w:r>
      <w:r>
        <w:br/>
      </w:r>
      <w:r>
        <w:t>13.30-14.30 - Обед в кафе города.</w:t>
      </w:r>
      <w:r>
        <w:br/>
      </w:r>
      <w:r>
        <w:t>14.30-15.20 - Переезд в Березники.</w:t>
      </w:r>
      <w:r>
        <w:br/>
      </w:r>
      <w:r>
        <w:t>15.30 -  Увлекательный творческий мастер-класс, где вы своими руками создадите уникальный сувенир, хранящий тепло и атмосферу путешествия. Это не просто занятие, а маленькое приключение, после которого у вас останется памятный знак с частичкой местной души.</w:t>
      </w:r>
      <w:r>
        <w:br/>
      </w:r>
      <w:r>
        <w:rPr>
          <w:b/>
        </w:rPr>
        <w:t>! Обратите внимание,  в случае набора большой группы</w:t>
      </w:r>
      <w:r>
        <w:t>—</w:t>
      </w:r>
      <w:r>
        <w:rPr>
          <w:b/>
        </w:rPr>
        <w:t>на мастер-класс группа делится на 2 части: 1 - участвуют в МК, 2 - отправляются на прогулку по Березникам</w:t>
      </w:r>
      <w:r>
        <w:br/>
      </w:r>
      <w:r>
        <w:t>18.00 - Березниковский драматический театр. Один из ведущих культурных центров города, основанный в 1942 году. Здесь на сцене оживают лучшие произведения классики и современные постановки, которые впечатляют глубиной и искренностью. Тёплая атмосфера, талантливая труппа и яркие эмоции сделают ваш вечер по-настоящему незабываемым.</w:t>
      </w:r>
      <w:r>
        <w:br/>
      </w:r>
      <w:r>
        <w:t>20.00 - Ориентировочное время отправления в Пермь. По пути остановка на ужин.</w:t>
      </w:r>
      <w:r>
        <w:br/>
      </w:r>
      <w:r>
        <w:t>23.30 - Ориентировочное время прибытия в Пермь.</w:t>
      </w:r>
      <w:r>
        <w:br/>
      </w:r>
      <w:r>
        <w:br/>
      </w:r>
      <w:r>
        <w:rPr>
          <w:i/>
        </w:rP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прибытия.*Оператор оставляет за собой право вносить изменения в программу с сохранением объема обслуживания. Запланируйте деньги на такси в случае раннего или позднего прибытия.*Даты тура и тайминг могут меняться в зависимости от афиши театра.*Просим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yandex.ru/maps/?um=constructor%3Ae6f524387b89444767530c62848554a79d8f05c72543cb471e79f7754378d041&amp;source=constructorLink" TargetMode="External"/><Relationship Id="rId10" Type="http://schemas.openxmlformats.org/officeDocument/2006/relationships/hyperlink" Target="https://yandex.ru/maps/?um=constructor%3A2cb878ce4f3a9b2d494ab692039d6761f9d721b6e11595dab45ffde9b03ef961&amp;source=constructorLink" TargetMode="External"/><Relationship Id="rId11" Type="http://schemas.openxmlformats.org/officeDocument/2006/relationships/hyperlink" Target="https://yandex.ru/maps/50/perm/stops/stop__9906369/?ll=56.367960%2C58.116286&amp;rtext=58.294980%2C56.405154~56.852775%2C53.211463&amp;rtt=auto&amp;ruri=~&amp;tab=overview&amp;z=16" TargetMode="External"/><Relationship Id="rId12" Type="http://schemas.openxmlformats.org/officeDocument/2006/relationships/hyperlink" Target="https://yandex.ru/maps/?um=constructor%3A778cb109235692ad9bbcf56a3cc7c75582ca89a7df435406e10149a24cc9da55&amp;source=constructorLink" TargetMode="External"/><Relationship Id="rId13" Type="http://schemas.openxmlformats.org/officeDocument/2006/relationships/hyperlink" Target="https://yandex.ru/maps/?um=constructor%3A60147b855b2970fe4e03ee1d87bb59ca6f731c3f5af10534fc21e03535003465&amp;source=constructorLink" TargetMode="External"/><Relationship Id="rId14" Type="http://schemas.openxmlformats.org/officeDocument/2006/relationships/hyperlink" Target="https://docs.google.com/document/d/1I7-xsh8XhXeNqQmV4zGf0s3AEkXe3Vg0fkx5GUxz5VI/edit?tab=t.0#heading=h.1owj0ogjaeh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