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 Петербурга до Выборга, г. Санкт-Петербург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Санкт-Петербург - Выборг - Пермь</w:t>
      </w:r>
    </w:p>
    <w:p>
      <w:pPr>
        <w:pStyle w:val="Heading1"/>
      </w:pPr>
      <w:r>
        <w:t>Описание тура</w:t>
      </w:r>
    </w:p>
    <w:p>
      <w:r>
        <w:t>Окунитесь в атмосферу величия и изящества, отправившись в незабываемое путешествие по «Парадному Петербургу»! Вас ждут роскошные дворцы, золотые купола соборов, живописные набережные и легенды старого города. Вы прогуляетесь по Дворцовой площади, увидите крейсер «Аврора», насладитесь магией фонтанов Петергофа и романтикой Выборга. Загадочный Кронштадт, таинственный Монрепо и блеск императорской столицы оставят в сердце яркие воспоминания. Комфорт, продуманная программа и профессиональные гиды сделают путешествие по-настоящему волшебным. Петербург ждет вас!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: новые туристические автобусы, оснащённые кондиционерами, экранами для фильмов и мягкими креслами.</w:t>
      </w:r>
    </w:p>
    <w:p>
      <w:r>
        <w:rPr>
          <w:b/>
        </w:rPr>
        <w:t>Профессиональные сопровождающие</w:t>
      </w:r>
      <w:r>
        <w:t>: квалифицированные гиды и сопровождающие с опытом работы, умеющие работать с группой и вовлекать в маршрут.</w:t>
      </w:r>
    </w:p>
    <w:p>
      <w:r>
        <w:rPr>
          <w:b/>
        </w:rPr>
        <w:t>Питание</w:t>
      </w:r>
      <w:r>
        <w:t>: включены завтраки в гостинице, обеды по программе (в зависимости от тарифа), продуманное время для приёма пищи.</w:t>
      </w:r>
    </w:p>
    <w:p>
      <w:r>
        <w:rPr>
          <w:b/>
        </w:rPr>
        <w:t>Насыщенная экскурсионная программа (16+ объектов)</w:t>
      </w:r>
      <w:r>
        <w:t>:</w:t>
      </w:r>
    </w:p>
    <w:p>
      <w:pPr>
        <w:pStyle w:val="ListBullet"/>
      </w:pPr>
      <w:r>
        <w:t>Обзорная экскурсия «Парадный Петербург»</w:t>
      </w:r>
    </w:p>
    <w:p>
      <w:pPr>
        <w:pStyle w:val="ListBullet"/>
      </w:pPr>
      <w:r>
        <w:t>Летний сад / Новая Голландия</w:t>
      </w:r>
    </w:p>
    <w:p>
      <w:pPr>
        <w:pStyle w:val="ListBullet"/>
      </w:pPr>
      <w:r>
        <w:t>Крейсер «Аврора» (внешний осмотр)</w:t>
      </w:r>
    </w:p>
    <w:p>
      <w:pPr>
        <w:pStyle w:val="ListBullet"/>
      </w:pPr>
      <w:r>
        <w:t>Петропавловская крепость</w:t>
      </w:r>
    </w:p>
    <w:p>
      <w:pPr>
        <w:pStyle w:val="ListBullet"/>
      </w:pPr>
      <w:r>
        <w:t>Казанский собор</w:t>
      </w:r>
    </w:p>
    <w:p>
      <w:pPr>
        <w:pStyle w:val="ListBullet"/>
      </w:pPr>
      <w:r>
        <w:t>Площадь Искусств</w:t>
      </w:r>
    </w:p>
    <w:p>
      <w:pPr>
        <w:pStyle w:val="ListBullet"/>
      </w:pPr>
      <w:r>
        <w:t>Петергоф (Нижний парк)</w:t>
      </w:r>
    </w:p>
    <w:p>
      <w:pPr>
        <w:pStyle w:val="ListBullet"/>
      </w:pPr>
      <w:r>
        <w:t>Константиновский дворец (проездом)</w:t>
      </w:r>
    </w:p>
    <w:p>
      <w:pPr>
        <w:pStyle w:val="ListBullet"/>
      </w:pPr>
      <w:r>
        <w:t>Выборг: парк Монрепо, центр города, замок</w:t>
      </w:r>
    </w:p>
    <w:p>
      <w:pPr>
        <w:pStyle w:val="ListBullet"/>
      </w:pPr>
      <w:r>
        <w:t>Кронштадт: Никольский морской собор, «Остров фортов», дамба и инженерные сооружения</w:t>
      </w:r>
    </w:p>
    <w:p>
      <w:pPr>
        <w:pStyle w:val="ListBullet"/>
      </w:pPr>
      <w:r>
        <w:t>Проезд по дамбе и Большой Петергофской дороге</w:t>
      </w:r>
    </w:p>
    <w:p>
      <w:r>
        <w:t>Общий охват —</w:t>
      </w:r>
      <w:r>
        <w:rPr>
          <w:b/>
        </w:rPr>
        <w:t>два города (СПб и Выборг) + Кронштадт + Петергоф</w:t>
      </w:r>
      <w:r>
        <w:t>,</w:t>
      </w:r>
      <w:r>
        <w:rPr>
          <w:b/>
        </w:rPr>
        <w:t>4 полноценных экскурсионных дня</w:t>
      </w:r>
      <w:r>
        <w:t>, оптимальный ритм без перегруза.</w:t>
      </w:r>
    </w:p>
    <w:p>
      <w:r>
        <w:rPr>
          <w:b/>
        </w:rPr>
        <w:t>Живописные загородные экскурсии</w:t>
      </w:r>
      <w:r>
        <w:t>– путешествие в Выборг с посещением уникального парка Монрепо и Выборгского замка, а также поездка в легендарный Петергоф с его великолепными фонтанами, дворцами и живописными аллеями Нижнего парка.</w:t>
      </w:r>
    </w:p>
    <w:p>
      <w:r>
        <w:rPr>
          <w:b/>
        </w:rPr>
        <w:t>Комфортное размещение и сбалансированное расписание</w:t>
      </w:r>
      <w:r>
        <w:t>– удобные гостиницы, свободное время для прогулок, а также возможность выбора между стандартным и комфортным вариантами с включенными обедами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Программа "комфорт":</w:t>
      </w:r>
      <w:r>
        <w:t>проезд на комфортабельном автобусе, сопровождающий по маршруту, страховка по проезду в автобусе, экскурсии по программе, питание по программе (3 обеда, 3 завтрака), проживание в гостинице.</w:t>
      </w:r>
      <w:r>
        <w:br/>
      </w:r>
      <w:r>
        <w:br/>
      </w:r>
      <w:r>
        <w:rPr>
          <w:b/>
        </w:rPr>
        <w:t>Программа "стандарт":</w:t>
      </w:r>
      <w:r>
        <w:t>проезд на комфортабельном автобусе, сопровождающий по маршруту, страховка по проезду в автобусе, экскурсии по программе, питание по программе (3 завтрака, 1 обед), проживание в гостинице.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Второе место в автобусе – 13 500 р.</w:t>
      </w:r>
      <w:r>
        <w:br/>
      </w:r>
      <w:r>
        <w:br/>
      </w:r>
      <w:r>
        <w:rPr>
          <w:b/>
        </w:rPr>
        <w:t>Ночная автобусная экскурсия.</w:t>
      </w:r>
    </w:p>
    <w:p>
      <w:r>
        <w:rPr>
          <w:b/>
        </w:rPr>
        <w:t>При наборе туристов в количестве:</w:t>
      </w:r>
    </w:p>
    <w:p>
      <w:pPr>
        <w:pStyle w:val="ListBullet"/>
      </w:pPr>
      <w:r>
        <w:t>10-14 чел:</w:t>
      </w:r>
    </w:p>
    <w:p>
      <w:pPr>
        <w:pStyle w:val="ListBullet"/>
      </w:pPr>
      <w:r>
        <w:t>15-19 чел:</w:t>
      </w:r>
    </w:p>
    <w:p>
      <w:pPr>
        <w:pStyle w:val="ListBullet"/>
      </w:pPr>
      <w:r>
        <w:t>20-24 чел:</w:t>
      </w:r>
    </w:p>
    <w:p>
      <w:pPr>
        <w:pStyle w:val="ListBullet"/>
      </w:pPr>
      <w:r>
        <w:t>от 25 чел:</w:t>
      </w:r>
    </w:p>
    <w:p>
      <w:r>
        <w:t>*Стоимость одинаковая на всех вне зависимости от возраста туриста. Денежные средства отдаются сопровождающей в туре.</w:t>
      </w:r>
    </w:p>
    <w:p>
      <w:pPr>
        <w:pStyle w:val="Heading1"/>
      </w:pPr>
      <w:r>
        <w:t>Проживание</w:t>
      </w:r>
    </w:p>
    <w:p>
      <w:r>
        <w:rPr>
          <w:b/>
        </w:rPr>
        <w:t>Внимание! В Санкт-Петербурге с 01 апреля 2024г.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rPr>
          <w:i/>
        </w:rPr>
        <w:t>От уплаты курортного сбора освобождена22 льготная категория гражданпри предъявлении оригинала документа или его заверенной копии, в том числе ветераны, инвалиды 1-2 групп, члены многодетных семей и другие. Необходимо предъявить оригинал и заверенную в установленном порядке копию документа, подтверждающего льготу. Гостиница сканирует этот документ и подгружает в систему обмена данными.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оставляет за собой право заменить гостиницу на аналогичную либо выше уровнем.* 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22.40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22.45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23.30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23.50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23.40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00.40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01.25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01.40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02.40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</w:t>
      </w:r>
      <w:r>
        <w:br/>
      </w:r>
      <w:r>
        <w:t>– Пенсионное удостоверение, студенческий билет.</w:t>
      </w:r>
      <w:r>
        <w:br/>
      </w:r>
      <w:r>
        <w:t>– 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период).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22.00 – Выезд из Перми</w:t>
      </w:r>
    </w:p>
    <w:p>
      <w:r>
        <w:rPr>
          <w:b/>
        </w:rPr>
        <w:t>2 день:</w:t>
      </w:r>
      <w:r>
        <w:br/>
      </w:r>
      <w:r>
        <w:t>В пути просмотр фильмов.</w:t>
      </w:r>
    </w:p>
    <w:p>
      <w:r>
        <w:rPr>
          <w:b/>
        </w:rPr>
        <w:t>3 день:</w:t>
      </w:r>
      <w:r>
        <w:br/>
      </w:r>
      <w:r>
        <w:t>09.00 – Встреча с гидом на Площади Победы у гостиницы Park Inn.</w:t>
      </w:r>
      <w:r>
        <w:br/>
      </w:r>
      <w:r>
        <w:t>09.30 –</w:t>
      </w:r>
      <w:r>
        <w:rPr>
          <w:b/>
        </w:rPr>
        <w:t>Проезд по Невскому проспекту «Здравствуй, Питер!.. Здравствуй, Невский!...»</w:t>
      </w:r>
      <w:r>
        <w:br/>
      </w:r>
      <w:r>
        <w:t>10.00 –</w:t>
      </w:r>
      <w:r>
        <w:rPr>
          <w:b/>
        </w:rPr>
        <w:t>Обзорная экскурсия по городу «Парадный Петербург» -</w:t>
      </w:r>
      <w:r>
        <w:t>это путешествие по самым знаковым местам города, где величие истории сочетается с изяществом архитектуры. Вас ждет встреча с величественными дворцами, грандиозными храмами, живописными набережными и площадями, хранящими дух имперской столицы. Этот маршрут погружает в атмосферу роскоши и гармонии, раскрывая уникальный облик Петербурга во всей его красе: стрелкой Васильевского острова, Здание Двенадцати коллегий, Университетской набережной, зданием Адмиралтейства, ансамблями центральных площадей (Сенатской, Исаакиевской, Дворцовой), Марсовом полем, храмом «Спас на крови»</w:t>
      </w:r>
      <w:r>
        <w:br/>
      </w:r>
      <w:r>
        <w:t>12.30 –</w:t>
      </w:r>
      <w:r>
        <w:rPr>
          <w:b/>
        </w:rPr>
        <w:t>Посещение Летнего сада.</w:t>
      </w:r>
      <w:r>
        <w:t>Это старейший сад города. Над его созданием трудились известнейшие русские и иностранные архитекторы и садовники, а исправления в план вносил сам Петр I. Сад украшают фонтаны, пруды, зеленые лабиринты и тоннели, красивейшие клумбы, старинные вазы. А самые знаменитые «жители» Летнего сада – мраморные скульптуры. (в даты проведения в Летнем Саду мероприятий будет производится замена на посещение острова Новая Голландия.</w:t>
      </w:r>
    </w:p>
    <w:p>
      <w:r>
        <w:t>[slider id=30]</w:t>
      </w:r>
      <w:r>
        <w:br/>
      </w:r>
      <w:r>
        <w:t>14.00 –</w:t>
      </w:r>
      <w:r>
        <w:rPr>
          <w:b/>
        </w:rPr>
        <w:t>Обед</w:t>
      </w:r>
      <w:r>
        <w:br/>
      </w:r>
      <w:r>
        <w:t>15.00 – Отъезд на размещение.</w:t>
      </w:r>
      <w:r>
        <w:br/>
      </w:r>
      <w:r>
        <w:t>15.30 – Размещение в гостинице. Отдых.</w:t>
      </w:r>
    </w:p>
    <w:p>
      <w:r>
        <w:rPr>
          <w:b/>
        </w:rPr>
        <w:t>4 день:</w:t>
      </w:r>
      <w:r>
        <w:br/>
      </w:r>
      <w:r>
        <w:t>Завтрак</w:t>
      </w:r>
      <w:r>
        <w:br/>
      </w:r>
      <w:r>
        <w:t>08.00 –</w:t>
      </w:r>
      <w:r>
        <w:rPr>
          <w:b/>
        </w:rPr>
        <w:t>Загородная экскурсия в Выборг. Путевая информация.</w:t>
      </w:r>
      <w:r>
        <w:br/>
      </w:r>
      <w:r>
        <w:t>11.00 –</w:t>
      </w:r>
      <w:r>
        <w:rPr>
          <w:b/>
        </w:rPr>
        <w:t>Экскурсия по парку Монрепо</w:t>
      </w:r>
      <w:r>
        <w:t>– редкой красоты скальный пейзажный парк XVIII-XIX веков, прославившийся как один из самых красивых парков Европы. Сочетание необычной природы и вдохновенной романтики пейзажного парка придает Монрепо особую притягательность.</w:t>
      </w:r>
      <w:r>
        <w:br/>
      </w:r>
      <w:r>
        <w:t>13.00 –</w:t>
      </w:r>
      <w:r>
        <w:rPr>
          <w:b/>
        </w:rPr>
        <w:t>Обзорная автобусно-пешеходная экскурсия по центру Выборга.</w:t>
      </w:r>
      <w:r>
        <w:t>Вы узнаете об истории города, его легендах и тайнах. Увидите Рыночную площадь, Собор Петра и Павла, Спасо-Преображенский собор, бастион «Панцерлакс», башню Ратуши</w:t>
      </w:r>
      <w:r>
        <w:rPr>
          <w:b/>
        </w:rPr>
        <w:t>и посетите территорию Выборгского замка*</w:t>
      </w:r>
      <w:r>
        <w:t>(без экскурсии)</w:t>
      </w:r>
      <w:r>
        <w:br/>
      </w:r>
      <w:r>
        <w:rPr>
          <w:b/>
        </w:rPr>
        <w:t>Внимание! Башня Св. Олафа закрыта на реставрацию</w:t>
      </w:r>
      <w:r>
        <w:t>.</w:t>
      </w:r>
    </w:p>
    <w:p>
      <w:r>
        <w:t>[slider id=54]</w:t>
      </w:r>
    </w:p>
    <w:p>
      <w:r>
        <w:t>16.00 –</w:t>
      </w:r>
      <w:r>
        <w:rPr>
          <w:b/>
        </w:rPr>
        <w:t>Обед (для варианта Комфорт)</w:t>
      </w:r>
      <w:r>
        <w:br/>
      </w:r>
      <w:r>
        <w:rPr>
          <w:b/>
        </w:rPr>
        <w:t>Для варианта Стандарт – свободное время</w:t>
      </w:r>
      <w:r>
        <w:br/>
      </w:r>
      <w:r>
        <w:t>17.30 – Отъезд в Санкт-Петербург</w:t>
      </w:r>
      <w:r>
        <w:br/>
      </w:r>
      <w:r>
        <w:t>20.30 – Окончание программы по месту проживания</w:t>
      </w:r>
    </w:p>
    <w:p>
      <w:r>
        <w:rPr>
          <w:b/>
        </w:rPr>
        <w:t>5 день:</w:t>
      </w:r>
      <w:r>
        <w:br/>
      </w:r>
      <w:r>
        <w:rPr>
          <w:i/>
        </w:rPr>
        <w:t>Завтрак.</w:t>
      </w:r>
      <w:r>
        <w:br/>
      </w:r>
      <w:r>
        <w:t>10.00 – Встреча с гидом. Отъезд на программу.</w:t>
      </w:r>
      <w:r>
        <w:br/>
      </w:r>
      <w:r>
        <w:t>10.30 – Знакомство с историей</w:t>
      </w:r>
      <w:r>
        <w:rPr>
          <w:b/>
        </w:rPr>
        <w:t>крейсера «Аврора»</w:t>
      </w:r>
      <w:r>
        <w:t>- военный корабль, участник революционных событий 1917 г. (внешний осмотр)</w:t>
      </w:r>
      <w:r>
        <w:br/>
      </w:r>
      <w:r>
        <w:t>11.00 –</w:t>
      </w:r>
      <w:r>
        <w:rPr>
          <w:b/>
        </w:rPr>
        <w:t>Прогулка-экскурсия по территории Петропавловской крепости «Здесь будет город заложен».</w:t>
      </w:r>
      <w:r>
        <w:t>Крепость старейшая постройка города. Вы увидите бастионы и здания XVIII в., собор Святых Петра и Павла (усыпальницу российских императоров), памятник Петру I. Выход на Комендантскую пристань, откуда открывается лучшая панорама Дворцовой набережной.</w:t>
      </w:r>
      <w:r>
        <w:br/>
      </w:r>
      <w:r>
        <w:t>13.30 – Знакомство</w:t>
      </w:r>
      <w:r>
        <w:rPr>
          <w:b/>
        </w:rPr>
        <w:t>с ансамблем площади Искусств</w:t>
      </w:r>
      <w:r>
        <w:t>(Михайловский театр, Михайловский дворец, здание дворянского собрания, памятник А.С. Пушкину) и</w:t>
      </w:r>
      <w:r>
        <w:rPr>
          <w:b/>
        </w:rPr>
        <w:t>Казанской площадью</w:t>
      </w:r>
      <w:r>
        <w:t>(история создания Казанского собора).</w:t>
      </w:r>
      <w:r>
        <w:rPr>
          <w:b/>
        </w:rPr>
        <w:t>Посещение Казанского собора</w:t>
      </w:r>
      <w:r>
        <w:t>- главного кафедрального собора города, освященного в честь Казанской иконы Божией Матери – покровительницы русского воинства. Собор – памятник воинской славы 1812 года, место захоронения великого русского полководца М.И. Кутузова.</w:t>
      </w:r>
      <w:r>
        <w:br/>
      </w:r>
      <w:r>
        <w:t>14.45 –</w:t>
      </w:r>
      <w:r>
        <w:rPr>
          <w:b/>
        </w:rPr>
        <w:t>Обед (для варианта Комфорт)</w:t>
      </w:r>
      <w:r>
        <w:br/>
      </w:r>
      <w:r>
        <w:rPr>
          <w:b/>
        </w:rPr>
        <w:t>Для варианта Стандарт – свободное время</w:t>
      </w:r>
      <w:r>
        <w:br/>
      </w:r>
      <w:r>
        <w:t>15.30 – Свободное время в центре города или возвращение в гостиницу.</w:t>
      </w:r>
    </w:p>
    <w:p>
      <w:r>
        <w:t>[slider id=32]</w:t>
      </w:r>
    </w:p>
    <w:p>
      <w:r>
        <w:rPr>
          <w:b/>
        </w:rPr>
        <w:t>6 день:</w:t>
      </w:r>
      <w:r>
        <w:br/>
      </w:r>
      <w:r>
        <w:rPr>
          <w:b/>
        </w:rPr>
        <w:t>Завтрак</w:t>
      </w:r>
      <w:r>
        <w:rPr>
          <w:b/>
        </w:rPr>
        <w:t>.</w:t>
      </w:r>
      <w:r>
        <w:t>Освобождение номеров.</w:t>
      </w:r>
      <w:r>
        <w:br/>
      </w:r>
      <w:r>
        <w:t>09.00 – Встреча с гидом. Отъезд на программу.</w:t>
      </w:r>
      <w:r>
        <w:rPr>
          <w:b/>
        </w:rPr>
        <w:t>Загородная экскурсия в Петергоф. Экскурсия по трассе «Большая Петергофская дорога – дорога императоров и президентов»</w:t>
      </w:r>
      <w:r>
        <w:t>на проезде туристы увидят Константиновский дворец (государственная резиденция президента России в Санкт-Петербурге и Дворец Конгрессов), Дворец Петра I в Стрельне, дворцовые усадьбы Знаменка, Михайловка, Александрия.</w:t>
      </w:r>
      <w:r>
        <w:br/>
      </w:r>
      <w:r>
        <w:t>10.30 –</w:t>
      </w:r>
      <w:r>
        <w:rPr>
          <w:b/>
        </w:rPr>
        <w:t>Экскурсия по Нижнему парку «Летят алмазные фонтаны с</w:t>
      </w:r>
      <w:r>
        <w:rPr>
          <w:b/>
        </w:rPr>
        <w:t>веселым шумом к облакам…</w:t>
      </w:r>
      <w:r>
        <w:rPr>
          <w:b/>
        </w:rPr>
        <w:t>».</w:t>
      </w:r>
      <w:r>
        <w:t>Этот парк фантастически хорош собой. Зелень деревьев, цветники, Финский залив, фонтаны, дворцы и павильоны создают неповторимую атмосферу вечного праздника. Возвращаться сюда можно бесконечно!</w:t>
      </w:r>
    </w:p>
    <w:p>
      <w:r>
        <w:t>[slider id=53]</w:t>
      </w:r>
      <w:r>
        <w:br/>
      </w:r>
      <w:r>
        <w:t>13.30 – Поездка на остров Котлин в город-крепость</w:t>
      </w:r>
      <w:r>
        <w:rPr>
          <w:b/>
        </w:rPr>
        <w:t>Кронштадт.</w:t>
      </w:r>
      <w:r>
        <w:t>С момента основания главной задачей Кронштадта была защита Петербурга со стороны моря. Путь пройдет через Финский залив по дамбе комплекса защитных сооружений от наводнений. Туристы узнают</w:t>
      </w:r>
      <w:r>
        <w:rPr>
          <w:b/>
        </w:rPr>
        <w:t>историю строительства защитных сооружений (</w:t>
      </w:r>
      <w:r>
        <w:t>создания дамбы и знакомство с ее инженерными сооружениями-водопропусниками, мост над Морским каналом и подводный автомобильный тоннель под фарватером Морского канала, соединяющего морской порт Петербурга с водными путями на Балтике.</w:t>
      </w:r>
      <w:r>
        <w:br/>
      </w:r>
      <w:r>
        <w:t>14.15 –</w:t>
      </w:r>
      <w:r>
        <w:rPr>
          <w:b/>
        </w:rPr>
        <w:t>Обзорная экскурсия по Кронштадту</w:t>
      </w:r>
      <w:r>
        <w:t>(старые крепостные стены крепости, морской док, Летний сад, чугунная мостовая, Якорная площадь - главная площадь города, памятники Петру</w:t>
      </w:r>
      <w:r>
        <w:t>и Адмиралу Макарову).</w:t>
      </w:r>
      <w:r>
        <w:rPr>
          <w:b/>
        </w:rPr>
        <w:t>Посещение нового Музейно-исторического парка «Остров фортов» Кронштадт.</w:t>
      </w:r>
      <w:r>
        <w:br/>
      </w:r>
      <w:r>
        <w:t>Это первый и самый большой в России парк, посвященный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  <w:r>
        <w:br/>
      </w:r>
      <w:r>
        <w:t>Знакомство с жемчужиной Кронштадта, высотной доминантой акватории залива - великолепным</w:t>
      </w:r>
      <w:r>
        <w:rPr>
          <w:b/>
        </w:rPr>
        <w:t>Никольским Морским собором</w:t>
      </w:r>
      <w:r>
        <w:t>(собор был задуман как Храм-памятник всем погибшим морякам).</w:t>
      </w:r>
    </w:p>
    <w:p>
      <w:r>
        <w:t>[slider id=33]</w:t>
      </w:r>
    </w:p>
    <w:p>
      <w:r>
        <w:t>16.45 – Отъезд</w:t>
      </w:r>
    </w:p>
    <w:p>
      <w:r>
        <w:rPr>
          <w:b/>
        </w:rPr>
        <w:t>7 день:</w:t>
      </w:r>
      <w:r>
        <w:br/>
      </w:r>
      <w:r>
        <w:t>В дороге. Обмен впечатлениями, просмотр фильмов.</w:t>
      </w:r>
    </w:p>
    <w:p>
      <w:r>
        <w:rPr>
          <w:b/>
        </w:rPr>
        <w:t>8 день:</w:t>
      </w:r>
      <w:r>
        <w:br/>
      </w:r>
      <w:r>
        <w:t>03.00 – 04.00 – ориентировочное время прибытие в г. Пермь.</w:t>
      </w:r>
    </w:p>
    <w:p>
      <w:r>
        <w:rPr>
          <w:i/>
        </w:rPr>
        <w:t>* Обратите внимание! Очередность дней в программе может меняться, учитывайте это при планировании свободного времени.*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прибытия.* 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Школьники до 15 лет включительно - 900 руб</w:t>
      </w:r>
      <w:r>
        <w:br/>
      </w:r>
      <w:r>
        <w:t>Школьники/студенты 16-18 лет - 650 руб</w:t>
      </w:r>
    </w:p>
    <w:p>
      <w:r>
        <w:t>Скидка для туристов из Удмуртии: 300 р.</w:t>
      </w:r>
      <w:r>
        <w:br/>
      </w:r>
      <w:r>
        <w:t>Скидка на последний ряд: 300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