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Обзорная экскурсия "Новогодняя Пермь"</w:t>
      </w:r>
    </w:p>
    <w:p>
      <w:pPr>
        <w:pStyle w:val="Heading1"/>
      </w:pPr>
      <w:r>
        <w:t>Информация тура</w:t>
      </w:r>
    </w:p>
    <w:p>
      <w:r>
        <w:t>Пермь</w:t>
      </w:r>
    </w:p>
    <w:p>
      <w:pPr>
        <w:pStyle w:val="Heading1"/>
      </w:pPr>
      <w:r>
        <w:t>Описание тура</w:t>
      </w:r>
    </w:p>
    <w:p>
      <w:r>
        <w:t>Новый год - самый любимый праздник, много гостей приезжает в наш город!</w:t>
      </w:r>
      <w:r>
        <w:br/>
      </w:r>
      <w:r>
        <w:t>Мы предлагаем начать новый 2026 год со знакомства с Пермью! Будет интересно и гостям и жителям города!</w:t>
      </w:r>
      <w:r>
        <w:br/>
      </w:r>
      <w:r>
        <w:t>В России много городов, но каждый имеет свою, отличную от других городов историю, свои неповторимые особенности в архитектуре, свои традиции.</w:t>
      </w:r>
      <w:r>
        <w:br/>
      </w:r>
      <w:r>
        <w:t>Пермь - город особенный, здесь гармонично переплетаются черты самого развитого и богатого купеческого города 19 века с пафосными домами советского периода и зданиями современного мегаполиса, лидирующие предприятия Урала.</w:t>
      </w:r>
      <w:r>
        <w:br/>
      </w:r>
      <w:r>
        <w:t>Пермь - очаровательна. Здешними красотами восхищались многие писатели и художники! Какой была Пермь более 290 лет назад? Как развивался город? Кто является покровителем города? Какие здесь жили люди, чем они занимались? Чем славится город? Почему в Перми такие талантливые люди?</w:t>
      </w:r>
      <w:r>
        <w:br/>
      </w:r>
      <w:r>
        <w:t>Ответы на эти вопросы найдете на обзорной экскурсии.</w:t>
      </w:r>
    </w:p>
    <w:p>
      <w:pPr>
        <w:pStyle w:val="Heading1"/>
      </w:pPr>
      <w:r>
        <w:t>Преимущества</w:t>
      </w:r>
    </w:p>
    <w:p>
      <w:r>
        <w:rPr>
          <w:b/>
        </w:rPr>
        <w:t>Праздничное настроение с самого утра</w:t>
      </w:r>
      <w:r>
        <w:t>- начало экскурсии в 10:00 — отличный способ начать день в волшебной атмосфере Нового года.</w:t>
      </w:r>
    </w:p>
    <w:p>
      <w:r>
        <w:rPr>
          <w:b/>
        </w:rPr>
        <w:t>Комфортное путешествие на автобусе</w:t>
      </w:r>
      <w:r>
        <w:br/>
      </w:r>
      <w:r>
        <w:rPr>
          <w:b/>
        </w:rPr>
        <w:t>Максимум достопримечательностей за одно утро</w:t>
      </w:r>
    </w:p>
    <w:p>
      <w:pPr>
        <w:pStyle w:val="ListBullet"/>
      </w:pPr>
      <w:r>
        <w:t>Обзорная экскурсия охватывает ключевые символы Перми:</w:t>
      </w:r>
    </w:p>
    <w:p>
      <w:r>
        <w:rPr>
          <w:b/>
        </w:rPr>
        <w:t>Магические места исполнения желаний</w:t>
      </w:r>
    </w:p>
    <w:p>
      <w:pPr>
        <w:pStyle w:val="ListBullet"/>
      </w:pPr>
      <w:r>
        <w:t>Уникальная возможность загадать желание в специально выбранных «волшебных» местах города.</w:t>
      </w:r>
    </w:p>
    <w:p>
      <w:r>
        <w:rPr>
          <w:b/>
        </w:rPr>
        <w:t>Интересная и атмосферная подача материала</w:t>
      </w:r>
    </w:p>
    <w:p>
      <w:pPr>
        <w:pStyle w:val="ListBullet"/>
      </w:pPr>
      <w:r>
        <w:t>Опытный гид расскажет о новогодних и рождественских традициях в Перми:</w:t>
      </w:r>
    </w:p>
    <w:p>
      <w:r>
        <w:rPr>
          <w:b/>
        </w:rPr>
        <w:t>Фотогеничные локации</w:t>
      </w:r>
    </w:p>
    <w:p>
      <w:pPr>
        <w:pStyle w:val="ListBullet"/>
      </w:pPr>
      <w:r>
        <w:t>Множество точек для ярких, памятных новогодних фото.</w:t>
      </w:r>
    </w:p>
    <w:p>
      <w:r>
        <w:rPr>
          <w:b/>
        </w:rPr>
        <w:t>Отличный формат подарка или сюрприза</w:t>
      </w:r>
    </w:p>
    <w:p>
      <w:pPr>
        <w:pStyle w:val="ListBullet"/>
      </w:pPr>
      <w:r>
        <w:t>Такой тур — замечательный способ провести время с семьёй, друзьями или подарить праздник близким.</w:t>
      </w:r>
    </w:p>
    <w:p>
      <w:pPr>
        <w:pStyle w:val="Heading1"/>
      </w:pPr>
      <w:r>
        <w:t>В стоимость тура входит</w:t>
      </w:r>
    </w:p>
    <w:p>
      <w:r>
        <w:t>- Транспортное обслуживание (в зависимости от количества человек возможен комфортабельный автобус, микроавтобус, минивен, машина);</w:t>
      </w:r>
      <w:r>
        <w:br/>
      </w:r>
      <w:r>
        <w:t>- Сопровождение гидом-экскурсоводом;</w:t>
      </w:r>
      <w:r>
        <w:br/>
      </w:r>
      <w:r>
        <w:t>- Экскурсионное обслуживание.</w:t>
      </w:r>
    </w:p>
    <w:p>
      <w:pPr>
        <w:pStyle w:val="Heading1"/>
      </w:pPr>
      <w:r>
        <w:t>Дополнительно оплачивается</w:t>
      </w:r>
    </w:p>
    <w:p>
      <w:r>
        <w:t>Если Вы приезжаете из другого города, и у Вас нет родственников в Перми, наши менеджеры помогут забронировать для Вас гостиницу или хостел, чтобы подождать отправление тура. Или если в туре поздний приезд, а на общественный транспорт Вы уже не успеваете.</w:t>
      </w:r>
    </w:p>
    <w:p>
      <w:pPr>
        <w:pStyle w:val="Heading1"/>
      </w:pPr>
      <w:r>
        <w:t>Информация о транспорте</w:t>
      </w:r>
    </w:p>
    <w:p>
      <w:r>
        <w:t>10.00 -</w:t>
      </w:r>
      <w:hyperlink r:id="rId9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</w:p>
    <w:p>
      <w:pPr>
        <w:pStyle w:val="Heading1"/>
      </w:pPr>
      <w:r>
        <w:t>Документы для поездки</w:t>
      </w:r>
    </w:p>
    <w:p>
      <w:r>
        <w:t>Паспорт/свидетельство о рождении, мед. полис.</w:t>
      </w:r>
      <w:r>
        <w:br/>
      </w:r>
      <w:hyperlink r:id="rId10">
        <w:r>
          <w:rPr>
            <w:color w:val="0000FF"/>
            <w:u w:val="single"/>
          </w:rPr>
          <w:t>Распечатать памятку по туру</w:t>
        </w:r>
      </w:hyperlink>
    </w:p>
    <w:p>
      <w:pPr>
        <w:pStyle w:val="Heading1"/>
      </w:pPr>
      <w:r>
        <w:t>Рекомендуем взять с собой</w:t>
      </w:r>
    </w:p>
    <w:p>
      <w:r>
        <w:t>Фотоаппарат, деньги на сувениры, на входные билеты на доп. экскурсии в музеях после обзорной экскурсии по городу.</w:t>
      </w:r>
    </w:p>
    <w:p>
      <w:pPr>
        <w:pStyle w:val="Heading1"/>
      </w:pPr>
      <w:r>
        <w:t>Программа тура</w:t>
      </w:r>
    </w:p>
    <w:p>
      <w:r>
        <w:t>10.00 - Отправление автобуса на экскурсию</w:t>
      </w:r>
      <w:r>
        <w:br/>
      </w:r>
      <w:r>
        <w:t>10.00 - 13.00 - Обзорная Новогодняя экскурсия по городу. В ходе экскурсии мы посетим набережную реки Камы, Дом Дягилева, собор Петра и Павла, рабочую Мотовилиху, памятник Татищеву, ул. Сибирская, Театр Оперы и балета, арт-объекты: "Пермяк-соленые уши", медведь. А также посетим волшебные места, где можно загадать желания, которые обязательно сбудутся в Новом году. Гид расскажет как раньше праздновали Новый год и Рождество в Перми, а также о традициях!</w:t>
      </w:r>
    </w:p>
    <w:p>
      <w:pPr>
        <w:pStyle w:val="Heading1"/>
      </w:pPr>
      <w:r>
        <w:t>Скидки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docs.google.com/document/d/1I7-xsh8XhXeNqQmV4zGf0s3AEkXe3Vg0fkx5GUxz5VI/edit?tab=t.0#heading=h.1owj0ogjaeh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