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Между Европой и Азией: гора Колпаки, стела Европа-Азия и музей камня (автобусный тур)</w:t>
      </w:r>
    </w:p>
    <w:p>
      <w:pPr>
        <w:pStyle w:val="Heading1"/>
      </w:pPr>
      <w:r>
        <w:t>Информация тура</w:t>
      </w:r>
    </w:p>
    <w:p>
      <w:r>
        <w:t>Пермь - Колпаки - Горнозаводск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Отправляемся на восток Пермского края — к подножию Уральских гор!</w:t>
      </w:r>
      <w:r>
        <w:br/>
      </w:r>
      <w:r>
        <w:t>Тайга Горнозаводского района славится скалистыми вершинами, густыми еловыми лесами и континентальной границей Европы и Азии. Еще недавно сюда выбирались лишь опытные туристы, готовые к долгим переходам.</w:t>
      </w:r>
      <w:r>
        <w:br/>
      </w:r>
      <w:r>
        <w:t>Мы предлагаем увидеть главное —</w:t>
      </w:r>
      <w:r>
        <w:rPr>
          <w:b/>
        </w:rPr>
        <w:t>гору Колпаки и стелу "Европа–Азия"</w:t>
      </w:r>
      <w:r>
        <w:t>— легко и с комфортом. Вас ждёт</w:t>
      </w:r>
      <w:r>
        <w:rPr>
          <w:b/>
        </w:rPr>
        <w:t>подъём к вершине по живописной тропе</w:t>
      </w:r>
      <w:r>
        <w:t>, который осилит даже школьник, и захватывающий вид на бескрайние уральские просторы.</w:t>
      </w:r>
      <w:r>
        <w:br/>
      </w:r>
      <w:r>
        <w:t>А затем — путешествие в уникальный</w:t>
      </w:r>
      <w:r>
        <w:rPr>
          <w:b/>
        </w:rPr>
        <w:t>музей природы, камня и моря</w:t>
      </w:r>
      <w:r>
        <w:t>в Горнозаводске, где каждый зал — как отдельный мир.</w:t>
      </w:r>
      <w:r>
        <w:br/>
      </w:r>
      <w:r>
        <w:t>Всё это — в одном насыщенном дне!</w:t>
      </w:r>
      <w:r>
        <w:br/>
      </w:r>
      <w:r>
        <w:br/>
      </w:r>
      <w:r>
        <w:rPr>
          <w:b/>
        </w:rPr>
        <w:t>Обратите внимание!</w:t>
      </w:r>
      <w:r>
        <w:t>В определённые даты в этот тур можно взять собачку (см. прайс). Перед бронированием пожалуйста,</w:t>
      </w:r>
      <w:r>
        <w:rPr>
          <w:b/>
        </w:rPr>
        <w:t>обязательно ознакомьтесь спамяткой участника,</w:t>
      </w:r>
      <w:r>
        <w:t>чтобы избежать недоразумений. Некоторые объекты, запланированные для посещения, не принимают гостей с собаками, в т.ч. музей. В таких случаях питомца можно оставить в переноске в автобусе или прогуляться с ним вблизи, не входя на объект.</w:t>
      </w:r>
      <w:r>
        <w:br/>
      </w:r>
      <w:r>
        <w:t>Питомец: собака</w:t>
      </w:r>
      <w:r>
        <w:br/>
      </w:r>
      <w:r>
        <w:t>Размер: до 30 см в холке.</w:t>
      </w:r>
      <w:r>
        <w:br/>
      </w:r>
      <w:r>
        <w:t>Переноска: должна быть прочной, проветриваемой, безопасной и соответствовать размеру.</w:t>
      </w:r>
      <w:r>
        <w:br/>
      </w:r>
      <w:r>
        <w:t>Поводок: обязателен для безопасности и спокойствия окружающих.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rPr>
          <w:b/>
        </w:rPr>
        <w:t>Комфортабельный транспорт и профессиональное сопровождение</w:t>
      </w:r>
    </w:p>
    <w:p>
      <w:pPr>
        <w:pStyle w:val="ListBullet"/>
      </w:pPr>
      <w:r>
        <w:rPr>
          <w:b/>
        </w:rPr>
        <w:t>Комфорт и доступность</w:t>
      </w:r>
      <w:r>
        <w:t>— подъём на гору подходит для всей семьи.</w:t>
      </w:r>
    </w:p>
    <w:p>
      <w:pPr>
        <w:pStyle w:val="ListBullet"/>
      </w:pPr>
      <w:r>
        <w:rPr>
          <w:b/>
        </w:rPr>
        <w:t>Уникальное место встречи двух континентов</w:t>
      </w:r>
      <w:r>
        <w:t>— шанс одновременно побывать в Европе и Азии.</w:t>
      </w:r>
    </w:p>
    <w:p>
      <w:pPr>
        <w:pStyle w:val="ListBullet"/>
      </w:pPr>
      <w:r>
        <w:rPr>
          <w:b/>
        </w:rPr>
        <w:t>Впечатляющие природные виды</w:t>
      </w:r>
      <w:r>
        <w:t>— захватывающие панорамы уральской тайги и скал.</w:t>
      </w:r>
    </w:p>
    <w:p>
      <w:pPr>
        <w:pStyle w:val="ListBullet"/>
      </w:pPr>
      <w:r>
        <w:rPr>
          <w:b/>
        </w:rPr>
        <w:t>Экскурсия в уникальный музей</w:t>
      </w:r>
      <w:r>
        <w:t>— богатейшие коллекции минералов, природы и морских глубин под одной крышей.</w:t>
      </w:r>
    </w:p>
    <w:p>
      <w:pPr>
        <w:pStyle w:val="ListBullet"/>
      </w:pPr>
      <w:r>
        <w:rPr>
          <w:b/>
        </w:rPr>
        <w:t>Насыщенная программа за один день</w:t>
      </w:r>
      <w:r>
        <w:t>— максимум впечатлений за минимум времени.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страховка на проезд в автобусе;</w:t>
      </w:r>
      <w:r>
        <w:br/>
      </w:r>
      <w:r>
        <w:t>– сопровождение гидом из г. Перми, путевая экскурсия;</w:t>
      </w:r>
      <w:r>
        <w:br/>
      </w:r>
      <w:r>
        <w:t>– экскурсия на маршруте;</w:t>
      </w:r>
      <w:r>
        <w:br/>
      </w:r>
      <w:r>
        <w:t>– входной билет в музей;</w:t>
      </w:r>
      <w:r>
        <w:br/>
      </w:r>
      <w:r>
        <w:t>- обед.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Питание в придорожных кафе, по пути будут остановки на завтрак и ужин.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07.00 -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07.15 -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07.35 -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07.40 -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07.50 -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Паспорт, свидетельство о рождении, мед. полис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деньги на питание и сан. остановки;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  <w:r>
        <w:br/>
      </w:r>
      <w:r>
        <w:br/>
      </w:r>
      <w:r>
        <w:rPr>
          <w:b/>
        </w:rPr>
        <w:t>Для экскурсий зимой:</w:t>
      </w:r>
      <w:r>
        <w:br/>
      </w:r>
      <w:r>
        <w:t>– удобную, не продуваемую теплую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–туристические бахилы на ноги (защита от попадания снега в обувь);</w:t>
      </w:r>
      <w:r>
        <w:br/>
      </w:r>
      <w:r>
        <w:t>– треккинговые палки (при наличии);</w:t>
      </w:r>
      <w:r>
        <w:br/>
      </w:r>
      <w:r>
        <w:t>– фотоаппарат;</w:t>
      </w:r>
      <w:r>
        <w:br/>
      </w:r>
      <w:r>
        <w:t>– термос с горячим чаем/кофе, 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аптечку для личного применения;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  <w:r>
        <w:br/>
      </w:r>
      <w:r>
        <w:br/>
      </w:r>
      <w:r>
        <w:rPr>
          <w:i/>
        </w:rPr>
        <w:t>* 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07.00 - выезд из Перми. По пути остановка на завтрак (</w:t>
      </w:r>
      <w:r>
        <w:rPr>
          <w:b/>
        </w:rPr>
        <w:t>за доп. плату</w:t>
      </w:r>
      <w:r>
        <w:t>).</w:t>
      </w:r>
      <w:r>
        <w:br/>
      </w:r>
      <w:r>
        <w:t>11.00-14.00 - экскурсия к стеле Европа-Азия и на горку Колпаки (подъем около 1 км в одну сторону).</w:t>
      </w:r>
      <w:r>
        <w:br/>
      </w:r>
      <w:r>
        <w:br/>
      </w:r>
      <w:r>
        <w:rPr>
          <w:b/>
        </w:rPr>
        <w:t>Стела "Европа — Азия"</w:t>
      </w:r>
      <w:r>
        <w:t>— один из самых символичных ориентиров Урала. Здесь, на границе континентов, можно буквально</w:t>
      </w:r>
      <w:r>
        <w:rPr>
          <w:b/>
        </w:rPr>
        <w:t>поставить одну ногу в Европе, а другую — в Азии</w:t>
      </w:r>
      <w:r>
        <w:t>, ощутив уникальность географического положения нашего края.</w:t>
      </w:r>
      <w:r>
        <w:br/>
      </w:r>
      <w:r>
        <w:br/>
      </w:r>
      <w:r>
        <w:rPr>
          <w:b/>
        </w:rPr>
        <w:t>Гора Колпаки</w:t>
      </w:r>
      <w:r>
        <w:t>- это не просто скальный массив — это природный памятник, созданный временем, ветром и тишиной. Свое необычное название гора получила благодаря причудливым формам каменных останцев, напоминающих древние головные уборы — «колпаки». Величественные скалы, словно застывшие великаны, вырастают из хвойного леса, охраняя покой и красоту этих мест.</w:t>
      </w:r>
      <w:r>
        <w:br/>
      </w:r>
      <w:r>
        <w:t>Подъём на Колпаки не требует специальной подготовки и подойдёт для всех, кто любит активный отдых. Лёгкая тропа приведёт вас к обзорной площадке, откуда открывается захватывающий вид на бескрайние уральские просторы — зелёные хребты, тайга и небо, которое кажется особенно глубоким.</w:t>
      </w:r>
    </w:p>
    <w:p>
      <w:r>
        <w:t>[slider id=81]</w:t>
      </w:r>
      <w:r>
        <w:br/>
      </w:r>
      <w:r>
        <w:t>14.00-15.00 - переезд в Горнозаводск.</w:t>
      </w:r>
      <w:r>
        <w:br/>
      </w:r>
      <w:r>
        <w:t>15.00 - обед в кафе</w:t>
      </w:r>
      <w:r>
        <w:br/>
      </w:r>
      <w:r>
        <w:t>15.30-17.00 - экскурсия в Горнозаводском краеведческом музее им. М.П. Старостина</w:t>
      </w:r>
      <w:r>
        <w:br/>
      </w:r>
      <w:r>
        <w:t>Здесь вы пройдете основные экспозиции музея - «Музей камня», посвящённый магии минералов и богатству недр. Здесь собрана впечатляющая коллекция образцов со всего постсоветского пространства, включая редкие кристаллы, друзы и уральские самоцветы; отдел природы знакомит с животным и растительным миром уральской тайги, включая лося, медведя, рысь и других обитателей леса; «Музей моря», посвящённый миру морских глубин. Коллекция насчитывает более 6 000 раковин и морских обитателей со всего света — от акул и кораллов до экзотических раковин с фантастическими названиями.</w:t>
      </w:r>
    </w:p>
    <w:p>
      <w:r>
        <w:t>[slider id=82]</w:t>
      </w:r>
      <w:r>
        <w:br/>
      </w:r>
      <w:r>
        <w:br/>
      </w:r>
      <w:r>
        <w:t>17.00 - отправление в Пермь. По пути остановка на ужин (</w:t>
      </w:r>
      <w:r>
        <w:rPr>
          <w:b/>
        </w:rPr>
        <w:t>за доп. плату</w:t>
      </w:r>
      <w:r>
        <w:t>).</w:t>
      </w:r>
      <w:r>
        <w:br/>
      </w:r>
      <w:r>
        <w:t>20.00 - ориентировочное время прибытия в Пермь.</w:t>
      </w:r>
      <w:r>
        <w:br/>
      </w:r>
      <w:r>
        <w:br/>
      </w:r>
      <w:r>
        <w:rPr>
          <w:b/>
        </w:rPr>
        <w:t>*Тур рекомандован для туристов от 5 до 60 лет!</w:t>
      </w:r>
      <w:r>
        <w:br/>
      </w:r>
      <w:r>
        <w:br/>
      </w:r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  <w:r>
        <w:br/>
      </w:r>
      <w: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Взрослый</w:t>
            </w:r>
          </w:p>
        </w:tc>
        <w:tc>
          <w:tcPr>
            <w:tcW w:type="dxa" w:w="3600"/>
          </w:tcPr>
          <w:p>
            <w:r>
              <w:t>Дети 0-16</w:t>
            </w:r>
          </w:p>
        </w:tc>
        <w:tc>
          <w:tcPr>
            <w:tcW w:type="dxa" w:w="3600"/>
          </w:tcPr>
          <w:p>
            <w:r>
              <w:t>Пенсионер</w:t>
            </w:r>
          </w:p>
        </w:tc>
      </w:tr>
      <w:tr>
        <w:tc>
          <w:tcPr>
            <w:tcW w:type="dxa" w:w="3600"/>
          </w:tcPr>
          <w:p>
            <w:r>
              <w:t>29.08.2026</w:t>
            </w:r>
          </w:p>
        </w:tc>
        <w:tc>
          <w:tcPr>
            <w:tcW w:type="dxa" w:w="3600"/>
          </w:tcPr>
          <w:p>
            <w:r>
              <w:t>5</w:t>
            </w:r>
            <w:r>
              <w:t xml:space="preserve"> </w:t>
            </w:r>
            <w:r>
              <w:rPr>
                <w:strike/>
              </w:rPr>
              <w:t>400</w:t>
            </w:r>
          </w:p>
        </w:tc>
        <w:tc>
          <w:tcPr>
            <w:tcW w:type="dxa" w:w="3600"/>
          </w:tcPr>
          <w:p>
            <w:r>
              <w:t>5</w:t>
            </w:r>
            <w:r>
              <w:t xml:space="preserve"> </w:t>
            </w:r>
            <w:r>
              <w:rPr>
                <w:strike/>
              </w:rPr>
              <w:t>250</w:t>
            </w:r>
          </w:p>
        </w:tc>
        <w:tc>
          <w:tcPr>
            <w:tcW w:type="dxa" w:w="3600"/>
          </w:tcPr>
          <w:p>
            <w:r>
              <w:t>5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</w:tr>
      <w:tr>
        <w:tc>
          <w:tcPr>
            <w:tcW w:type="dxa" w:w="3600"/>
          </w:tcPr>
          <w:p>
            <w:r>
              <w:t>12.09.2026</w:t>
            </w:r>
          </w:p>
        </w:tc>
        <w:tc>
          <w:tcPr>
            <w:tcW w:type="dxa" w:w="3600"/>
          </w:tcPr>
          <w:p>
            <w:r>
              <w:t>5</w:t>
            </w:r>
            <w:r>
              <w:t xml:space="preserve"> </w:t>
            </w:r>
            <w:r>
              <w:rPr>
                <w:strike/>
              </w:rPr>
              <w:t>400</w:t>
            </w:r>
          </w:p>
        </w:tc>
        <w:tc>
          <w:tcPr>
            <w:tcW w:type="dxa" w:w="3600"/>
          </w:tcPr>
          <w:p>
            <w:r>
              <w:t>5</w:t>
            </w:r>
            <w:r>
              <w:t xml:space="preserve"> </w:t>
            </w:r>
            <w:r>
              <w:rPr>
                <w:strike/>
              </w:rPr>
              <w:t>250</w:t>
            </w:r>
          </w:p>
        </w:tc>
        <w:tc>
          <w:tcPr>
            <w:tcW w:type="dxa" w:w="3600"/>
          </w:tcPr>
          <w:p>
            <w:r>
              <w:t>5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</w:tr>
      <w:tr>
        <w:tc>
          <w:tcPr>
            <w:tcW w:type="dxa" w:w="3600"/>
          </w:tcPr>
          <w:p>
            <w:r>
              <w:t>26.09.2026</w:t>
            </w:r>
          </w:p>
        </w:tc>
        <w:tc>
          <w:tcPr>
            <w:tcW w:type="dxa" w:w="3600"/>
          </w:tcPr>
          <w:p>
            <w:r>
              <w:t>5</w:t>
            </w:r>
            <w:r>
              <w:t xml:space="preserve"> </w:t>
            </w:r>
            <w:r>
              <w:rPr>
                <w:strike/>
              </w:rPr>
              <w:t>400</w:t>
            </w:r>
          </w:p>
        </w:tc>
        <w:tc>
          <w:tcPr>
            <w:tcW w:type="dxa" w:w="3600"/>
          </w:tcPr>
          <w:p>
            <w:r>
              <w:t>5</w:t>
            </w:r>
            <w:r>
              <w:t xml:space="preserve"> </w:t>
            </w:r>
            <w:r>
              <w:rPr>
                <w:strike/>
              </w:rPr>
              <w:t>250</w:t>
            </w:r>
          </w:p>
        </w:tc>
        <w:tc>
          <w:tcPr>
            <w:tcW w:type="dxa" w:w="3600"/>
          </w:tcPr>
          <w:p>
            <w:r>
              <w:t>5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Ecl8dDCNxnOggXC4x2SlvTDCcL9sINlI9YOU4E4n9NQ/edit?tab=t.0#heading=h.pl1fffsx4ox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