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Тур для школьников в музей каски и завод эмалированной посуды + мастер-класс, г. Лысьва</w:t>
      </w:r>
    </w:p>
    <w:p>
      <w:pPr>
        <w:pStyle w:val="Heading1"/>
      </w:pPr>
      <w:r>
        <w:t>Информация тура</w:t>
      </w:r>
    </w:p>
    <w:p>
      <w:r>
        <w:t>Пермь --&gt; Лысьва --&gt;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1день</w:t>
      </w:r>
      <w:r>
        <w:br/>
      </w:r>
      <w:r>
        <w:rPr>
          <w:b/>
        </w:rPr>
        <w:t>Рекомендуемый возраст</w:t>
      </w:r>
      <w:r>
        <w:t xml:space="preserve"> — с 10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r>
        <w:rPr>
          <w:b/>
        </w:rPr>
        <w:t>Полное погружение в историю Урала</w:t>
      </w:r>
      <w:r>
        <w:br/>
      </w:r>
      <w:r>
        <w:t>Программа объединяет индустриальную, культурную и военную историю региона. Гости узнают о создании Лысьвенского металлургического завода, развитии города и его вкладе в Победу. Это путешествие, которое оживляет прошлое.</w:t>
      </w:r>
    </w:p>
    <w:p>
      <w:r>
        <w:rPr>
          <w:b/>
        </w:rPr>
        <w:t>Увлекательная путевая экскурсия</w:t>
      </w:r>
      <w:r>
        <w:br/>
      </w:r>
      <w:r>
        <w:t>Дорога превращается в часть приключения: интересные факты, легенды, исторические события, знакомство с традициями Лысьвы — всё это делает переезд насыщенным и познавательным.</w:t>
      </w:r>
    </w:p>
    <w:p>
      <w:r>
        <w:rPr>
          <w:b/>
        </w:rPr>
        <w:t>Атмосферная обзорная экскурсия по Лысьве</w:t>
      </w:r>
      <w:r>
        <w:br/>
      </w:r>
      <w:r>
        <w:t>Город удивляет сочетанием индустриального наследия, памятников истории и уютных, почти сказочных уголков с деревянными скульптурами.</w:t>
      </w:r>
    </w:p>
    <w:p>
      <w:r>
        <w:rPr>
          <w:b/>
        </w:rPr>
        <w:t>Уникальный Музей каски</w:t>
      </w:r>
      <w:r>
        <w:br/>
      </w:r>
      <w:r>
        <w:t>Такую коллекцию защитных шлемов сложно увидеть где-либо ещё.</w:t>
      </w:r>
    </w:p>
    <w:p>
      <w:r>
        <w:t>Т</w:t>
      </w:r>
      <w:r>
        <w:rPr>
          <w:b/>
        </w:rPr>
        <w:t>ворческий мастер-класс</w:t>
      </w:r>
      <w:r>
        <w:br/>
      </w:r>
      <w:r>
        <w:t>Участники создают</w:t>
      </w:r>
      <w:r>
        <w:t>личный сувенир — расписанную эмалированную кружку. Это не просто занятие, а возможность прикоснуться к местному ремеслу, почувствовать себя мастером и унести память об экскурсии домой.</w:t>
      </w:r>
    </w:p>
    <w:p>
      <w:r>
        <w:rPr>
          <w:b/>
        </w:rPr>
        <w:t>Вкусный и уютный обед</w:t>
      </w:r>
      <w:r>
        <w:br/>
      </w:r>
      <w:r>
        <w:t>Во время путешествия гости отдыхают в местном кафе— приятная пауза среди насыщенной программы.</w:t>
      </w:r>
    </w:p>
    <w:p>
      <w:r>
        <w:rPr>
          <w:b/>
        </w:rPr>
        <w:t>Продуманная логистика и комфорт</w:t>
      </w:r>
      <w:r>
        <w:br/>
      </w:r>
      <w:r>
        <w:t>Все переезды организованы, маршрут выстроен плавно и удобно, без суеты. Участники могут полностью наслаждаться экскурсиями.</w:t>
      </w:r>
    </w:p>
    <w:p>
      <w:r>
        <w:rPr>
          <w:b/>
        </w:rPr>
        <w:t>Подходит для любой аудитории</w:t>
      </w:r>
      <w:r>
        <w:br/>
      </w:r>
      <w:r>
        <w:t>Экскурсия интересна детям, школьникам, студентам, взрослым и пожилым гостям — программа универсальна и сочетает историю, творчество и приключения.</w:t>
      </w:r>
    </w:p>
    <w:p>
      <w:pPr>
        <w:pStyle w:val="Heading3"/>
      </w:pP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(Комфортабельный микроавтобус туристического класса);</w:t>
      </w:r>
      <w:r>
        <w:br/>
      </w:r>
      <w:r>
        <w:t>– Экскурсионное обслуживание;</w:t>
      </w:r>
      <w:r>
        <w:br/>
      </w:r>
      <w:r>
        <w:t>– Сопровождение гидом;</w:t>
      </w:r>
      <w:r>
        <w:br/>
      </w:r>
      <w:r>
        <w:t xml:space="preserve">– Входные билеты в музеи; </w:t>
      </w:r>
      <w:r>
        <w:br/>
      </w:r>
      <w:r>
        <w:t>– Мастер-класс;</w:t>
      </w:r>
      <w:r>
        <w:br/>
      </w:r>
      <w:r>
        <w:t>– Страховка по автобусному проезду;</w:t>
      </w:r>
      <w:r>
        <w:br/>
      </w:r>
      <w:r>
        <w:t>– Оганизованный обед</w:t>
      </w:r>
    </w:p>
    <w:p>
      <w:pPr>
        <w:pStyle w:val="Heading1"/>
      </w:pPr>
      <w:r>
        <w:t>Дополнительно оплачивается</w:t>
      </w:r>
    </w:p>
    <w:p>
      <w:r>
        <w:t>— Сувениры</w:t>
      </w:r>
      <w:r>
        <w:br/>
      </w:r>
      <w:r>
        <w:t xml:space="preserve">— Доплата за отдалённые районы при трансфере </w:t>
      </w:r>
      <w:r>
        <w:br/>
      </w:r>
      <w:r>
        <w:t>— Дополнительное питание</w:t>
      </w:r>
    </w:p>
    <w:p>
      <w:pPr>
        <w:pStyle w:val="Heading1"/>
      </w:pPr>
      <w:r>
        <w:t>Информация о транспорте</w:t>
      </w:r>
    </w:p>
    <w:p>
      <w:r>
        <w:t>— Место посадки вы выбираете сами — удобно для вашей группы</w:t>
      </w:r>
      <w:r>
        <w:br/>
      </w:r>
      <w:r>
        <w:t>— 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  <w:r>
        <w:br/>
      </w:r>
      <w:r>
        <w:t>— Автобусы новые, туристического класса, специально оборудованные для перевозки детей — комфорт и безопасность на каждом километре</w:t>
      </w:r>
      <w:r>
        <w:br/>
      </w:r>
      <w:r>
        <w:t>— Можно выбрать автобус по размеру группы — микроавтобус для небольших групп или большой автобус</w:t>
      </w:r>
      <w:r>
        <w:br/>
      </w:r>
      <w:r>
        <w:t>— Опытные водители с многолетним стажем, которые знают, как безопасно доставить детей до пункта назначения</w:t>
      </w:r>
      <w:r>
        <w:br/>
      </w:r>
      <w:r>
        <w:t>— Все документы для поездки мы оформляем сами — в ГИБДД и МЧС, если тур активный, чтобы родители и педагоги ни о чём не переживали</w:t>
      </w:r>
      <w:r>
        <w:br/>
      </w:r>
      <w:r>
        <w:br/>
      </w:r>
      <w: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r>
        <w:t>— Приказ из школы</w:t>
      </w:r>
      <w:r>
        <w:br/>
      </w:r>
      <w:r>
        <w:t>— Список туристов</w:t>
      </w:r>
      <w:r>
        <w:br/>
      </w:r>
      <w:r>
        <w:t>— Оригинал паспорта (для детей от 14 лет)</w:t>
      </w:r>
      <w:r>
        <w:br/>
      </w:r>
      <w:r>
        <w:t>— 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t>— удобную одежду и обувь по погоде</w:t>
      </w:r>
      <w:r>
        <w:br/>
      </w:r>
      <w:r>
        <w:t>—  зонт или дождевик на случай осадков</w:t>
      </w:r>
      <w:r>
        <w:br/>
      </w:r>
      <w:r>
        <w:t>—  отличное настроение</w:t>
      </w:r>
      <w:r>
        <w:br/>
      </w:r>
      <w:r>
        <w:t>—  фотоаппарат</w:t>
      </w:r>
      <w:r>
        <w:br/>
      </w:r>
      <w:r>
        <w:t>—  питьевую воду,перекус;</w:t>
      </w:r>
      <w:r>
        <w:br/>
      </w:r>
      <w:r>
        <w:t>—  пауэрбанк</w:t>
      </w:r>
      <w:r>
        <w:br/>
      </w:r>
      <w:r>
        <w:t>—  аптечку для личного применения</w:t>
      </w:r>
    </w:p>
    <w:p>
      <w:pPr>
        <w:pStyle w:val="Heading1"/>
      </w:pPr>
      <w:r>
        <w:t>Программа тура</w:t>
      </w:r>
    </w:p>
    <w:p>
      <w:r>
        <w:t>Путешествие в Лысьву: история, вдохновение и настоящее чудо Урала</w:t>
      </w:r>
    </w:p>
    <w:p>
      <w:r>
        <w:rPr>
          <w:b/>
        </w:rPr>
        <w:t>Сбор группы,</w:t>
      </w:r>
      <w:r>
        <w:br/>
      </w:r>
      <w:r>
        <w:rPr>
          <w:b/>
        </w:rPr>
        <w:t>Отправление автобуса из Перми.</w:t>
      </w:r>
      <w:r>
        <w:br/>
      </w:r>
      <w:r>
        <w:t>Устраивайтесь поудобнее: впереди — дорога в удивительный город Лысьву, а вместе с ней — первая часть увлекательного путешествия.</w:t>
      </w:r>
      <w:r>
        <w:br/>
      </w:r>
      <w:r>
        <w:t>По пути вас ждёт захватывающая путевая экскурсия. Вы узнаете о богатой истории края, услышите о рождении Лысьвенского металлургического завода, становлении города и его стратегической роли в годы Великой Отечественной войны. Экскурсовод расскажет, почему лысьвенская эмаль стала легендой, и как местные мастера сумели сохранить традиции сквозь десятилетия.</w:t>
      </w:r>
    </w:p>
    <w:p>
      <w:r>
        <w:rPr>
          <w:b/>
        </w:rPr>
        <w:t>Обед в уютном кафе города</w:t>
      </w:r>
      <w:r>
        <w:br/>
      </w:r>
      <w:r>
        <w:t>Небольшая передышка, чтобы восстановить силы и насладиться вкусами Лысьвы, — и мы продолжаем знакомство с этим удивительным местом.</w:t>
      </w:r>
    </w:p>
    <w:p>
      <w:r>
        <w:rPr>
          <w:b/>
        </w:rPr>
        <w:t>Обзорная экскурсия по Лысьве</w:t>
      </w:r>
      <w:r>
        <w:br/>
      </w:r>
      <w:r>
        <w:t>Перед вами — небольшой, но невероятно атмосферный город, в котором каждая улочка хранит историю.</w:t>
      </w:r>
      <w:r>
        <w:br/>
      </w:r>
      <w:r>
        <w:t>Вы увидите:</w:t>
      </w:r>
      <w:r>
        <w:br/>
      </w:r>
      <w:r>
        <w:t>— памятник графу Шувалову — основателю завода и покровителю города;</w:t>
      </w:r>
      <w:r>
        <w:br/>
      </w:r>
      <w:r>
        <w:t>— памятник героям революции;</w:t>
      </w:r>
      <w:r>
        <w:br/>
      </w:r>
      <w:r>
        <w:t>— величественный Мемориал Славы с вечным огнём;</w:t>
      </w:r>
      <w:r>
        <w:br/>
      </w:r>
      <w:r>
        <w:t>— красивую Аллею Славы, ведущую к мемориалу;</w:t>
      </w:r>
      <w:r>
        <w:br/>
      </w:r>
      <w:r>
        <w:t>— удивительные деревянные скульптуры, украшающие город и создающие его неповторимый образ.</w:t>
      </w:r>
      <w:r>
        <w:br/>
      </w:r>
      <w:r>
        <w:t>Лысьва очаровывает сразу — тишиной, историей, уютом и доброжелательностью.</w:t>
      </w:r>
    </w:p>
    <w:p>
      <w:r>
        <w:rPr>
          <w:b/>
        </w:rPr>
        <w:t>Экскурсия в Музей каски</w:t>
      </w:r>
      <w:r>
        <w:br/>
      </w:r>
      <w:r>
        <w:t>Настоящее путешествие в прошлое, где оживают страницы мировой военной истории.</w:t>
      </w:r>
      <w:r>
        <w:br/>
      </w:r>
      <w:r>
        <w:t>Вас ждёт возможность:</w:t>
      </w:r>
      <w:r>
        <w:br/>
      </w:r>
      <w:r>
        <w:t>- узнать историю развития защитного шлема с древности до наших дней;</w:t>
      </w:r>
      <w:r>
        <w:br/>
      </w:r>
      <w:r>
        <w:t>- увидеть стальные шлемы производства Франции, Германии, Великобритании, США, Швеции, Румынии, СССР;</w:t>
      </w:r>
      <w:r>
        <w:br/>
      </w:r>
      <w:r>
        <w:t>- побывать в «заводском цехе», где в годы Великой Отечественной войны делали знаменитую лысьвенскую каску;</w:t>
      </w:r>
      <w:r>
        <w:br/>
      </w:r>
      <w:r>
        <w:t>- услышать «главный голос страны», «голос Победы»;</w:t>
      </w:r>
      <w:r>
        <w:br/>
      </w:r>
      <w:r>
        <w:t>- примерить легендарный СШ-40 или «лысьвенскую каску».</w:t>
      </w:r>
      <w:r>
        <w:br/>
      </w:r>
      <w:r>
        <w:t>Это место, где прошлое становится ближе и понятнее.</w:t>
      </w:r>
    </w:p>
    <w:p>
      <w:r>
        <w:br/>
      </w:r>
      <w:r>
        <w:rPr>
          <w:b/>
        </w:rPr>
        <w:t xml:space="preserve">Экскурсия на Лысьвенский завод эмалированной посуды  и мастер-класс по росписи кружки </w:t>
      </w:r>
      <w:r>
        <w:br/>
      </w:r>
      <w:r>
        <w:t>Пора раскрыть творческий потенциал!</w:t>
      </w:r>
      <w:r>
        <w:br/>
      </w:r>
      <w:r>
        <w:t>В атмосфере ярких красок и вдохновения вы сможете создать свой уникальный сувенир — расписать настоящую эмалированную кружку, символ Лысьвы.</w:t>
      </w:r>
      <w:r>
        <w:br/>
      </w:r>
      <w:r>
        <w:t>Каждая работа станет частичкой истории, которую вы унесёте с собой.</w:t>
      </w:r>
    </w:p>
    <w:p>
      <w:r>
        <w:br/>
      </w:r>
      <w:r>
        <w:rPr>
          <w:b/>
        </w:rPr>
        <w:t>Отправление группы в Пермь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транспорт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  <w:vMerge w:val="restart"/>
          </w:tcPr>
          <w:p>
            <w:r>
              <w:t>Микроавтобус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15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5 629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5 403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5 204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5 027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4 868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20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5 662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5 584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5 422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23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5 186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24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5 054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4 932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4 820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4 716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4 620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4 530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30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4 513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4 433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4 357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33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4 286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34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4 219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35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4 156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36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4 097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37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4 041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38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3 987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39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3 937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3 939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41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3 892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42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3 847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43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3 805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44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3 764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45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3 725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46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3 688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47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3 652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48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3 618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49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3 586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50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3 554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