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Экскурсия Лысьва - город трудовой доблести: музей каски с мастер-классом (автобусный тур)</w:t>
      </w:r>
    </w:p>
    <w:p>
      <w:pPr>
        <w:pStyle w:val="Heading1"/>
      </w:pPr>
      <w:r>
        <w:t>Информация тура</w:t>
      </w:r>
    </w:p>
    <w:p>
      <w:r>
        <w:t>Пермь - Лысьва - Пермь</w:t>
      </w:r>
    </w:p>
    <w:p>
      <w:pPr>
        <w:pStyle w:val="Heading1"/>
      </w:pPr>
      <w:r>
        <w:t>Описание тура</w:t>
      </w:r>
    </w:p>
    <w:p>
      <w:r>
        <w:t>Отправьтесь в увлекательное путешествие в Лысьву – город, где металл становится историей, а традиции передаются через поколения. Дорога откроет перед вами удивительные страницы прошлого, расскажет о становлении Лысьвенского металлургического завода и его вкладе в Великую Победу.  Лысьва встречает уютными улочками и атмосферой старого уральского города. Здесь, в Музее каски, оживает история: легендарные солдатские шлемы, фронтовые письма, голос Юрия Левитана, возвращающий в военное время. Каждая деталь экспозиции заставляет прочувствовать силу духа и стойкость людей, ковавших Победу. Этот день наполнен открытиями, эмоциями и впечатлениями, которые останутся с вами надолго.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Комфортабельный автобус</w:t>
      </w:r>
      <w:r>
        <w:t>– удобные сиденья и комфортная поездка без усталости.</w:t>
      </w:r>
    </w:p>
    <w:p>
      <w:r>
        <w:rPr>
          <w:b/>
        </w:rPr>
        <w:t xml:space="preserve">Профессиональный гид </w:t>
      </w:r>
      <w:r>
        <w:t>– интересно подает материал, помогает в организации и отвечает на вопросы.</w:t>
      </w:r>
    </w:p>
    <w:p>
      <w:r>
        <w:rPr>
          <w:b/>
        </w:rPr>
        <w:t>Включён обед в кафе города</w:t>
      </w:r>
      <w:r>
        <w:t>– горячее питание в середине дня.</w:t>
      </w:r>
    </w:p>
    <w:p>
      <w:r>
        <w:rPr>
          <w:b/>
        </w:rPr>
        <w:t>Сразу 3 насыщенных объекта за день:</w:t>
      </w:r>
    </w:p>
    <w:p>
      <w:pPr>
        <w:pStyle w:val="ListBullet"/>
      </w:pPr>
      <w:r>
        <w:t>Обзорная экскурсия по городу</w:t>
      </w:r>
    </w:p>
    <w:p>
      <w:pPr>
        <w:pStyle w:val="ListBullet"/>
      </w:pPr>
      <w:r>
        <w:t>Экскурсия в музей каски – единственный в России, посвящённый защитным шлемам времён войны</w:t>
      </w:r>
    </w:p>
    <w:p>
      <w:pPr>
        <w:pStyle w:val="ListBullet"/>
      </w:pPr>
      <w:r>
        <w:t>Мастер-класс по росписи эмалированной кружки – создаёте сувенир своими руками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– Экскурсионное обслуживание;</w:t>
      </w:r>
      <w:r>
        <w:br/>
      </w:r>
      <w:r>
        <w:t>– Сопровождение гидом;</w:t>
      </w:r>
      <w:r>
        <w:br/>
      </w:r>
      <w:r>
        <w:t xml:space="preserve">– Входные билеты в музей; </w:t>
      </w:r>
      <w:r>
        <w:br/>
      </w:r>
      <w:r>
        <w:t>– Мастер-класс;</w:t>
      </w:r>
      <w:r>
        <w:br/>
      </w:r>
      <w:r>
        <w:t>– Обед;</w:t>
      </w:r>
      <w:r>
        <w:br/>
      </w:r>
      <w:r>
        <w:t>– Страховка по автобусному проезду.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– Сувенирная продукция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 xml:space="preserve">09.30 -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</w:p>
    <w:p>
      <w:pPr>
        <w:pStyle w:val="Heading1"/>
      </w:pPr>
      <w:r>
        <w:t>Документы для поездки</w:t>
      </w:r>
    </w:p>
    <w:p>
      <w:r>
        <w:t>Оригиналы паспорта/свидетельства о рождении, мед. полис</w:t>
      </w:r>
      <w:r>
        <w:br/>
      </w:r>
      <w:hyperlink r:id="rId10">
        <w:r>
          <w:rPr>
            <w:color w:val="0000FF"/>
            <w:u w:val="single"/>
          </w:rPr>
          <w:t>Распечатать памятку по туру 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pPr>
        <w:pStyle w:val="ListBullet"/>
      </w:pPr>
      <w:r>
        <w:t>удобную одежду и обувь для комфортной поездки, если требуется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пауэрбанк; USB-кабель для зарядки телефона;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плед;</w:t>
      </w:r>
    </w:p>
    <w:p>
      <w:pPr>
        <w:pStyle w:val="ListBullet"/>
      </w:pPr>
      <w:r>
        <w:t>подушечку для головы;</w:t>
      </w:r>
    </w:p>
    <w:p>
      <w:r>
        <w:rPr>
          <w:b/>
        </w:rPr>
        <w:t>Для экскурсий:</w:t>
      </w:r>
    </w:p>
    <w:p>
      <w:pPr>
        <w:pStyle w:val="ListBullet"/>
      </w:pPr>
      <w:r>
        <w:t>удобную,непродуваемую одежду  и обувь по погоде;</w:t>
      </w:r>
    </w:p>
    <w:p>
      <w:pPr>
        <w:pStyle w:val="ListBullet"/>
      </w:pPr>
      <w:r>
        <w:t>зонт или дождевик на случай осадков;</w:t>
      </w:r>
    </w:p>
    <w:p>
      <w:pPr>
        <w:pStyle w:val="ListBullet"/>
      </w:pPr>
      <w:r>
        <w:t>рюкзак, либо поясную сумку для безопасности личного имущества;</w:t>
      </w:r>
    </w:p>
    <w:p>
      <w:pPr>
        <w:pStyle w:val="ListBullet"/>
      </w:pPr>
      <w:r>
        <w:t>деньги на покупку сувениров и т.д</w:t>
      </w:r>
    </w:p>
    <w:p>
      <w:pPr>
        <w:pStyle w:val="ListBullet"/>
      </w:pPr>
      <w:r>
        <w:t>фотоаппарат;</w:t>
      </w:r>
    </w:p>
    <w:p>
      <w:pPr>
        <w:pStyle w:val="ListBullet"/>
      </w:pPr>
      <w:r>
        <w:t>питьевая вода,перекус;</w:t>
      </w:r>
    </w:p>
    <w:p>
      <w:pPr>
        <w:pStyle w:val="ListBullet"/>
      </w:pPr>
      <w:r>
        <w:t>пауэрбанк;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солнцезащитный крем (в летний период)</w:t>
      </w:r>
    </w:p>
    <w:p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09.30 – Отправление автобуса из Перми</w:t>
      </w:r>
      <w:r>
        <w:br/>
      </w:r>
      <w:r>
        <w:t>Во время поездки из Перми в Лысьву вас ждет увлекательная путевая экскурсия, во время которой вы узнаете о богатой истории и культуре этого края. По пути вы услышите рассказы о создании Лысьвенского металлургического завода, развитии города и его значении в годы войны. Узнаете, почему Лысьва славится своими эмалированными изделиями и как местные традиции сохранились до наших дней.</w:t>
      </w:r>
      <w:r>
        <w:br/>
      </w:r>
      <w:r>
        <w:t>12.30 - 13.00 - Небольшая</w:t>
      </w:r>
      <w:r>
        <w:rPr>
          <w:b/>
        </w:rPr>
        <w:t>обзорная экскурсия</w:t>
      </w:r>
      <w:r>
        <w:t>по Лысьве</w:t>
      </w:r>
      <w:r>
        <w:br/>
      </w:r>
      <w:r>
        <w:t>13.00 -</w:t>
      </w:r>
      <w:r>
        <w:rPr>
          <w:b/>
        </w:rPr>
        <w:t>Обед</w:t>
      </w:r>
      <w:r>
        <w:t>в кафе города</w:t>
      </w:r>
      <w:r>
        <w:br/>
      </w:r>
      <w:r>
        <w:t>14.00 - 15.00 -</w:t>
      </w:r>
      <w:r>
        <w:rPr>
          <w:b/>
        </w:rPr>
        <w:t>Экскурсия по музею каски</w:t>
      </w:r>
      <w:r>
        <w:br/>
      </w:r>
      <w:r>
        <w:t xml:space="preserve">Лысьвенский металлургический завод (№700) во время войны был единственным в СССР, выпускавшим стальные солдатские шлемы. Легендарная каска СШ-40 спасла тысячи жизней и стала символом Победы. Экспозиция музея воссоздает процесс создания шлема, включает подлинные каски разных стран, фронтовые письма, фотографии и личные вещи тружеников тыла. Финальный акцент — голос Юрия Левитана, создающий сильный эмоциональный эффект. </w:t>
      </w:r>
      <w:r>
        <w:br/>
      </w:r>
      <w:r>
        <w:t>15.00 - 16.00 -</w:t>
      </w:r>
      <w:r>
        <w:rPr>
          <w:b/>
        </w:rPr>
        <w:t xml:space="preserve">Мастер-класс по росписи эмалированной кружки </w:t>
      </w:r>
      <w:r>
        <w:br/>
      </w:r>
      <w:r>
        <w:t>Прикоснитесь к истории и создайте уникальный сувенир своими руками! Яркие краски, творческая атмосфера и историческое наследие Лысьвы сделают этот мастер-класс особенным для каждого участника!</w:t>
      </w:r>
      <w:r>
        <w:br/>
      </w:r>
      <w:r>
        <w:t>16.30 - Ориентировочное время выезда группы в Пермь</w:t>
      </w:r>
      <w:r>
        <w:br/>
      </w:r>
      <w:r>
        <w:t>19.00 - Прибытие группы в Пермь</w:t>
      </w:r>
    </w:p>
    <w:p>
      <w:r>
        <w:rPr>
          <w:i/>
        </w:rPr>
        <w:t>* Оператор оставляет за собой право вносить изменения в программу с сохранением объема обслуживания.</w:t>
      </w:r>
      <w:r>
        <w:br/>
      </w:r>
      <w:r>
        <w:rPr>
          <w:i/>
        </w:rPr>
        <w:t>* 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 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