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Тур для школьников Пряничный Кунгур с  мастер-классом и обзорной экскурсией по городу Кунгур</w:t>
      </w:r>
    </w:p>
    <w:p>
      <w:pPr>
        <w:pStyle w:val="Heading1"/>
      </w:pPr>
      <w:r>
        <w:t>Информация тура</w:t>
      </w:r>
    </w:p>
    <w:p>
      <w:r>
        <w:t>Пермь - Кунгур - Пермь</w:t>
      </w:r>
    </w:p>
    <w:p>
      <w:pPr>
        <w:pStyle w:val="Heading1"/>
      </w:pPr>
      <w:r>
        <w:t>Описание тура</w:t>
      </w:r>
    </w:p>
    <w:p>
      <w:r>
        <w:rPr>
          <w:b/>
        </w:rPr>
        <w:t>Продолжительность</w:t>
      </w:r>
      <w:r>
        <w:t>— 1 день</w:t>
      </w:r>
      <w:r>
        <w:br/>
      </w:r>
      <w:r>
        <w:rPr>
          <w:b/>
        </w:rPr>
        <w:t>Рекомендуемый возраст</w:t>
      </w:r>
      <w:r>
        <w:t>— с 6 лет</w:t>
      </w:r>
      <w:r>
        <w:br/>
      </w:r>
      <w:r>
        <w:rPr>
          <w:b/>
        </w:rPr>
        <w:t>Рекомендуемый сезон</w:t>
      </w:r>
      <w:r>
        <w:t>— любой</w:t>
      </w:r>
      <w:r>
        <w:br/>
      </w:r>
      <w:r>
        <w:rPr>
          <w:b/>
        </w:rPr>
        <w:t>Размер группы</w:t>
      </w:r>
      <w:r>
        <w:t>— от 10 человек</w:t>
      </w:r>
    </w:p>
    <w:p>
      <w:pPr>
        <w:pStyle w:val="Heading1"/>
      </w:pPr>
      <w:r>
        <w:t>Преимущества</w:t>
      </w:r>
    </w:p>
    <w:p>
      <w:r>
        <w:rPr>
          <w:b/>
        </w:rPr>
        <w:t>Комфорт и забота на каждом этапе</w:t>
      </w:r>
      <w:r>
        <w:br/>
      </w:r>
      <w:r>
        <w:t>—  Поездка проходит на современном, тёплом и удобном автобусе.</w:t>
      </w:r>
      <w:r>
        <w:br/>
      </w:r>
      <w:r>
        <w:t>—  Опытный сопровождающий отвечает за порядок, уют и ваше настроение в пути.</w:t>
      </w:r>
      <w:r>
        <w:br/>
      </w:r>
      <w:r>
        <w:t>—  Всё продумано: от маршрута до времени остановок.</w:t>
      </w:r>
    </w:p>
    <w:p>
      <w:r>
        <w:rPr>
          <w:b/>
        </w:rPr>
        <w:t>Богатая культурная программа</w:t>
      </w:r>
      <w:r>
        <w:br/>
      </w:r>
      <w:r>
        <w:t>—  Вы не просто едете — вы погружаетесь в историю старинного купеческого города.</w:t>
      </w:r>
      <w:r>
        <w:br/>
      </w:r>
      <w:r>
        <w:t>—  Каждый объект тура выбран так, чтобы рассказать об Урале живо и увлекательно.</w:t>
      </w:r>
      <w:r>
        <w:br/>
      </w:r>
      <w:r>
        <w:t>—  Это не сухая экскурсия, а настоящее путешествие во времени.</w:t>
      </w:r>
    </w:p>
    <w:p>
      <w:r>
        <w:rPr>
          <w:b/>
        </w:rPr>
        <w:t>Уют и вкус традиций</w:t>
      </w:r>
      <w:r>
        <w:br/>
      </w:r>
      <w:r>
        <w:t>—  Пряничный мастер-класс с чаепитием — самая душевная часть программы.</w:t>
      </w:r>
      <w:r>
        <w:br/>
      </w:r>
      <w:r>
        <w:t>—  Тёплая атмосфера, аромат специй, огоньки гирлянд и возможность сделать сувенир своими руками.</w:t>
      </w:r>
      <w:r>
        <w:br/>
      </w:r>
      <w:r>
        <w:t>—  Всё это создаёт ощущение  уюта и праздника.</w:t>
      </w:r>
    </w:p>
    <w:p>
      <w:r>
        <w:rPr>
          <w:b/>
        </w:rPr>
        <w:t>Возможность сделать уникальные фотографии</w:t>
      </w:r>
      <w:r>
        <w:br/>
      </w:r>
      <w:r>
        <w:t>—  Старинные улочки Кунгура, ремесленные мастерские, купеческие интерьеры — всё идеально для фото.</w:t>
      </w:r>
      <w:r>
        <w:br/>
      </w:r>
      <w:r>
        <w:t>—  На пряничном мастер-классе можно сделать яркие снимки в уютной атмосфере с самодельными пряниками.</w:t>
      </w:r>
    </w:p>
    <w:p>
      <w:r>
        <w:rPr>
          <w:b/>
        </w:rPr>
        <w:t>Подходит для всех возрастов</w:t>
      </w:r>
      <w:r>
        <w:br/>
      </w:r>
      <w:r>
        <w:t>—  Тур одинаково интересен детям, взрослым и старшему поколению.</w:t>
      </w:r>
      <w:r>
        <w:br/>
      </w:r>
      <w:r>
        <w:t>—  Он сочетает познавательную часть, творчество и отдых — каждый найдёт занятие по душе.</w:t>
      </w:r>
    </w:p>
    <w:p>
      <w:r>
        <w:rPr>
          <w:b/>
        </w:rPr>
        <w:t>Эмоции, которые остаются надолго</w:t>
      </w:r>
      <w:r>
        <w:br/>
      </w:r>
      <w:r>
        <w:t>— Этот день наполнен теплом, ароматом имбиря, улыбками и атмосферой доброты.</w:t>
      </w:r>
      <w:r>
        <w:br/>
      </w:r>
      <w:r>
        <w:t>— Тур в Кунгур — это маленький праздник посреди зимы, который вдохновляет и возвращает ощущение сказки.</w:t>
      </w:r>
    </w:p>
    <w:p>
      <w:pPr>
        <w:pStyle w:val="Heading1"/>
      </w:pPr>
      <w:r>
        <w:t>В стоимость тура входит</w:t>
      </w:r>
    </w:p>
    <w:p>
      <w:pPr>
        <w:pStyle w:val="ListBullet"/>
      </w:pPr>
      <w:r>
        <w:t>Транспортное обслуживание</w:t>
      </w:r>
    </w:p>
    <w:p>
      <w:pPr>
        <w:pStyle w:val="ListBullet"/>
      </w:pPr>
      <w:r>
        <w:t>Сопровождение нашим сотрудником</w:t>
      </w:r>
    </w:p>
    <w:p>
      <w:pPr>
        <w:pStyle w:val="ListBullet"/>
      </w:pPr>
      <w:r>
        <w:t>Экскурсионное обслуживание</w:t>
      </w:r>
    </w:p>
    <w:p>
      <w:pPr>
        <w:pStyle w:val="ListBullet"/>
      </w:pPr>
      <w:r>
        <w:t>Чаепитие</w:t>
      </w:r>
    </w:p>
    <w:p>
      <w:pPr>
        <w:pStyle w:val="ListBullet"/>
      </w:pPr>
      <w:r>
        <w:t>Страховка на автобусный проезд</w:t>
      </w:r>
    </w:p>
    <w:p>
      <w:pPr>
        <w:pStyle w:val="Heading1"/>
      </w:pPr>
      <w:r>
        <w:t>Дополнительно оплачивается</w:t>
      </w:r>
    </w:p>
    <w:p>
      <w:r>
        <w:t>— Личные расходы участников (сувениры, дополнительные сладости и напитки)</w:t>
      </w:r>
      <w:r>
        <w:br/>
      </w:r>
      <w:r>
        <w:t>— Доплата за отдалённые районы при трансфере (подробности здесь:</w:t>
      </w:r>
      <w:hyperlink r:id="rId9">
        <w:r>
          <w:rPr>
            <w:color w:val="0000FF"/>
            <w:u w:val="single"/>
          </w:rPr>
          <w:t>ссылка</w:t>
        </w:r>
      </w:hyperlink>
      <w:r>
        <w:t>)</w:t>
      </w:r>
      <w:r>
        <w:br/>
      </w:r>
      <w:r>
        <w:t>— Дополнительное питание</w:t>
      </w:r>
    </w:p>
    <w:p>
      <w:pPr>
        <w:pStyle w:val="Heading1"/>
      </w:pPr>
      <w:r>
        <w:t>Информация о транспорте</w:t>
      </w:r>
    </w:p>
    <w:p>
      <w:r>
        <w:t>— Место посадки вы выбираете сами — удобно для вашей группы</w:t>
      </w:r>
      <w:r>
        <w:br/>
      </w:r>
      <w:r>
        <w:t>— Для отдалённых районов возможна небольшая доплата</w:t>
      </w:r>
      <w:r>
        <w:br/>
      </w:r>
      <w:r>
        <w:t>— Автобусы новые, туристического класса, специально оборудованные для перевозки детей — комфорт и безопасность на каждом километре</w:t>
      </w:r>
      <w:r>
        <w:br/>
      </w:r>
      <w:r>
        <w:t>— Можно выбрать автобус по размеру группы — микроавтобус для небольших групп или большой автобус</w:t>
      </w:r>
      <w:r>
        <w:br/>
      </w:r>
      <w:r>
        <w:t>— Опытные водители с многолетним стажем, которые знают, как безопасно доставить детей до пункта назначения</w:t>
      </w:r>
      <w:r>
        <w:br/>
      </w:r>
      <w:r>
        <w:t>— Все документы для поездки мы оформляем сами — в ГИБДД и МЧС, если тур активный, чтобы родители и педагоги ни о чём не переживали</w:t>
      </w:r>
      <w:r>
        <w:br/>
      </w:r>
      <w:r>
        <w:br/>
      </w:r>
      <w:r>
        <w:t>Ваши дети едут с комфортом и под полным контролем — всё продумано до мелочей!</w:t>
      </w:r>
    </w:p>
    <w:p>
      <w:pPr>
        <w:pStyle w:val="Heading1"/>
      </w:pPr>
      <w:r>
        <w:t>Документы для поездки</w:t>
      </w:r>
    </w:p>
    <w:p>
      <w:r>
        <w:t>— Приказ из школы</w:t>
      </w:r>
      <w:r>
        <w:br/>
      </w:r>
      <w:r>
        <w:t>— Список туристов</w:t>
      </w:r>
      <w:r>
        <w:br/>
      </w:r>
      <w:r>
        <w:t>— Оригинал паспорта (для детей от 14 лет)</w:t>
      </w:r>
      <w:r>
        <w:br/>
      </w:r>
      <w:r>
        <w:t>— Свидетельство о рождении (для детей до 14 лет)</w:t>
      </w:r>
    </w:p>
    <w:p>
      <w:pPr>
        <w:pStyle w:val="Heading1"/>
      </w:pPr>
      <w:r>
        <w:t>Рекомендуем взять с собой</w:t>
      </w:r>
    </w:p>
    <w:p>
      <w:r>
        <w:t>-— удобную одежду и обувь по погоде</w:t>
      </w:r>
      <w:r>
        <w:br/>
      </w:r>
      <w:r>
        <w:t>—  зонт или дождевик на случай осадков</w:t>
      </w:r>
      <w:r>
        <w:br/>
      </w:r>
      <w:r>
        <w:t>—  отличное настроение</w:t>
      </w:r>
      <w:r>
        <w:br/>
      </w:r>
      <w:r>
        <w:t>—  фотоаппарат</w:t>
      </w:r>
      <w:r>
        <w:br/>
      </w:r>
      <w:r>
        <w:t>—  питьевую воду,перекус;</w:t>
      </w:r>
      <w:r>
        <w:br/>
      </w:r>
      <w:r>
        <w:t>—  пауэрбанк</w:t>
      </w:r>
      <w:r>
        <w:br/>
      </w:r>
      <w:r>
        <w:t>—  аптечку для личного применения</w:t>
      </w:r>
      <w:r>
        <w:br/>
      </w:r>
      <w:r>
        <w:t>—  снять все украшения перед экскурсией</w:t>
      </w:r>
    </w:p>
    <w:p>
      <w:pPr>
        <w:pStyle w:val="Heading1"/>
      </w:pPr>
      <w:r>
        <w:t>Программа тура</w:t>
      </w:r>
    </w:p>
    <w:p>
      <w:r>
        <w:rPr>
          <w:b/>
        </w:rPr>
        <w:t>Отправление из Перми в г. Кунгур. Путевая экскурсия.</w:t>
      </w:r>
      <w:r>
        <w:br/>
      </w:r>
      <w:r>
        <w:t>Вы погрузитесь в атмосферу старинного города, где история живёт на каждом перекрёстке! Вас ждут увлекательные рассказы, старинные легенды и даже забавные курьёзные истории.</w:t>
      </w:r>
      <w:r>
        <w:br/>
      </w:r>
      <w:r>
        <w:br/>
      </w:r>
      <w:r>
        <w:rPr>
          <w:b/>
        </w:rPr>
        <w:t>Прибытие в Кунгур. Обзорная экскурсия по городу "Кунгур купеческий" с посещением Гончарной лавки.</w:t>
      </w:r>
      <w:r>
        <w:br/>
      </w:r>
      <w:r>
        <w:t>На обзорной экскурсии, как на машине времени, мы переместимся из века 21- го – в двадцатый, а затем в девятнадцатый и восемнадцатый. Узнаем, почему кунгуряки считают себя потомками знаменитого атамана Ермака. Услышим множество легенд и даже курьезных историй. Например, о том, почему один известный путешественник назвал Кунгур «самым большим городом России». Узнаем о кожевенном производстве: когда-то о кунгурских сапожках мечтали даже парижанки! Посетим знаменитую гончарную лавку.</w:t>
      </w:r>
      <w:r>
        <w:br/>
      </w:r>
      <w:r>
        <w:br/>
      </w:r>
      <w:r>
        <w:rPr>
          <w:b/>
        </w:rPr>
        <w:t>Мастер-класс по созданию вязовского пряника с чаепитием.</w:t>
      </w:r>
      <w:r>
        <w:br/>
      </w:r>
      <w:r>
        <w:t>В уютной расписной пряничной вы узнаете историю знаменитого пряника, попробуете себя в лепке и создадите собственное угощение. Пока пряники выпекаются, мастерица познакомит вас с искусством резьбы и росписи по дереву. Завершит встречу душевное чаепитие со свежеиспеченными пряниками. Творчество, ароматы и уют русской старины оставят незабываемые впечатления!</w:t>
      </w:r>
    </w:p>
    <w:p>
      <w:r>
        <w:t>Здесь каждый элемент создан с любовью:</w:t>
      </w:r>
      <w:r>
        <w:br/>
      </w:r>
      <w:r>
        <w:t>-аромат свежей выпечки и пряных специй</w:t>
      </w:r>
      <w:r>
        <w:br/>
      </w:r>
      <w:r>
        <w:t>-сказочная роспись и причудливые формы</w:t>
      </w:r>
      <w:r>
        <w:br/>
      </w:r>
      <w:r>
        <w:t>-уютная атмосфера, наполненная теплом и вдохновением</w:t>
      </w:r>
    </w:p>
    <w:p>
      <w:r>
        <w:t>Вы откроете для себя секреты традиционной русской пряничной культуры, создадите собственный съедобный шедевр и прикоснётесь к мудрости вековых ремёсел.</w:t>
      </w:r>
      <w:r>
        <w:br/>
      </w:r>
      <w:r>
        <w:t>Это незабываемое путешествие в мир вкуса, творчества и русских традиций, которое подарит радость детям и взрослым!</w:t>
      </w:r>
    </w:p>
    <w:p>
      <w:r>
        <w:rPr>
          <w:b/>
        </w:rPr>
        <w:t>Выезд в Пермь</w:t>
      </w:r>
      <w:r>
        <w:br/>
      </w:r>
      <w:r>
        <w:br/>
      </w:r>
      <w:r>
        <w:br/>
      </w:r>
    </w:p>
    <w:p>
      <w:pPr>
        <w:pStyle w:val="Heading1"/>
      </w:pPr>
      <w:r>
        <w:t>Скидки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c>
          <w:tcPr>
            <w:tcW w:type="dxa" w:w="3600"/>
            <w:vMerge w:val="restart"/>
            <w:shd w:fill="#a4c2f4" w:val="clear"/>
          </w:tcPr>
          <w:p>
            <w:r>
              <w:rPr>
                <w:b/>
              </w:rPr>
              <w:t>кол-во человек</w:t>
            </w:r>
          </w:p>
        </w:tc>
        <w:tc>
          <w:tcPr>
            <w:tcW w:type="dxa" w:w="3600"/>
            <w:vMerge w:val="restart"/>
            <w:shd w:fill="#a4c2f4" w:val="clear"/>
          </w:tcPr>
          <w:p>
            <w:r>
              <w:rPr>
                <w:b/>
              </w:rPr>
              <w:t>бесплатныесопровожд</w:t>
            </w:r>
          </w:p>
        </w:tc>
        <w:tc>
          <w:tcPr>
            <w:tcW w:type="dxa" w:w="3600"/>
            <w:vMerge w:val="restart"/>
            <w:shd w:fill="#a4c2f4" w:val="clear"/>
          </w:tcPr>
          <w:p>
            <w:r>
              <w:rPr>
                <w:b/>
              </w:rPr>
              <w:t>цена(с чел)</w:t>
            </w:r>
          </w:p>
        </w:tc>
      </w:tr>
      <w:tr>
        <w:tc>
          <w:tcPr>
            <w:tcW w:type="dxa" w:w="3600"/>
            <w:vMerge/>
          </w:tcPr>
          <w:p/>
        </w:tc>
        <w:tc>
          <w:tcPr>
            <w:tcW w:type="dxa" w:w="3600"/>
            <w:vMerge/>
          </w:tcPr>
          <w:p/>
        </w:tc>
        <w:tc>
          <w:tcPr>
            <w:tcW w:type="dxa" w:w="3600"/>
            <w:vMerge/>
          </w:tcPr>
          <w:p/>
        </w:tc>
      </w:tr>
      <w:tr>
        <w:tc>
          <w:tcPr>
            <w:tcW w:type="dxa" w:w="3600"/>
          </w:tcPr>
          <w:p>
            <w:r>
              <w:rPr>
                <w:b/>
              </w:rPr>
              <w:t>10</w:t>
            </w:r>
          </w:p>
        </w:tc>
        <w:tc>
          <w:tcPr>
            <w:tcW w:type="dxa" w:w="3600"/>
            <w:shd w:fill="#d9ead3" w:val="clear"/>
          </w:tcPr>
          <w:p>
            <w:r>
              <w:t>1</w:t>
            </w:r>
          </w:p>
        </w:tc>
        <w:tc>
          <w:tcPr>
            <w:tcW w:type="dxa" w:w="3600"/>
            <w:shd w:fill="#93c47d" w:val="clear"/>
          </w:tcPr>
          <w:p>
            <w:r>
              <w:t>5 265</w:t>
            </w:r>
          </w:p>
        </w:tc>
      </w:tr>
      <w:tr>
        <w:tc>
          <w:tcPr>
            <w:tcW w:type="dxa" w:w="3600"/>
          </w:tcPr>
          <w:p>
            <w:r>
              <w:rPr>
                <w:b/>
              </w:rPr>
              <w:t>11</w:t>
            </w:r>
          </w:p>
        </w:tc>
        <w:tc>
          <w:tcPr>
            <w:tcW w:type="dxa" w:w="3600"/>
            <w:shd w:fill="#d9ead3" w:val="clear"/>
          </w:tcPr>
          <w:p>
            <w:r>
              <w:t>1</w:t>
            </w:r>
          </w:p>
        </w:tc>
        <w:tc>
          <w:tcPr>
            <w:tcW w:type="dxa" w:w="3600"/>
            <w:shd w:fill="#93c47d" w:val="clear"/>
          </w:tcPr>
          <w:p>
            <w:r>
              <w:t>4 916</w:t>
            </w:r>
          </w:p>
        </w:tc>
      </w:tr>
      <w:tr>
        <w:tc>
          <w:tcPr>
            <w:tcW w:type="dxa" w:w="3600"/>
          </w:tcPr>
          <w:p>
            <w:r>
              <w:rPr>
                <w:b/>
              </w:rPr>
              <w:t>12</w:t>
            </w:r>
          </w:p>
        </w:tc>
        <w:tc>
          <w:tcPr>
            <w:tcW w:type="dxa" w:w="3600"/>
            <w:shd w:fill="#d9ead3" w:val="clear"/>
          </w:tcPr>
          <w:p>
            <w:r>
              <w:t>1</w:t>
            </w:r>
          </w:p>
        </w:tc>
        <w:tc>
          <w:tcPr>
            <w:tcW w:type="dxa" w:w="3600"/>
            <w:shd w:fill="#93c47d" w:val="clear"/>
          </w:tcPr>
          <w:p>
            <w:r>
              <w:t>4 626</w:t>
            </w:r>
          </w:p>
        </w:tc>
      </w:tr>
      <w:tr>
        <w:tc>
          <w:tcPr>
            <w:tcW w:type="dxa" w:w="3600"/>
          </w:tcPr>
          <w:p>
            <w:r>
              <w:rPr>
                <w:b/>
              </w:rPr>
              <w:t>13</w:t>
            </w:r>
          </w:p>
        </w:tc>
        <w:tc>
          <w:tcPr>
            <w:tcW w:type="dxa" w:w="3600"/>
            <w:shd w:fill="#d9ead3" w:val="clear"/>
          </w:tcPr>
          <w:p>
            <w:r>
              <w:t>1</w:t>
            </w:r>
          </w:p>
        </w:tc>
        <w:tc>
          <w:tcPr>
            <w:tcW w:type="dxa" w:w="3600"/>
            <w:shd w:fill="#93c47d" w:val="clear"/>
          </w:tcPr>
          <w:p>
            <w:r>
              <w:t>4 380</w:t>
            </w:r>
          </w:p>
        </w:tc>
      </w:tr>
      <w:tr>
        <w:tc>
          <w:tcPr>
            <w:tcW w:type="dxa" w:w="3600"/>
          </w:tcPr>
          <w:p>
            <w:r>
              <w:rPr>
                <w:b/>
              </w:rPr>
              <w:t>14</w:t>
            </w:r>
          </w:p>
        </w:tc>
        <w:tc>
          <w:tcPr>
            <w:tcW w:type="dxa" w:w="3600"/>
            <w:shd w:fill="#d9ead3" w:val="clear"/>
          </w:tcPr>
          <w:p>
            <w:r>
              <w:t>1</w:t>
            </w:r>
          </w:p>
        </w:tc>
        <w:tc>
          <w:tcPr>
            <w:tcW w:type="dxa" w:w="3600"/>
            <w:shd w:fill="#93c47d" w:val="clear"/>
          </w:tcPr>
          <w:p>
            <w:r>
              <w:t>4 169</w:t>
            </w:r>
          </w:p>
        </w:tc>
      </w:tr>
      <w:tr>
        <w:tc>
          <w:tcPr>
            <w:tcW w:type="dxa" w:w="3600"/>
          </w:tcPr>
          <w:p>
            <w:r>
              <w:rPr>
                <w:b/>
              </w:rPr>
              <w:t>15</w:t>
            </w:r>
          </w:p>
        </w:tc>
        <w:tc>
          <w:tcPr>
            <w:tcW w:type="dxa" w:w="3600"/>
            <w:shd w:fill="#d9ead3" w:val="clear"/>
          </w:tcPr>
          <w:p>
            <w:r>
              <w:t>1</w:t>
            </w:r>
          </w:p>
        </w:tc>
        <w:tc>
          <w:tcPr>
            <w:tcW w:type="dxa" w:w="3600"/>
            <w:shd w:fill="#93c47d" w:val="clear"/>
          </w:tcPr>
          <w:p>
            <w:r>
              <w:t>3 987</w:t>
            </w:r>
          </w:p>
        </w:tc>
      </w:tr>
      <w:tr>
        <w:tc>
          <w:tcPr>
            <w:tcW w:type="dxa" w:w="3600"/>
          </w:tcPr>
          <w:p>
            <w:r>
              <w:rPr>
                <w:b/>
              </w:rPr>
              <w:t>16</w:t>
            </w:r>
          </w:p>
        </w:tc>
        <w:tc>
          <w:tcPr>
            <w:tcW w:type="dxa" w:w="3600"/>
            <w:shd w:fill="#d9ead3" w:val="clear"/>
          </w:tcPr>
          <w:p>
            <w:r>
              <w:t>1</w:t>
            </w:r>
          </w:p>
        </w:tc>
        <w:tc>
          <w:tcPr>
            <w:tcW w:type="dxa" w:w="3600"/>
            <w:shd w:fill="#93c47d" w:val="clear"/>
          </w:tcPr>
          <w:p>
            <w:r>
              <w:t>3 827</w:t>
            </w:r>
          </w:p>
        </w:tc>
      </w:tr>
      <w:tr>
        <w:tc>
          <w:tcPr>
            <w:tcW w:type="dxa" w:w="3600"/>
          </w:tcPr>
          <w:p>
            <w:r>
              <w:rPr>
                <w:b/>
              </w:rPr>
              <w:t>17</w:t>
            </w:r>
          </w:p>
        </w:tc>
        <w:tc>
          <w:tcPr>
            <w:tcW w:type="dxa" w:w="3600"/>
            <w:shd w:fill="#d9ead3" w:val="clear"/>
          </w:tcPr>
          <w:p>
            <w:r>
              <w:t>1</w:t>
            </w:r>
          </w:p>
        </w:tc>
        <w:tc>
          <w:tcPr>
            <w:tcW w:type="dxa" w:w="3600"/>
            <w:shd w:fill="#93c47d" w:val="clear"/>
          </w:tcPr>
          <w:p>
            <w:r>
              <w:t>3 686</w:t>
            </w:r>
          </w:p>
        </w:tc>
      </w:tr>
      <w:tr>
        <w:tc>
          <w:tcPr>
            <w:tcW w:type="dxa" w:w="3600"/>
          </w:tcPr>
          <w:p>
            <w:r>
              <w:rPr>
                <w:b/>
              </w:rPr>
              <w:t>18</w:t>
            </w:r>
          </w:p>
        </w:tc>
        <w:tc>
          <w:tcPr>
            <w:tcW w:type="dxa" w:w="3600"/>
            <w:shd w:fill="#d9ead3" w:val="clear"/>
          </w:tcPr>
          <w:p>
            <w:r>
              <w:t>1</w:t>
            </w:r>
          </w:p>
        </w:tc>
        <w:tc>
          <w:tcPr>
            <w:tcW w:type="dxa" w:w="3600"/>
            <w:shd w:fill="#93c47d" w:val="clear"/>
          </w:tcPr>
          <w:p>
            <w:r>
              <w:t>3 561</w:t>
            </w:r>
          </w:p>
        </w:tc>
      </w:tr>
      <w:tr>
        <w:tc>
          <w:tcPr>
            <w:tcW w:type="dxa" w:w="3600"/>
          </w:tcPr>
          <w:p>
            <w:r>
              <w:rPr>
                <w:b/>
              </w:rPr>
              <w:t>19</w:t>
            </w:r>
          </w:p>
        </w:tc>
        <w:tc>
          <w:tcPr>
            <w:tcW w:type="dxa" w:w="3600"/>
            <w:shd w:fill="#d9ead3" w:val="clear"/>
          </w:tcPr>
          <w:p>
            <w:r>
              <w:t>1</w:t>
            </w:r>
          </w:p>
        </w:tc>
        <w:tc>
          <w:tcPr>
            <w:tcW w:type="dxa" w:w="3600"/>
            <w:shd w:fill="#93c47d" w:val="clear"/>
          </w:tcPr>
          <w:p>
            <w:r>
              <w:t>3 448</w:t>
            </w:r>
          </w:p>
        </w:tc>
      </w:tr>
      <w:tr>
        <w:tc>
          <w:tcPr>
            <w:tcW w:type="dxa" w:w="3600"/>
          </w:tcPr>
          <w:p>
            <w:r>
              <w:rPr>
                <w:b/>
              </w:rPr>
              <w:t>20</w:t>
            </w:r>
          </w:p>
        </w:tc>
        <w:tc>
          <w:tcPr>
            <w:tcW w:type="dxa" w:w="3600"/>
            <w:shd w:fill="#d9ead3" w:val="clear"/>
          </w:tcPr>
          <w:p>
            <w:r>
              <w:t>2</w:t>
            </w:r>
          </w:p>
        </w:tc>
        <w:tc>
          <w:tcPr>
            <w:tcW w:type="dxa" w:w="3600"/>
            <w:shd w:fill="#93c47d" w:val="clear"/>
          </w:tcPr>
          <w:p>
            <w:r>
              <w:t>3 732</w:t>
            </w:r>
          </w:p>
        </w:tc>
      </w:tr>
      <w:tr>
        <w:tc>
          <w:tcPr>
            <w:tcW w:type="dxa" w:w="3600"/>
          </w:tcPr>
          <w:p>
            <w:r>
              <w:rPr>
                <w:b/>
              </w:rPr>
              <w:t>21</w:t>
            </w:r>
          </w:p>
        </w:tc>
        <w:tc>
          <w:tcPr>
            <w:tcW w:type="dxa" w:w="3600"/>
            <w:shd w:fill="#d9ead3" w:val="clear"/>
          </w:tcPr>
          <w:p>
            <w:r>
              <w:t>2</w:t>
            </w:r>
          </w:p>
        </w:tc>
        <w:tc>
          <w:tcPr>
            <w:tcW w:type="dxa" w:w="3600"/>
            <w:shd w:fill="#93c47d" w:val="clear"/>
          </w:tcPr>
          <w:p>
            <w:r>
              <w:t>3 617</w:t>
            </w:r>
          </w:p>
        </w:tc>
      </w:tr>
      <w:tr>
        <w:tc>
          <w:tcPr>
            <w:tcW w:type="dxa" w:w="3600"/>
          </w:tcPr>
          <w:p>
            <w:r>
              <w:rPr>
                <w:b/>
              </w:rPr>
              <w:t>22</w:t>
            </w:r>
          </w:p>
        </w:tc>
        <w:tc>
          <w:tcPr>
            <w:tcW w:type="dxa" w:w="3600"/>
            <w:shd w:fill="#d9ead3" w:val="clear"/>
          </w:tcPr>
          <w:p>
            <w:r>
              <w:t>2</w:t>
            </w:r>
          </w:p>
        </w:tc>
        <w:tc>
          <w:tcPr>
            <w:tcW w:type="dxa" w:w="3600"/>
            <w:shd w:fill="#93c47d" w:val="clear"/>
          </w:tcPr>
          <w:p>
            <w:r>
              <w:t>3 513</w:t>
            </w:r>
          </w:p>
        </w:tc>
      </w:tr>
      <w:tr>
        <w:tc>
          <w:tcPr>
            <w:tcW w:type="dxa" w:w="3600"/>
          </w:tcPr>
          <w:p>
            <w:r>
              <w:rPr>
                <w:b/>
              </w:rPr>
              <w:t>23</w:t>
            </w:r>
          </w:p>
        </w:tc>
        <w:tc>
          <w:tcPr>
            <w:tcW w:type="dxa" w:w="3600"/>
            <w:shd w:fill="#d9ead3" w:val="clear"/>
          </w:tcPr>
          <w:p>
            <w:r>
              <w:t>2</w:t>
            </w:r>
          </w:p>
        </w:tc>
        <w:tc>
          <w:tcPr>
            <w:tcW w:type="dxa" w:w="3600"/>
            <w:shd w:fill="#93c47d" w:val="clear"/>
          </w:tcPr>
          <w:p>
            <w:r>
              <w:t>3 417</w:t>
            </w:r>
          </w:p>
        </w:tc>
      </w:tr>
      <w:tr>
        <w:tc>
          <w:tcPr>
            <w:tcW w:type="dxa" w:w="3600"/>
          </w:tcPr>
          <w:p>
            <w:r>
              <w:rPr>
                <w:b/>
              </w:rPr>
              <w:t>24</w:t>
            </w:r>
          </w:p>
        </w:tc>
        <w:tc>
          <w:tcPr>
            <w:tcW w:type="dxa" w:w="3600"/>
            <w:shd w:fill="#d9ead3" w:val="clear"/>
          </w:tcPr>
          <w:p>
            <w:r>
              <w:t>2</w:t>
            </w:r>
          </w:p>
        </w:tc>
        <w:tc>
          <w:tcPr>
            <w:tcW w:type="dxa" w:w="3600"/>
            <w:shd w:fill="#93c47d" w:val="clear"/>
          </w:tcPr>
          <w:p>
            <w:r>
              <w:t>3 330</w:t>
            </w:r>
          </w:p>
        </w:tc>
      </w:tr>
      <w:tr>
        <w:tc>
          <w:tcPr>
            <w:tcW w:type="dxa" w:w="3600"/>
          </w:tcPr>
          <w:p>
            <w:r>
              <w:rPr>
                <w:b/>
              </w:rPr>
              <w:t>25</w:t>
            </w:r>
          </w:p>
        </w:tc>
        <w:tc>
          <w:tcPr>
            <w:tcW w:type="dxa" w:w="3600"/>
            <w:shd w:fill="#d9ead3" w:val="clear"/>
          </w:tcPr>
          <w:p>
            <w:r>
              <w:t>2</w:t>
            </w:r>
          </w:p>
        </w:tc>
        <w:tc>
          <w:tcPr>
            <w:tcW w:type="dxa" w:w="3600"/>
            <w:shd w:fill="#93c47d" w:val="clear"/>
          </w:tcPr>
          <w:p>
            <w:r>
              <w:t>3 250</w:t>
            </w:r>
          </w:p>
        </w:tc>
      </w:tr>
      <w:tr>
        <w:tc>
          <w:tcPr>
            <w:tcW w:type="dxa" w:w="3600"/>
          </w:tcPr>
          <w:p>
            <w:r>
              <w:rPr>
                <w:b/>
              </w:rPr>
              <w:t>26</w:t>
            </w:r>
          </w:p>
        </w:tc>
        <w:tc>
          <w:tcPr>
            <w:tcW w:type="dxa" w:w="3600"/>
            <w:shd w:fill="#d9ead3" w:val="clear"/>
          </w:tcPr>
          <w:p>
            <w:r>
              <w:t>2</w:t>
            </w:r>
          </w:p>
        </w:tc>
        <w:tc>
          <w:tcPr>
            <w:tcW w:type="dxa" w:w="3600"/>
            <w:shd w:fill="#93c47d" w:val="clear"/>
          </w:tcPr>
          <w:p>
            <w:r>
              <w:t>3 175</w:t>
            </w:r>
          </w:p>
        </w:tc>
      </w:tr>
      <w:tr>
        <w:tc>
          <w:tcPr>
            <w:tcW w:type="dxa" w:w="3600"/>
          </w:tcPr>
          <w:p>
            <w:r>
              <w:rPr>
                <w:b/>
              </w:rPr>
              <w:t>27</w:t>
            </w:r>
          </w:p>
        </w:tc>
        <w:tc>
          <w:tcPr>
            <w:tcW w:type="dxa" w:w="3600"/>
            <w:shd w:fill="#d9ead3" w:val="clear"/>
          </w:tcPr>
          <w:p>
            <w:r>
              <w:t>2</w:t>
            </w:r>
          </w:p>
        </w:tc>
        <w:tc>
          <w:tcPr>
            <w:tcW w:type="dxa" w:w="3600"/>
            <w:shd w:fill="#93c47d" w:val="clear"/>
          </w:tcPr>
          <w:p>
            <w:r>
              <w:t>3 107</w:t>
            </w:r>
          </w:p>
        </w:tc>
      </w:tr>
      <w:tr>
        <w:tc>
          <w:tcPr>
            <w:tcW w:type="dxa" w:w="3600"/>
          </w:tcPr>
          <w:p>
            <w:r>
              <w:rPr>
                <w:b/>
              </w:rPr>
              <w:t>28</w:t>
            </w:r>
          </w:p>
        </w:tc>
        <w:tc>
          <w:tcPr>
            <w:tcW w:type="dxa" w:w="3600"/>
            <w:shd w:fill="#d9ead3" w:val="clear"/>
          </w:tcPr>
          <w:p>
            <w:r>
              <w:t>2</w:t>
            </w:r>
          </w:p>
        </w:tc>
        <w:tc>
          <w:tcPr>
            <w:tcW w:type="dxa" w:w="3600"/>
            <w:shd w:fill="#93c47d" w:val="clear"/>
          </w:tcPr>
          <w:p>
            <w:r>
              <w:t>3 043</w:t>
            </w:r>
          </w:p>
        </w:tc>
      </w:tr>
      <w:tr>
        <w:tc>
          <w:tcPr>
            <w:tcW w:type="dxa" w:w="3600"/>
          </w:tcPr>
          <w:p>
            <w:r>
              <w:rPr>
                <w:b/>
              </w:rPr>
              <w:t>29</w:t>
            </w:r>
          </w:p>
        </w:tc>
        <w:tc>
          <w:tcPr>
            <w:tcW w:type="dxa" w:w="3600"/>
            <w:shd w:fill="#d9ead3" w:val="clear"/>
          </w:tcPr>
          <w:p>
            <w:r>
              <w:t>2</w:t>
            </w:r>
          </w:p>
        </w:tc>
        <w:tc>
          <w:tcPr>
            <w:tcW w:type="dxa" w:w="3600"/>
            <w:shd w:fill="#93c47d" w:val="clear"/>
          </w:tcPr>
          <w:p>
            <w:r>
              <w:t>2 983</w:t>
            </w:r>
          </w:p>
        </w:tc>
      </w:tr>
      <w:tr>
        <w:tc>
          <w:tcPr>
            <w:tcW w:type="dxa" w:w="3600"/>
          </w:tcPr>
          <w:p>
            <w:r>
              <w:rPr>
                <w:b/>
              </w:rPr>
              <w:t>30</w:t>
            </w:r>
          </w:p>
        </w:tc>
        <w:tc>
          <w:tcPr>
            <w:tcW w:type="dxa" w:w="3600"/>
            <w:shd w:fill="#d9ead3" w:val="clear"/>
          </w:tcPr>
          <w:p>
            <w:r>
              <w:t>3</w:t>
            </w:r>
          </w:p>
        </w:tc>
        <w:tc>
          <w:tcPr>
            <w:tcW w:type="dxa" w:w="3600"/>
            <w:shd w:fill="#93c47d" w:val="clear"/>
          </w:tcPr>
          <w:p>
            <w:r>
              <w:t>2 972</w:t>
            </w:r>
          </w:p>
        </w:tc>
      </w:tr>
      <w:tr>
        <w:tc>
          <w:tcPr>
            <w:tcW w:type="dxa" w:w="3600"/>
          </w:tcPr>
          <w:p>
            <w:r>
              <w:rPr>
                <w:b/>
              </w:rPr>
              <w:t>31</w:t>
            </w:r>
          </w:p>
        </w:tc>
        <w:tc>
          <w:tcPr>
            <w:tcW w:type="dxa" w:w="3600"/>
            <w:shd w:fill="#d9ead3" w:val="clear"/>
          </w:tcPr>
          <w:p>
            <w:r>
              <w:t>3</w:t>
            </w:r>
          </w:p>
        </w:tc>
        <w:tc>
          <w:tcPr>
            <w:tcW w:type="dxa" w:w="3600"/>
            <w:shd w:fill="#93c47d" w:val="clear"/>
          </w:tcPr>
          <w:p>
            <w:r>
              <w:t>2 919</w:t>
            </w:r>
          </w:p>
        </w:tc>
      </w:tr>
      <w:tr>
        <w:tc>
          <w:tcPr>
            <w:tcW w:type="dxa" w:w="3600"/>
          </w:tcPr>
          <w:p>
            <w:r>
              <w:rPr>
                <w:b/>
              </w:rPr>
              <w:t>32</w:t>
            </w:r>
          </w:p>
        </w:tc>
        <w:tc>
          <w:tcPr>
            <w:tcW w:type="dxa" w:w="3600"/>
            <w:shd w:fill="#d9ead3" w:val="clear"/>
          </w:tcPr>
          <w:p>
            <w:r>
              <w:t>3</w:t>
            </w:r>
          </w:p>
        </w:tc>
        <w:tc>
          <w:tcPr>
            <w:tcW w:type="dxa" w:w="3600"/>
            <w:shd w:fill="#93c47d" w:val="clear"/>
          </w:tcPr>
          <w:p>
            <w:r>
              <w:t>2 869</w:t>
            </w:r>
          </w:p>
        </w:tc>
      </w:tr>
      <w:tr>
        <w:tc>
          <w:tcPr>
            <w:tcW w:type="dxa" w:w="3600"/>
          </w:tcPr>
          <w:p>
            <w:r>
              <w:rPr>
                <w:b/>
              </w:rPr>
              <w:t>33</w:t>
            </w:r>
          </w:p>
        </w:tc>
        <w:tc>
          <w:tcPr>
            <w:tcW w:type="dxa" w:w="3600"/>
            <w:shd w:fill="#d9ead3" w:val="clear"/>
          </w:tcPr>
          <w:p>
            <w:r>
              <w:t>3</w:t>
            </w:r>
          </w:p>
        </w:tc>
        <w:tc>
          <w:tcPr>
            <w:tcW w:type="dxa" w:w="3600"/>
            <w:shd w:fill="#93c47d" w:val="clear"/>
          </w:tcPr>
          <w:p>
            <w:r>
              <w:t>2 822</w:t>
            </w:r>
          </w:p>
        </w:tc>
      </w:tr>
      <w:tr>
        <w:tc>
          <w:tcPr>
            <w:tcW w:type="dxa" w:w="3600"/>
          </w:tcPr>
          <w:p>
            <w:r>
              <w:rPr>
                <w:b/>
              </w:rPr>
              <w:t>34</w:t>
            </w:r>
          </w:p>
        </w:tc>
        <w:tc>
          <w:tcPr>
            <w:tcW w:type="dxa" w:w="3600"/>
            <w:shd w:fill="#d9ead3" w:val="clear"/>
          </w:tcPr>
          <w:p>
            <w:r>
              <w:t>3</w:t>
            </w:r>
          </w:p>
        </w:tc>
        <w:tc>
          <w:tcPr>
            <w:tcW w:type="dxa" w:w="3600"/>
            <w:shd w:fill="#93c47d" w:val="clear"/>
          </w:tcPr>
          <w:p>
            <w:r>
              <w:t>2 778</w:t>
            </w:r>
          </w:p>
        </w:tc>
      </w:tr>
      <w:tr>
        <w:tc>
          <w:tcPr>
            <w:tcW w:type="dxa" w:w="3600"/>
          </w:tcPr>
          <w:p>
            <w:r>
              <w:rPr>
                <w:b/>
              </w:rPr>
              <w:t>35</w:t>
            </w:r>
          </w:p>
        </w:tc>
        <w:tc>
          <w:tcPr>
            <w:tcW w:type="dxa" w:w="3600"/>
            <w:shd w:fill="#d9ead3" w:val="clear"/>
          </w:tcPr>
          <w:p>
            <w:r>
              <w:t>3</w:t>
            </w:r>
          </w:p>
        </w:tc>
        <w:tc>
          <w:tcPr>
            <w:tcW w:type="dxa" w:w="3600"/>
            <w:shd w:fill="#93c47d" w:val="clear"/>
          </w:tcPr>
          <w:p>
            <w:r>
              <w:t>2 736</w:t>
            </w:r>
          </w:p>
        </w:tc>
      </w:tr>
      <w:tr>
        <w:tc>
          <w:tcPr>
            <w:tcW w:type="dxa" w:w="3600"/>
          </w:tcPr>
          <w:p>
            <w:r>
              <w:rPr>
                <w:b/>
              </w:rPr>
              <w:t>36</w:t>
            </w:r>
          </w:p>
        </w:tc>
        <w:tc>
          <w:tcPr>
            <w:tcW w:type="dxa" w:w="3600"/>
            <w:shd w:fill="#d9ead3" w:val="clear"/>
          </w:tcPr>
          <w:p>
            <w:r>
              <w:t>3</w:t>
            </w:r>
          </w:p>
        </w:tc>
        <w:tc>
          <w:tcPr>
            <w:tcW w:type="dxa" w:w="3600"/>
            <w:shd w:fill="#93c47d" w:val="clear"/>
          </w:tcPr>
          <w:p>
            <w:r>
              <w:t>2 697</w:t>
            </w:r>
          </w:p>
        </w:tc>
      </w:tr>
      <w:tr>
        <w:tc>
          <w:tcPr>
            <w:tcW w:type="dxa" w:w="3600"/>
          </w:tcPr>
          <w:p>
            <w:r>
              <w:rPr>
                <w:b/>
              </w:rPr>
              <w:t>37</w:t>
            </w:r>
          </w:p>
        </w:tc>
        <w:tc>
          <w:tcPr>
            <w:tcW w:type="dxa" w:w="3600"/>
            <w:shd w:fill="#d9ead3" w:val="clear"/>
          </w:tcPr>
          <w:p>
            <w:r>
              <w:t>3</w:t>
            </w:r>
          </w:p>
        </w:tc>
        <w:tc>
          <w:tcPr>
            <w:tcW w:type="dxa" w:w="3600"/>
            <w:shd w:fill="#93c47d" w:val="clear"/>
          </w:tcPr>
          <w:p>
            <w:r>
              <w:t>2 659</w:t>
            </w:r>
          </w:p>
        </w:tc>
      </w:tr>
      <w:tr>
        <w:tc>
          <w:tcPr>
            <w:tcW w:type="dxa" w:w="3600"/>
          </w:tcPr>
          <w:p>
            <w:r>
              <w:rPr>
                <w:b/>
              </w:rPr>
              <w:t>38</w:t>
            </w:r>
          </w:p>
        </w:tc>
        <w:tc>
          <w:tcPr>
            <w:tcW w:type="dxa" w:w="3600"/>
            <w:shd w:fill="#d9ead3" w:val="clear"/>
          </w:tcPr>
          <w:p>
            <w:r>
              <w:t>3</w:t>
            </w:r>
          </w:p>
        </w:tc>
        <w:tc>
          <w:tcPr>
            <w:tcW w:type="dxa" w:w="3600"/>
            <w:shd w:fill="#93c47d" w:val="clear"/>
          </w:tcPr>
          <w:p>
            <w:r>
              <w:t>2 624</w:t>
            </w:r>
          </w:p>
        </w:tc>
      </w:tr>
      <w:tr>
        <w:tc>
          <w:tcPr>
            <w:tcW w:type="dxa" w:w="3600"/>
          </w:tcPr>
          <w:p>
            <w:r>
              <w:rPr>
                <w:b/>
              </w:rPr>
              <w:t>39</w:t>
            </w:r>
          </w:p>
        </w:tc>
        <w:tc>
          <w:tcPr>
            <w:tcW w:type="dxa" w:w="3600"/>
            <w:shd w:fill="#d9ead3" w:val="clear"/>
          </w:tcPr>
          <w:p>
            <w:r>
              <w:t>3</w:t>
            </w:r>
          </w:p>
        </w:tc>
        <w:tc>
          <w:tcPr>
            <w:tcW w:type="dxa" w:w="3600"/>
            <w:shd w:fill="#93c47d" w:val="clear"/>
          </w:tcPr>
          <w:p>
            <w:r>
              <w:t>2 591</w:t>
            </w:r>
          </w:p>
        </w:tc>
      </w:tr>
      <w:tr>
        <w:tc>
          <w:tcPr>
            <w:tcW w:type="dxa" w:w="3600"/>
          </w:tcPr>
          <w:p>
            <w:r>
              <w:rPr>
                <w:b/>
              </w:rPr>
              <w:t>40</w:t>
            </w:r>
          </w:p>
        </w:tc>
        <w:tc>
          <w:tcPr>
            <w:tcW w:type="dxa" w:w="3600"/>
            <w:shd w:fill="#d9ead3" w:val="clear"/>
          </w:tcPr>
          <w:p>
            <w:r>
              <w:t>4</w:t>
            </w:r>
          </w:p>
        </w:tc>
        <w:tc>
          <w:tcPr>
            <w:tcW w:type="dxa" w:w="3600"/>
            <w:shd w:fill="#93c47d" w:val="clear"/>
          </w:tcPr>
          <w:p>
            <w:r>
              <w:t>2 592</w:t>
            </w:r>
          </w:p>
        </w:tc>
      </w:tr>
      <w:tr>
        <w:tc>
          <w:tcPr>
            <w:tcW w:type="dxa" w:w="3600"/>
          </w:tcPr>
          <w:p>
            <w:r>
              <w:rPr>
                <w:b/>
              </w:rPr>
              <w:t>41</w:t>
            </w:r>
          </w:p>
        </w:tc>
        <w:tc>
          <w:tcPr>
            <w:tcW w:type="dxa" w:w="3600"/>
            <w:shd w:fill="#d9ead3" w:val="clear"/>
          </w:tcPr>
          <w:p>
            <w:r>
              <w:t>4</w:t>
            </w:r>
          </w:p>
        </w:tc>
        <w:tc>
          <w:tcPr>
            <w:tcW w:type="dxa" w:w="3600"/>
            <w:shd w:fill="#93c47d" w:val="clear"/>
          </w:tcPr>
          <w:p>
            <w:r>
              <w:t>2 561</w:t>
            </w:r>
          </w:p>
        </w:tc>
      </w:tr>
      <w:tr>
        <w:tc>
          <w:tcPr>
            <w:tcW w:type="dxa" w:w="3600"/>
          </w:tcPr>
          <w:p>
            <w:r>
              <w:rPr>
                <w:b/>
              </w:rPr>
              <w:t>42</w:t>
            </w:r>
          </w:p>
        </w:tc>
        <w:tc>
          <w:tcPr>
            <w:tcW w:type="dxa" w:w="3600"/>
            <w:shd w:fill="#d9ead3" w:val="clear"/>
          </w:tcPr>
          <w:p>
            <w:r>
              <w:t>4</w:t>
            </w:r>
          </w:p>
        </w:tc>
        <w:tc>
          <w:tcPr>
            <w:tcW w:type="dxa" w:w="3600"/>
            <w:shd w:fill="#93c47d" w:val="clear"/>
          </w:tcPr>
          <w:p>
            <w:r>
              <w:t>2 531</w:t>
            </w:r>
          </w:p>
        </w:tc>
      </w:tr>
      <w:tr>
        <w:tc>
          <w:tcPr>
            <w:tcW w:type="dxa" w:w="3600"/>
          </w:tcPr>
          <w:p>
            <w:r>
              <w:rPr>
                <w:b/>
              </w:rPr>
              <w:t>43</w:t>
            </w:r>
          </w:p>
        </w:tc>
        <w:tc>
          <w:tcPr>
            <w:tcW w:type="dxa" w:w="3600"/>
            <w:shd w:fill="#d9ead3" w:val="clear"/>
          </w:tcPr>
          <w:p>
            <w:r>
              <w:t>4</w:t>
            </w:r>
          </w:p>
        </w:tc>
        <w:tc>
          <w:tcPr>
            <w:tcW w:type="dxa" w:w="3600"/>
            <w:shd w:fill="#93c47d" w:val="clear"/>
          </w:tcPr>
          <w:p>
            <w:r>
              <w:t>2 503</w:t>
            </w:r>
          </w:p>
        </w:tc>
      </w:tr>
      <w:tr>
        <w:tc>
          <w:tcPr>
            <w:tcW w:type="dxa" w:w="3600"/>
          </w:tcPr>
          <w:p>
            <w:r>
              <w:rPr>
                <w:b/>
              </w:rPr>
              <w:t>44</w:t>
            </w:r>
          </w:p>
        </w:tc>
        <w:tc>
          <w:tcPr>
            <w:tcW w:type="dxa" w:w="3600"/>
            <w:shd w:fill="#d9ead3" w:val="clear"/>
          </w:tcPr>
          <w:p>
            <w:r>
              <w:t>4</w:t>
            </w:r>
          </w:p>
        </w:tc>
        <w:tc>
          <w:tcPr>
            <w:tcW w:type="dxa" w:w="3600"/>
            <w:shd w:fill="#93c47d" w:val="clear"/>
          </w:tcPr>
          <w:p>
            <w:r>
              <w:t>2 476</w:t>
            </w:r>
          </w:p>
        </w:tc>
      </w:tr>
      <w:tr>
        <w:tc>
          <w:tcPr>
            <w:tcW w:type="dxa" w:w="3600"/>
          </w:tcPr>
          <w:p>
            <w:r>
              <w:rPr>
                <w:b/>
              </w:rPr>
              <w:t>45</w:t>
            </w:r>
          </w:p>
        </w:tc>
        <w:tc>
          <w:tcPr>
            <w:tcW w:type="dxa" w:w="3600"/>
            <w:shd w:fill="#d9ead3" w:val="clear"/>
          </w:tcPr>
          <w:p>
            <w:r>
              <w:t>4</w:t>
            </w:r>
          </w:p>
        </w:tc>
        <w:tc>
          <w:tcPr>
            <w:tcW w:type="dxa" w:w="3600"/>
            <w:shd w:fill="#93c47d" w:val="clear"/>
          </w:tcPr>
          <w:p>
            <w:r>
              <w:t>2 451</w:t>
            </w:r>
          </w:p>
        </w:tc>
      </w:tr>
      <w:tr>
        <w:tc>
          <w:tcPr>
            <w:tcW w:type="dxa" w:w="3600"/>
          </w:tcPr>
          <w:p>
            <w:r>
              <w:rPr>
                <w:b/>
              </w:rPr>
              <w:t>46</w:t>
            </w:r>
          </w:p>
        </w:tc>
        <w:tc>
          <w:tcPr>
            <w:tcW w:type="dxa" w:w="3600"/>
            <w:shd w:fill="#d9ead3" w:val="clear"/>
          </w:tcPr>
          <w:p>
            <w:r>
              <w:t>4</w:t>
            </w:r>
          </w:p>
        </w:tc>
        <w:tc>
          <w:tcPr>
            <w:tcW w:type="dxa" w:w="3600"/>
            <w:shd w:fill="#93c47d" w:val="clear"/>
          </w:tcPr>
          <w:p>
            <w:r>
              <w:t>2 426</w:t>
            </w:r>
          </w:p>
        </w:tc>
      </w:tr>
      <w:tr>
        <w:tc>
          <w:tcPr>
            <w:tcW w:type="dxa" w:w="3600"/>
          </w:tcPr>
          <w:p>
            <w:r>
              <w:rPr>
                <w:b/>
              </w:rPr>
              <w:t>47</w:t>
            </w:r>
          </w:p>
        </w:tc>
        <w:tc>
          <w:tcPr>
            <w:tcW w:type="dxa" w:w="3600"/>
            <w:shd w:fill="#d9ead3" w:val="clear"/>
          </w:tcPr>
          <w:p>
            <w:r>
              <w:t>4</w:t>
            </w:r>
          </w:p>
        </w:tc>
        <w:tc>
          <w:tcPr>
            <w:tcW w:type="dxa" w:w="3600"/>
            <w:shd w:fill="#93c47d" w:val="clear"/>
          </w:tcPr>
          <w:p>
            <w:r>
              <w:t>2 403</w:t>
            </w:r>
          </w:p>
        </w:tc>
      </w:tr>
      <w:tr>
        <w:tc>
          <w:tcPr>
            <w:tcW w:type="dxa" w:w="3600"/>
          </w:tcPr>
          <w:p>
            <w:r>
              <w:rPr>
                <w:b/>
              </w:rPr>
              <w:t>48</w:t>
            </w:r>
          </w:p>
        </w:tc>
        <w:tc>
          <w:tcPr>
            <w:tcW w:type="dxa" w:w="3600"/>
            <w:shd w:fill="#d9ead3" w:val="clear"/>
          </w:tcPr>
          <w:p>
            <w:r>
              <w:t>4</w:t>
            </w:r>
          </w:p>
        </w:tc>
        <w:tc>
          <w:tcPr>
            <w:tcW w:type="dxa" w:w="3600"/>
            <w:shd w:fill="#93c47d" w:val="clear"/>
          </w:tcPr>
          <w:p>
            <w:r>
              <w:t>2 380</w:t>
            </w:r>
          </w:p>
        </w:tc>
      </w:tr>
      <w:tr>
        <w:tc>
          <w:tcPr>
            <w:tcW w:type="dxa" w:w="3600"/>
          </w:tcPr>
          <w:p>
            <w:r>
              <w:rPr>
                <w:b/>
              </w:rPr>
              <w:t>49</w:t>
            </w:r>
          </w:p>
        </w:tc>
        <w:tc>
          <w:tcPr>
            <w:tcW w:type="dxa" w:w="3600"/>
            <w:shd w:fill="#d9ead3" w:val="clear"/>
          </w:tcPr>
          <w:p>
            <w:r>
              <w:t>4</w:t>
            </w:r>
          </w:p>
        </w:tc>
        <w:tc>
          <w:tcPr>
            <w:tcW w:type="dxa" w:w="3600"/>
            <w:shd w:fill="#93c47d" w:val="clear"/>
          </w:tcPr>
          <w:p>
            <w:r>
              <w:t>2 358</w:t>
            </w:r>
          </w:p>
        </w:tc>
      </w:tr>
      <w:tr>
        <w:tc>
          <w:tcPr>
            <w:tcW w:type="dxa" w:w="3600"/>
          </w:tcPr>
          <w:p>
            <w:r>
              <w:rPr>
                <w:b/>
              </w:rPr>
              <w:t>50</w:t>
            </w:r>
          </w:p>
        </w:tc>
        <w:tc>
          <w:tcPr>
            <w:tcW w:type="dxa" w:w="3600"/>
            <w:shd w:fill="#d9ead3" w:val="clear"/>
          </w:tcPr>
          <w:p>
            <w:r>
              <w:t>4</w:t>
            </w:r>
          </w:p>
        </w:tc>
        <w:tc>
          <w:tcPr>
            <w:tcW w:type="dxa" w:w="3600"/>
            <w:shd w:fill="#93c47d" w:val="clear"/>
          </w:tcPr>
          <w:p>
            <w:r>
              <w:t>2 338</w:t>
            </w:r>
          </w:p>
        </w:tc>
      </w:tr>
    </w:tbl>
    <w:p/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s.google.com/spreadsheets/d/1BdycM5VH46gzWEgKKo_6eOFgRlTtwUKiy9QEvpoTlyA/edit?gid=0#gi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