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Кунгур ремесленный с мастер-классом по созданию вязовских пряников и чаепитием (автобусный тур)</w:t>
      </w:r>
    </w:p>
    <w:p>
      <w:pPr>
        <w:pStyle w:val="Heading1"/>
      </w:pPr>
      <w:r>
        <w:t>Информация тура</w:t>
      </w:r>
    </w:p>
    <w:p>
      <w:r>
        <w:t>Пермь - Кунгур - Пермь</w:t>
      </w:r>
    </w:p>
    <w:p>
      <w:pPr>
        <w:pStyle w:val="Heading1"/>
      </w:pPr>
      <w:r>
        <w:t>Описание тура</w:t>
      </w:r>
    </w:p>
    <w:p>
      <w:r>
        <w:t>Отправьтесь в увлекательное путешествие по старинному тракту, где оживают купеческие легенды, звучат истории о путешественниках и процветает ремесленное искусство. Город с уникальной атмосферой встретит вас уютными улочками, самобытной архитектурой и традициями, передающимися из поколения в поколение. Вы не только услышите удивительные рассказы, но и сами прикоснетесь к истории, создавая ароматное угощение на творческом мастер-классе. Это путешествие наполнит вас эмоциями, вкусами и теплом русской старины!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Комфортная поездка</w:t>
      </w:r>
      <w:r>
        <w:t xml:space="preserve"> - переезд на удобном автобусе с путевой экскурсией по легендарному Сибирскому тракту — одному из самых значимых маршрутов Российской империи.</w:t>
      </w:r>
    </w:p>
    <w:p>
      <w:r>
        <w:rPr>
          <w:b/>
        </w:rPr>
        <w:t>Обзорная экскурсия по Кунгуру</w:t>
      </w:r>
    </w:p>
    <w:p>
      <w:pPr>
        <w:pStyle w:val="ListBullet"/>
      </w:pPr>
      <w:r>
        <w:t>Узнаете</w:t>
      </w:r>
      <w:r>
        <w:rPr>
          <w:b/>
        </w:rPr>
        <w:t>настоящую купеческую историю города</w:t>
      </w:r>
      <w:r>
        <w:t>: кожевенное дело, чайные торговцы, легенды Ермака.</w:t>
      </w:r>
    </w:p>
    <w:p>
      <w:pPr>
        <w:pStyle w:val="ListBullet"/>
      </w:pPr>
      <w:r>
        <w:t>Посещение</w:t>
      </w:r>
      <w:r>
        <w:rPr>
          <w:b/>
        </w:rPr>
        <w:t>Гончарной лавки</w:t>
      </w:r>
      <w:r>
        <w:t>— часть живой ремесленной традиции.</w:t>
      </w:r>
    </w:p>
    <w:p>
      <w:r>
        <w:rPr>
          <w:b/>
        </w:rPr>
        <w:t>Музей истории купечества</w:t>
      </w:r>
    </w:p>
    <w:p>
      <w:pPr>
        <w:pStyle w:val="ListBullet"/>
      </w:pPr>
      <w:r>
        <w:t>Редкие предметы быта и торговли,</w:t>
      </w:r>
      <w:r>
        <w:rPr>
          <w:b/>
        </w:rPr>
        <w:t>уникальные экспонаты из купеческой жизни</w:t>
      </w:r>
      <w:r>
        <w:t>.</w:t>
      </w:r>
    </w:p>
    <w:p>
      <w:pPr>
        <w:pStyle w:val="ListBullet"/>
      </w:pPr>
      <w:r>
        <w:t>Погружение в предпринимательскую культуру прошлых веков.</w:t>
      </w:r>
    </w:p>
    <w:p>
      <w:r>
        <w:rPr>
          <w:b/>
        </w:rPr>
        <w:t>Пряничный мастер-класс с чаепитием</w:t>
      </w:r>
    </w:p>
    <w:p>
      <w:pPr>
        <w:pStyle w:val="ListBullet"/>
      </w:pPr>
      <w:r>
        <w:t>Практика + вкусный результат: лепка собственного вязовского пряника, чаепитие, знакомство с народными ремёслами.</w:t>
      </w:r>
    </w:p>
    <w:p>
      <w:pPr>
        <w:pStyle w:val="ListBullet"/>
      </w:pPr>
      <w:r>
        <w:t>Приятная творческая часть тура с атмосферой домашнего уюта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по проезду в автобусе;</w:t>
      </w:r>
      <w:r>
        <w:br/>
      </w:r>
      <w:r>
        <w:t>– Услуги сопровождающего на маршруте;</w:t>
      </w:r>
      <w:r>
        <w:br/>
      </w:r>
      <w:r>
        <w:t>– Экскурсионное обслуживание;</w:t>
      </w:r>
      <w:r>
        <w:br/>
      </w:r>
      <w:r>
        <w:t>– Экскурсионное обслуживание и входной билет в музей.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 xml:space="preserve">– </w:t>
      </w:r>
      <w:r>
        <w:t>гончарные изделия из Гончарной лавки</w:t>
      </w:r>
      <w:r>
        <w:br/>
      </w:r>
      <w:r>
        <w:t>– кунгурский лимонад</w:t>
      </w:r>
      <w:r>
        <w:br/>
      </w:r>
      <w:r>
        <w:t>– изделия из селенита</w:t>
      </w:r>
      <w:r>
        <w:br/>
      </w:r>
      <w:r>
        <w:t>– чай "Грибушин"</w:t>
      </w:r>
      <w:r>
        <w:br/>
      </w:r>
      <w:r>
        <w:t>– колбасных изделий Кунгурского мясокомбината</w:t>
      </w:r>
      <w:r>
        <w:br/>
      </w:r>
      <w:r>
        <w:t>– вязовские пряники</w:t>
      </w:r>
      <w:r>
        <w:br/>
      </w:r>
      <w:r>
        <w:t>– конфеты-ириски</w:t>
      </w:r>
      <w:r>
        <w:br/>
      </w:r>
      <w:r>
        <w:t>– сувениры: магниты, открытки, шопперы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10.45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11.00 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11.20 – </w:t>
      </w:r>
      <w:hyperlink r:id="rId13">
        <w:r>
          <w:rPr>
            <w:color w:val="0000FF"/>
            <w:u w:val="single"/>
          </w:rPr>
          <w:t>ост. Шадейка</w:t>
        </w:r>
      </w:hyperlink>
    </w:p>
    <w:p>
      <w:pPr>
        <w:pStyle w:val="Heading1"/>
      </w:pPr>
      <w:r>
        <w:t>Документы для поездки</w:t>
      </w:r>
    </w:p>
    <w:p>
      <w:r>
        <w:t>– Паспорт/свидетельство о рождении, мед. полис.</w:t>
      </w:r>
      <w:r>
        <w:br/>
      </w:r>
      <w:r>
        <w:t xml:space="preserve">– </w:t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Для женщин: платок для посещения Тихвинского храма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Отправление из Перми в г. Кунгур. Путевая экскурсия "История сибирского тракта".</w:t>
      </w:r>
      <w:r>
        <w:br/>
      </w:r>
      <w:r>
        <w:t>Многое повидал на своем веку Сибирский тракт: тысячи каторжников (здесь прошли Радищев и Достоевский, декабристы и их семьи), сотни торговых обозов, в которых купцы Грибушины и Губкины везли в центральную Россию и к императорскому столу китайский чай… По легенде, именно на Сибирском тракте был сочинен известный романс</w:t>
      </w:r>
      <w:r>
        <w:br/>
      </w:r>
      <w:r>
        <w:t>«Однозвучно гремит колокольчик». Проедем по главной дороге Российской империи с ветерком!</w:t>
      </w:r>
      <w:r>
        <w:br/>
      </w:r>
      <w:r>
        <w:t xml:space="preserve">12.00 - Прибытие в Кунгур. </w:t>
      </w:r>
      <w:r>
        <w:rPr>
          <w:b/>
        </w:rPr>
        <w:t>Обзорная экскурсия по городу "Кунгур купеческий" с посещением Гончарной лавки.</w:t>
      </w:r>
      <w:r>
        <w:br/>
      </w:r>
      <w:r>
        <w:t>На обзорной экскурсии, как на машине времени, мы переместимся из века 21- го – в двадцатый, а затем в девятнадцатый и восемнадцатый. Узнаем, почему кунгуряки считают себя потомками знаменитого атамана Ермака. Услышим множество легенд и даже курьезных историй. Например, о том, почему один известный путешественник назвал Кунгур «самым большим городом России». Узнаем о кожевенном производстве: когда-то о кунгурских сапожках мечтали даже парижанки! Посетим знаменитую гончарную лавку.</w:t>
      </w:r>
      <w:r>
        <w:br/>
      </w:r>
      <w:r>
        <w:t>14.00 - 15.00 - Свободное время для самостоятельного обеда или прогулки по Кунгуру</w:t>
      </w:r>
      <w:r>
        <w:br/>
      </w:r>
      <w:r>
        <w:t>15.00 - 16.00 -</w:t>
      </w:r>
      <w:r>
        <w:rPr>
          <w:b/>
        </w:rPr>
        <w:t>Экскурсия в музей истории купечества</w:t>
      </w:r>
      <w:r>
        <w:t>- это увлекательное путешествие в мир старинной торговли, традиций и секретов купеческого успеха. Вас ждут уникальные экспонаты: старинные весы, расписные сундуки, редкие монеты и книги купеческих счетов. Узнайте, как жили и работали предприниматели прошлых веков, какие товары были в ходу и какие хитрости помогали торговцам процветать. Почувствуйте атмосферу прошлого и прикоснитесь к истории, которая оживает на ваших глазах!</w:t>
      </w:r>
      <w:r>
        <w:br/>
      </w:r>
      <w:r>
        <w:t>16.00 - 17.30 -</w:t>
      </w:r>
      <w:r>
        <w:rPr>
          <w:b/>
        </w:rPr>
        <w:t>Мастер-класс</w:t>
      </w:r>
      <w:r>
        <w:t>по созданию вязовского пряника с чаепитием.</w:t>
      </w:r>
      <w:r>
        <w:br/>
      </w:r>
      <w:r>
        <w:t>Погрузитесь в атмосферу русских традиций! В уютной расписной пряничной вы узнаете историю знаменитого пряника, попробуете себя в лепке и создадите собственное угощение. Пока пряники выпекаются, мастерица познакомит вас с искусством резьбы и росписи по дереву. Завершит встречу душевное чаепитие со свежеиспеченными пряниками. Творчество, ароматы и уют русской старины оставят незабываемые впечатления!</w:t>
      </w:r>
      <w:r>
        <w:br/>
      </w:r>
      <w:r>
        <w:t>17.30 - Выезд в Пермь</w:t>
      </w:r>
      <w:r>
        <w:br/>
      </w:r>
      <w:r>
        <w:t>19.30 - Ориентировочное время прибытия в Пермь</w:t>
      </w:r>
      <w:r>
        <w:br/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