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Краснокамская игрушка, экскурсия с мастер-классом на фабрику деревянной игрушки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"Краснокамская фабрика деревянной игрушки" приглашает вас в удивительную страну сказки, где обитают матрешки, куколки и звери. Фабрика -  производитель деревянной игрушки в Пермском крае. Здесь можно увидеть, как обычное бревно постепенно превращается в маленькую деталь, которая становится частью удивительной игрушки.</w:t>
      </w:r>
    </w:p>
    <w:p>
      <w:r>
        <w:t>Экскурсия оставит у вас множество впечатлений и эмоций, а сувенир станет долговременной памятью о посещении.</w:t>
      </w:r>
    </w:p>
    <w:p>
      <w:r>
        <w:t>К экскурсии допускаются дети старше 6 лет.</w:t>
      </w:r>
      <w:r>
        <w:br/>
      </w:r>
      <w:r>
        <w:t>Программа состоится при наборе группы от 15 человек.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обслуживание,</w:t>
      </w:r>
      <w:r>
        <w:br/>
      </w:r>
      <w:r>
        <w:t>– Страховка по проезду в автобусе,</w:t>
      </w:r>
      <w:r>
        <w:br/>
      </w:r>
      <w:r>
        <w:t>– Экскурсионное сопровождение гидом,</w:t>
      </w:r>
      <w:r>
        <w:br/>
      </w:r>
      <w:r>
        <w:t>– Экскурсия по фабрике.</w:t>
      </w:r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рождении.</w:t>
      </w:r>
    </w:p>
    <w:p>
      <w:pPr>
        <w:pStyle w:val="Heading1"/>
      </w:pPr>
      <w:r>
        <w:t>Рекомендуем взять с собой</w:t>
      </w:r>
    </w:p>
    <w:p>
      <w:r>
        <w:t>– фотоаппарат,</w:t>
      </w:r>
      <w:r>
        <w:br/>
      </w:r>
      <w:r>
        <w:t>– наличные деньги на покупку сувениров (на фабрике возможно оплата наличными или переводом на карту),</w:t>
      </w:r>
      <w:r>
        <w:br/>
      </w:r>
      <w:r>
        <w:rPr>
          <w:b/>
        </w:rPr>
        <w:t>–</w:t>
      </w:r>
      <w:r>
        <w:t>хорошее настроение.</w:t>
      </w:r>
    </w:p>
    <w:p>
      <w:pPr>
        <w:pStyle w:val="Heading1"/>
      </w:pPr>
      <w:r>
        <w:t>Программа тура</w:t>
      </w:r>
    </w:p>
    <w:p>
      <w:r>
        <w:t>14.00 – Отправление из Перми от ДрамТеатра ул. Ленина, 53 со стороны ул. Борчанинова</w:t>
      </w:r>
      <w:r>
        <w:br/>
      </w:r>
      <w:r>
        <w:t>15.00 –</w:t>
      </w:r>
      <w:r>
        <w:rPr>
          <w:b/>
        </w:rPr>
        <w:t>Начало экскурсионной программы на фабрике</w:t>
      </w:r>
      <w:r>
        <w:br/>
      </w:r>
      <w:r>
        <w:t>"Краснокамская фабрика деревянной игрушки" приглашает детей от 6 лет и их родителей на увлекательную экскурсию. Во время нее они увидят удивительные процессы производства игрушек из дерева, узнают историю фабрики и познакомятся с готовыми изделиями - удивительными развивающими игрушками из Краснокамска.</w:t>
      </w:r>
      <w:r>
        <w:br/>
      </w:r>
      <w:r>
        <w:t>16.00 –</w:t>
      </w:r>
      <w:r>
        <w:rPr>
          <w:b/>
        </w:rPr>
        <w:t>Мастер-класс</w:t>
      </w:r>
      <w:r>
        <w:t>по росписи деревянной основы акриловыми красками</w:t>
      </w:r>
      <w:r>
        <w:br/>
      </w:r>
      <w:r>
        <w:t>17.00 – Выезд в Пермь</w:t>
      </w:r>
      <w:r>
        <w:br/>
      </w:r>
      <w:r>
        <w:t>18.00 – Ориентировочное время прибытия в Пермь</w:t>
      </w:r>
      <w:r>
        <w:br/>
      </w:r>
      <w:r>
        <w:br/>
      </w:r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