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Классический Петербург, г. Санкт-Петербург (автобусный тур), 4 дня</w:t>
      </w:r>
    </w:p>
    <w:p>
      <w:pPr>
        <w:pStyle w:val="Heading1"/>
      </w:pPr>
      <w:r>
        <w:t>Информация тура</w:t>
      </w:r>
    </w:p>
    <w:p>
      <w:r>
        <w:t>Пермь - Санкт-Петербург - Пермь</w:t>
      </w:r>
    </w:p>
    <w:p>
      <w:pPr>
        <w:pStyle w:val="Heading1"/>
      </w:pPr>
      <w:r>
        <w:t>Описание тура</w:t>
      </w:r>
    </w:p>
    <w:p>
      <w:r>
        <w:t>Окунитесь в атмосферу величественного Петербурга! Вас ждут парадные дворцы, знаменитые храмы, живописные парки и легендарные памятники. Вы прогуляетесь по Невскому проспекту, посетите Летний сад, Петропавловскую крепость и крейсер «Аврора». Увидите роскошный Екатерининский дворец с Янтарной комнатой, фонтанный рай Петергофа и морскую крепость Кронштадта.</w:t>
      </w:r>
    </w:p>
    <w:p>
      <w:r>
        <w:t>История, искусство и величие столицы империи – всё это в одном путешествии! Присоединяйтесь к незабываемому туру!</w:t>
      </w:r>
    </w:p>
    <w:p>
      <w:pPr>
        <w:pStyle w:val="Heading1"/>
      </w:pPr>
      <w:r>
        <w:t>Преимущества</w:t>
      </w:r>
    </w:p>
    <w:p>
      <w:r>
        <w:rPr>
          <w:b/>
        </w:rPr>
        <w:t>Профессиональное сопровождение</w:t>
      </w:r>
      <w:r>
        <w:t>из Перми — контроль маршрута, помощь, развлечения в дороге</w:t>
      </w:r>
    </w:p>
    <w:p>
      <w:r>
        <w:rPr>
          <w:b/>
        </w:rPr>
        <w:t>Продолжительность</w:t>
      </w:r>
      <w:r>
        <w:t>— 4 дня с максимальным количеством экскурсионных дней.</w:t>
      </w:r>
    </w:p>
    <w:p>
      <w:r>
        <w:rPr>
          <w:b/>
        </w:rPr>
        <w:t>12 экскурсий:</w:t>
      </w:r>
      <w:r>
        <w:br/>
      </w:r>
      <w:r>
        <w:t>– обзорная экскурсия по Санкт-Петербургу</w:t>
      </w:r>
      <w:r>
        <w:br/>
      </w:r>
      <w:r>
        <w:t>– крейсер Аврора (внешний осмотр)</w:t>
      </w:r>
      <w:r>
        <w:br/>
      </w:r>
      <w:r>
        <w:t>– прогулка-экскурсия по территории Петропавловской крепости</w:t>
      </w:r>
      <w:r>
        <w:br/>
      </w:r>
      <w:r>
        <w:t>– ансамбль площади Искусств (Михайловский театр, Михайловский дворец, здание дворянского собрания, памятник А.С. Пушкину)</w:t>
      </w:r>
      <w:r>
        <w:br/>
      </w:r>
      <w:r>
        <w:t>– Казанский собор</w:t>
      </w:r>
      <w:r>
        <w:br/>
      </w:r>
      <w:r>
        <w:t>– загородная экскурсия в парадную резиденцию Царское Село</w:t>
      </w:r>
      <w:r>
        <w:br/>
      </w:r>
      <w:r>
        <w:t>– прогулка по Екатерининскому парку</w:t>
      </w:r>
      <w:r>
        <w:br/>
      </w:r>
      <w:r>
        <w:t>– экскурсия в Екатерининский дворец ("комфорт" и "стандарт")</w:t>
      </w:r>
      <w:r>
        <w:br/>
      </w:r>
      <w:r>
        <w:t>– загородная экскурсия в Петергоф</w:t>
      </w:r>
      <w:r>
        <w:br/>
      </w:r>
      <w:r>
        <w:t>– экскурсия по Нижнему парку</w:t>
      </w:r>
      <w:r>
        <w:br/>
      </w:r>
      <w:r>
        <w:t>– Кронштадт + Музейно-исторический парк «Остров фортов» Кронштадт</w:t>
      </w:r>
      <w:r>
        <w:br/>
      </w:r>
      <w:r>
        <w:t>– Никольский Морской собор</w:t>
      </w:r>
    </w:p>
    <w:p>
      <w:r>
        <w:rPr>
          <w:b/>
        </w:rPr>
        <w:t>Гибкость выбора тарифа под любые пожелания и бюджет:</w:t>
      </w:r>
    </w:p>
    <w:p>
      <w:pPr>
        <w:pStyle w:val="ListBullet"/>
      </w:pPr>
      <w:r>
        <w:rPr>
          <w:b/>
        </w:rPr>
        <w:t>Тариф Лайт</w:t>
      </w:r>
      <w:r>
        <w:t>:</w:t>
      </w:r>
    </w:p>
    <w:p>
      <w:pPr>
        <w:pStyle w:val="ListBullet"/>
      </w:pPr>
      <w:r>
        <w:rPr>
          <w:b/>
        </w:rPr>
        <w:t>Тариф Стандарт</w:t>
      </w:r>
      <w:r>
        <w:t>:</w:t>
      </w:r>
    </w:p>
    <w:p>
      <w:pPr>
        <w:pStyle w:val="ListBullet"/>
      </w:pPr>
      <w:r>
        <w:rPr>
          <w:b/>
        </w:rPr>
        <w:t>Тариф Комфорт</w:t>
      </w:r>
      <w:r>
        <w:t>:</w:t>
      </w:r>
    </w:p>
    <w:p>
      <w:r>
        <w:rPr>
          <w:b/>
        </w:rPr>
        <w:t>Для туристов по программе свободное время</w:t>
      </w:r>
      <w:r>
        <w:t>– в 3 день после обеда.</w:t>
      </w:r>
    </w:p>
    <w:p>
      <w:pPr>
        <w:pStyle w:val="Heading1"/>
      </w:pPr>
      <w:r>
        <w:t>В стоимость тура входит</w:t>
      </w:r>
    </w:p>
    <w:p>
      <w:r>
        <w:rPr>
          <w:b/>
        </w:rPr>
        <w:t>Программа "комфорт":</w:t>
      </w:r>
      <w:r>
        <w:t>проезд на комфортабельном автобусе, сопровождающий по маршруту, страховка по проезду в автобусе, экскурсии по программе, питание по программе (3 обеда, 3 завтрака), проживание в гостинице.</w:t>
      </w:r>
      <w:r>
        <w:br/>
      </w:r>
      <w:r>
        <w:br/>
      </w:r>
      <w:r>
        <w:rPr>
          <w:b/>
        </w:rPr>
        <w:t>Программа "стандарт":</w:t>
      </w:r>
      <w:r>
        <w:t>проезд на комфортабельном автобусе, сопровождающий по маршруту, страховка по проезду в автобусе, экскурсии по программе, питание по программе (3 завтрака, 3 обеда), проживание в гостинице, без входного билета в Екатерининский дворец.</w:t>
      </w:r>
    </w:p>
    <w:p>
      <w:r>
        <w:rPr>
          <w:b/>
        </w:rPr>
        <w:t>Программа "лайт":</w:t>
      </w:r>
      <w:r>
        <w:t>проезд на комфортабельном автобусе, сопровождающий по маршруту, страховка по проезду в автобусе, экскурсии по программе, питание (3 завтрака, 1 обед), 4 и 5 дни свободные, проживание в гостинице.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Оплачивается (в офисе при бронировании):</w:t>
      </w:r>
    </w:p>
    <w:p>
      <w:r>
        <w:t>1. Второе место в автобусе для комфорта - 12 500 руб.</w:t>
      </w:r>
    </w:p>
    <w:p>
      <w:pPr>
        <w:pStyle w:val="Heading1"/>
      </w:pPr>
      <w:r>
        <w:t>Проживание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b/>
        </w:rPr>
        <w:t>Внимание! В Санкт-Петербурге с 01 апреля 2024г. вводится курортный сбор – 100 руб. в сутки со взрослого человека (от 18 лет). Сбор оплачивается туристом самостоятельно в день заезда на ресепшн за весь период проживания.</w:t>
      </w:r>
      <w:r>
        <w:br/>
      </w:r>
      <w:r>
        <w:rPr>
          <w:i/>
        </w:rPr>
        <w:t>От уплаты курортного сбора освобождена22 льготная категория гражданпри предъявлении оригинала документа или его заверенной копии, в том числе ветераны, инвалиды 1-2 групп, члены многодетных семей и другие. Необходимо предъявить оригинал и заверенную в установленном порядке копию документа, подтверждающего льготу. Гостиница сканирует этот документ и подгружает в систему обмена данными.</w:t>
      </w:r>
      <w:r>
        <w:br/>
      </w:r>
      <w:r>
        <w:br/>
      </w:r>
      <w:r>
        <w:rPr>
          <w:i/>
        </w:rPr>
        <w:t>* Оператор оставляет за собой право заменить гостиницу на аналогичную либо выше уровнем.* 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pPr>
        <w:pStyle w:val="Heading1"/>
      </w:pPr>
      <w:r>
        <w:t>Информация о транспорте</w:t>
      </w:r>
    </w:p>
    <w:p>
      <w:r>
        <w:t>22.00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</w:t>
        </w:r>
      </w:hyperlink>
      <w:hyperlink r:id="rId10">
        <w:r>
          <w:rPr>
            <w:color w:val="0000FF"/>
            <w:u w:val="single"/>
          </w:rPr>
          <w:t>Петропавловская</w:t>
        </w:r>
      </w:hyperlink>
      <w:r>
        <w:br/>
      </w:r>
      <w:r>
        <w:t>22.10 –</w:t>
      </w:r>
      <w:hyperlink r:id="rId11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22.15 –</w:t>
      </w:r>
      <w:hyperlink r:id="rId12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22.40 –</w:t>
      </w:r>
      <w:hyperlink r:id="rId13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22.45 –</w:t>
      </w:r>
      <w:hyperlink r:id="rId14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23.00 –</w:t>
      </w:r>
      <w:hyperlink r:id="rId15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23.05 –</w:t>
      </w:r>
      <w:hyperlink r:id="rId16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23.10 –</w:t>
      </w:r>
      <w:hyperlink r:id="rId17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23.30 –</w:t>
      </w:r>
      <w:hyperlink r:id="rId18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23.50 –</w:t>
      </w:r>
      <w:hyperlink r:id="rId19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00.40 –</w:t>
      </w:r>
      <w:hyperlink r:id="rId20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01.25 (УДМ) -</w:t>
      </w:r>
      <w:hyperlink r:id="rId21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01.30 (УДМ) -</w:t>
      </w:r>
      <w:hyperlink r:id="rId22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01.40 (УДМ) –</w:t>
      </w:r>
      <w:hyperlink r:id="rId23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02.25 (УДМ) –</w:t>
      </w:r>
      <w:hyperlink r:id="rId24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02:40 (УДМ) -</w:t>
      </w:r>
      <w:hyperlink r:id="rId25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03.40 (УДМ) –</w:t>
      </w:r>
      <w:hyperlink r:id="rId26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– Оригиналы паспорта/свидетельства о рождении, мед. полис</w:t>
      </w:r>
      <w:r>
        <w:br/>
      </w:r>
      <w:r>
        <w:t>– Пенсионное удостоверение, студенческий билет.</w:t>
      </w:r>
      <w:r>
        <w:br/>
      </w:r>
      <w:r>
        <w:t>– 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  <w:r>
        <w:br/>
      </w:r>
      <w:r>
        <w:t>–</w:t>
      </w:r>
      <w:hyperlink r:id="rId27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22.00 – Выезд из Перми</w:t>
      </w:r>
    </w:p>
    <w:p>
      <w:r>
        <w:rPr>
          <w:b/>
        </w:rPr>
        <w:t>2 день:</w:t>
      </w:r>
      <w:r>
        <w:br/>
      </w:r>
      <w:r>
        <w:t>В пути просмотр фильмов.</w:t>
      </w:r>
    </w:p>
    <w:p>
      <w:r>
        <w:rPr>
          <w:b/>
        </w:rPr>
        <w:t>3 день:</w:t>
      </w:r>
      <w:r>
        <w:br/>
      </w:r>
      <w:r>
        <w:t>09.00 – Встреча с гидом</w:t>
      </w:r>
      <w:r>
        <w:br/>
      </w:r>
      <w:r>
        <w:t>09.30 –</w:t>
      </w:r>
      <w:r>
        <w:rPr>
          <w:b/>
        </w:rPr>
        <w:t>Проезд по Невскому проспекту «Здравствуй, Питер!.. Здравствуй, Невский!...»</w:t>
      </w:r>
      <w:r>
        <w:br/>
      </w:r>
      <w:r>
        <w:t>10.00 –</w:t>
      </w:r>
      <w:r>
        <w:rPr>
          <w:b/>
        </w:rPr>
        <w:t>Обзорная экскурсия по городу «Парадный Петербург»</w:t>
      </w:r>
      <w:r>
        <w:t>знакомит с основными достопримечательностями Санкт-Петербурга: стрелкой Васильевского острова, Здание Двенадцати коллегий, Университетской набережной, зданием Адмиралтейства, ансамблями центральных площадей (Сенатской, Исаакиевской, Дворцовой), Марсовом полем, храмом «Спас на крови». Роскошные дворцы, величественные храмы, живописные парки – все это создает неповторимый портрет «Парадного Петербурга».</w:t>
      </w:r>
      <w:r>
        <w:br/>
      </w:r>
      <w:r>
        <w:t>12.30 –</w:t>
      </w:r>
      <w:r>
        <w:rPr>
          <w:b/>
        </w:rPr>
        <w:t>Посещение Летнего сада.</w:t>
      </w:r>
      <w:r>
        <w:t>Это старейший сад города. Над его созданием трудились известнейшие русские и иностранные архитекторы и садовники, а исправления в план вносил сам Петр I. Сад украшают фонтаны, пруды, зеленые лабиринты и тоннели, красивейшие клумбы, старинные вазы. А самые знаменитые «жители» Летнего сада – мраморные скульптуры. (в даты проведения в Летнем Саду мероприятий (платный вход) замена на посещение острова Новая Голландия)</w:t>
      </w:r>
      <w:r>
        <w:br/>
      </w:r>
      <w:r>
        <w:t>14.00 –</w:t>
      </w:r>
      <w:r>
        <w:rPr>
          <w:b/>
        </w:rPr>
        <w:t>Обед</w:t>
      </w:r>
      <w:r>
        <w:br/>
      </w:r>
      <w:r>
        <w:t>15.30 – Размещение. Отдых.</w:t>
      </w:r>
    </w:p>
    <w:p>
      <w:r>
        <w:t>[slider id=30]</w:t>
      </w:r>
    </w:p>
    <w:p>
      <w:r>
        <w:rPr>
          <w:b/>
        </w:rPr>
        <w:t>4 день:Завтрак.</w:t>
      </w:r>
      <w:r>
        <w:br/>
      </w:r>
      <w:r>
        <w:rPr>
          <w:b/>
        </w:rPr>
        <w:t>Лайт: Свободный день</w:t>
      </w:r>
      <w:r>
        <w:br/>
      </w:r>
      <w:r>
        <w:rPr>
          <w:b/>
        </w:rPr>
        <w:t>Стандарт и комфорт:</w:t>
      </w:r>
      <w:r>
        <w:br/>
      </w:r>
      <w:r>
        <w:t>10.00 – Встреча с гидом. Отъезд на программу</w:t>
      </w:r>
      <w:r>
        <w:br/>
      </w:r>
      <w:r>
        <w:rPr>
          <w:b/>
        </w:rPr>
        <w:t>Загородная экскурсия в парадную резиденцию Царское Село.</w:t>
      </w:r>
      <w:r>
        <w:t>Экскурсия по трассе «Дорога в императорскую резиденцию»</w:t>
      </w:r>
      <w:r>
        <w:br/>
      </w:r>
      <w:r>
        <w:t>11.30</w:t>
      </w:r>
      <w:r>
        <w:rPr>
          <w:b/>
        </w:rPr>
        <w:t>–П</w:t>
      </w:r>
      <w:r>
        <w:t>рогулка по Екатерининскому парку «Под сенью царскосельских муз…» (Камеронова галерея, павильонах и скульптуры Царскосельского парка).</w:t>
      </w:r>
      <w:r>
        <w:br/>
      </w:r>
      <w:r>
        <w:rPr>
          <w:b/>
        </w:rPr>
        <w:t>Комфорт:</w:t>
      </w:r>
      <w:r>
        <w:br/>
      </w:r>
      <w:r>
        <w:t>12.00</w:t>
      </w:r>
      <w:r>
        <w:rPr>
          <w:b/>
        </w:rPr>
        <w:t>–</w:t>
      </w:r>
      <w:r>
        <w:t>Экскурсия в Екатерининский дворец, одного из архитектурных шедевров русской архитектуры середины ХVIII века. Вы увидите неповторимые интерьеры парадных   и знаменитую Янтарную комнату</w:t>
      </w:r>
      <w:r>
        <w:br/>
      </w:r>
      <w:r>
        <w:rPr>
          <w:b/>
        </w:rPr>
        <w:t>Программа "стандарт"</w:t>
      </w:r>
      <w:r>
        <w:t>в это время гуляет по парку, свободное время.</w:t>
      </w:r>
      <w:r>
        <w:br/>
      </w:r>
      <w:r>
        <w:t>15.00</w:t>
      </w:r>
      <w:r>
        <w:rPr>
          <w:b/>
        </w:rPr>
        <w:t>–</w:t>
      </w:r>
      <w:r>
        <w:t>Отъезд в Санкт-Петербург.</w:t>
      </w:r>
      <w:r>
        <w:br/>
      </w:r>
      <w:r>
        <w:t>16.00</w:t>
      </w:r>
      <w:r>
        <w:rPr>
          <w:b/>
        </w:rPr>
        <w:t>–</w:t>
      </w:r>
      <w:r>
        <w:rPr>
          <w:b/>
        </w:rPr>
        <w:t>Обед</w:t>
      </w:r>
      <w:r>
        <w:br/>
      </w:r>
      <w:r>
        <w:t>17.30</w:t>
      </w:r>
      <w:r>
        <w:rPr>
          <w:b/>
        </w:rPr>
        <w:t>–</w:t>
      </w:r>
      <w:r>
        <w:t>Свободное время в центре города или возвращение в гостиницу.</w:t>
      </w:r>
    </w:p>
    <w:p>
      <w:r>
        <w:t>[slider id=31]</w:t>
      </w:r>
      <w:r>
        <w:br/>
      </w:r>
      <w:r>
        <w:br/>
      </w:r>
      <w:r>
        <w:rPr>
          <w:b/>
        </w:rPr>
        <w:t>5 день:</w:t>
      </w:r>
      <w:r>
        <w:br/>
      </w:r>
      <w:r>
        <w:t>Завтрак</w:t>
      </w:r>
      <w:r>
        <w:br/>
      </w:r>
      <w:r>
        <w:rPr>
          <w:b/>
        </w:rPr>
        <w:t>Лайт: Свободный день</w:t>
      </w:r>
      <w:r>
        <w:br/>
      </w:r>
      <w:r>
        <w:rPr>
          <w:b/>
        </w:rPr>
        <w:t>Стандарт и комфорт:</w:t>
      </w:r>
      <w:r>
        <w:br/>
      </w:r>
      <w:r>
        <w:t>10.00 – Встреча с гидом. Отъезд на программу.</w:t>
      </w:r>
      <w:r>
        <w:br/>
      </w:r>
      <w:r>
        <w:t>10.30 – Знакомство с историей</w:t>
      </w:r>
      <w:r>
        <w:rPr>
          <w:b/>
        </w:rPr>
        <w:t>крейсера «Аврора»</w:t>
      </w:r>
      <w:r>
        <w:t>- военный корабль, участник революционных событий 1917 г. (внешний осмотр)</w:t>
      </w:r>
      <w:r>
        <w:br/>
      </w:r>
      <w:r>
        <w:t>11.00 –</w:t>
      </w:r>
      <w:r>
        <w:rPr>
          <w:b/>
        </w:rPr>
        <w:t>Прогулка-экскурсия по территории Петропавловской крепости «Здесь будет город заложен».</w:t>
      </w:r>
      <w:r>
        <w:br/>
      </w:r>
      <w:r>
        <w:t>Крепость старейшая постройка города. Вы увидите бастионы и здания XVIII в., собор Святых Петра и Павла (усыпальницу российских императоров), памятник Петру I.</w:t>
      </w:r>
      <w:r>
        <w:br/>
      </w:r>
      <w:r>
        <w:t>Выход на Комендантскую пристань, откуда открывается лучшая панорама Дворцовой набережной.</w:t>
      </w:r>
      <w:r>
        <w:br/>
      </w:r>
      <w:r>
        <w:t>13.30 – Знакомство</w:t>
      </w:r>
      <w:r>
        <w:rPr>
          <w:b/>
        </w:rPr>
        <w:t>с ансамблем площади Искусств</w:t>
      </w:r>
      <w:r>
        <w:t>(Михайловский театр, Михайловский дворец, здание дворянского собрания, памятник А.С. Пушкину) и</w:t>
      </w:r>
      <w:r>
        <w:rPr>
          <w:b/>
        </w:rPr>
        <w:t>Казанской площадью</w:t>
      </w:r>
      <w:r>
        <w:t>(история создания Казанского собора).</w:t>
      </w:r>
      <w:r>
        <w:rPr>
          <w:b/>
        </w:rPr>
        <w:t>Посещение Казанского собора</w:t>
      </w:r>
      <w:r>
        <w:t>- главного кафедрального собора города, освященного в честь Казанской иконы Божией Матери – покровительницы русского воинства. Собор – памятник воинской славы 1812 года, место захоронения великого русского полководца М.И. Кутузова.</w:t>
      </w:r>
      <w:r>
        <w:br/>
      </w:r>
      <w:r>
        <w:t>14.45 –</w:t>
      </w:r>
      <w:r>
        <w:rPr>
          <w:b/>
        </w:rPr>
        <w:t>Обед</w:t>
      </w:r>
      <w:r>
        <w:br/>
      </w:r>
      <w:r>
        <w:t>15.30 – Свободное время в центре города или возвращение в гостиницу.</w:t>
      </w:r>
    </w:p>
    <w:p>
      <w:r>
        <w:t>[slider id=32]</w:t>
      </w:r>
    </w:p>
    <w:p>
      <w:r>
        <w:rPr>
          <w:b/>
        </w:rPr>
        <w:t>6 день:</w:t>
      </w:r>
      <w:r>
        <w:br/>
      </w:r>
      <w:r>
        <w:rPr>
          <w:b/>
        </w:rPr>
        <w:t>Завтрак</w:t>
      </w:r>
      <w:r>
        <w:rPr>
          <w:b/>
        </w:rPr>
        <w:t>.</w:t>
      </w:r>
      <w:r>
        <w:t>Освобождение номеров.</w:t>
      </w:r>
      <w:r>
        <w:br/>
      </w:r>
      <w:r>
        <w:t>09.00</w:t>
      </w:r>
      <w:r>
        <w:rPr>
          <w:b/>
        </w:rPr>
        <w:t>–</w:t>
      </w:r>
      <w:r>
        <w:t>Встреча с гидом. Отъезд на программу.</w:t>
      </w:r>
      <w:r>
        <w:br/>
      </w:r>
      <w:r>
        <w:rPr>
          <w:b/>
        </w:rPr>
        <w:t>Загородная экскурсия в Петергоф. Экскурсия по трассе «Большая Петергофская дорога – дорога императоров и президентов»</w:t>
      </w:r>
      <w:r>
        <w:t>на проезде туристы увидят Константиновский дворец (государственная резиденция президента России в Санкт-Петербурге и Дворец Конгрессов), Дворец Петра I в Стрельне, дворцовые усадьбы Знаменка, Михайловка, Александрия.</w:t>
      </w:r>
      <w:r>
        <w:br/>
      </w:r>
      <w:r>
        <w:t>10.30</w:t>
      </w:r>
      <w:r>
        <w:rPr>
          <w:b/>
        </w:rPr>
        <w:t>–</w:t>
      </w:r>
      <w:r>
        <w:rPr>
          <w:b/>
        </w:rPr>
        <w:t>Экскурсия по Нижнему парку</w:t>
      </w:r>
      <w:r>
        <w:rPr>
          <w:b/>
        </w:rPr>
        <w:t>«Летят алмазные фонтаны с</w:t>
      </w:r>
      <w:r>
        <w:rPr>
          <w:b/>
        </w:rPr>
        <w:t>веселым шумом к облакам…</w:t>
      </w:r>
      <w:r>
        <w:rPr>
          <w:b/>
        </w:rPr>
        <w:t>».</w:t>
      </w:r>
      <w:r>
        <w:br/>
      </w:r>
      <w:r>
        <w:t>Этот парк фантастически хорош собой. Зелень деревьев, цветники, Финский залив, фонтаны, дворцы и павильоны создают неповторимую атмосферу вечного праздника. Возвращаться сюда можно бесконечно!</w:t>
      </w:r>
      <w:r>
        <w:br/>
      </w:r>
      <w:r>
        <w:t>13.30</w:t>
      </w:r>
      <w:r>
        <w:rPr>
          <w:b/>
        </w:rPr>
        <w:t>–</w:t>
      </w:r>
      <w:r>
        <w:t>Поездка на остров Котлин в город-крепость</w:t>
      </w:r>
      <w:r>
        <w:rPr>
          <w:b/>
        </w:rPr>
        <w:t>Кронштадт.</w:t>
      </w:r>
      <w:r>
        <w:t>С момента основания главной задачей Кронштадта была защита Петербурга со стороны моря.</w:t>
      </w:r>
      <w:r>
        <w:br/>
      </w:r>
      <w:r>
        <w:t>Путь пройдет через Финский залив по дамбе комплекса защитных сооружений от наводнений. Туристы узнают</w:t>
      </w:r>
      <w:r>
        <w:rPr>
          <w:b/>
        </w:rPr>
        <w:t>историю строительства защитных сооружений (</w:t>
      </w:r>
      <w:r>
        <w:t>создания дамбы и знакомство с ее инженерными водопропускными сооружениями, мост над Морским каналом и подводный автомобильный тоннель под фарватером Морского канала, соединяющего морской порт Петербурга с водными путями на Балтике).</w:t>
      </w:r>
      <w:r>
        <w:br/>
      </w:r>
      <w:r>
        <w:t>14.15</w:t>
      </w:r>
      <w:r>
        <w:rPr>
          <w:b/>
        </w:rPr>
        <w:t>–</w:t>
      </w:r>
      <w:r>
        <w:rPr>
          <w:b/>
        </w:rPr>
        <w:t>Обзорная экскурсия по Кронштадту</w:t>
      </w:r>
      <w:r>
        <w:t>(старые крепостные стены крепости, морской док, Летний сад, чугунная мостовая, Якорная площадь - главная площадь города, памятники Петру I и Адмиралу Макарову).</w:t>
      </w:r>
      <w:r>
        <w:br/>
      </w:r>
      <w:r>
        <w:rPr>
          <w:b/>
        </w:rPr>
        <w:t>Посещение нового Музейно-исторического парка «Остров фортов» Кронштадт.</w:t>
      </w:r>
      <w:r>
        <w:br/>
      </w:r>
      <w:r>
        <w:t>Это первый и самый большой в России парк, посвященный военно-морскому флоту. На площади в 9 га располагается несколько тематических площадок. Вы сможете прогуляться по Аллее героев российского флота, которая рассказывает о более чем трех веках его истории, осмотреть маяк памяти с 200 именами героев-моряков, начиная с эпохи Петра I и до наших дней.</w:t>
      </w:r>
      <w:r>
        <w:br/>
      </w:r>
      <w:r>
        <w:t>Знакомство с жемчужиной Кронштадта, высотной доминантой акватории залива - великолепным</w:t>
      </w:r>
      <w:r>
        <w:rPr>
          <w:b/>
        </w:rPr>
        <w:t>Никольским Морским собором</w:t>
      </w:r>
      <w:r>
        <w:t>(собор был задуман как Храм-памятник всем погибшим морякам).</w:t>
      </w:r>
      <w:r>
        <w:br/>
      </w:r>
      <w:r>
        <w:rPr>
          <w:b/>
        </w:rPr>
        <w:t>~</w:t>
      </w:r>
      <w:r>
        <w:t>17.00 –  Отъезд</w:t>
      </w:r>
    </w:p>
    <w:p>
      <w:r>
        <w:t>[slider id=33]</w:t>
      </w:r>
    </w:p>
    <w:p>
      <w:r>
        <w:rPr>
          <w:b/>
        </w:rPr>
        <w:t>7 день:</w:t>
      </w:r>
      <w:r>
        <w:br/>
      </w:r>
      <w:r>
        <w:t>В дороге. Обмен впечатлениями, просмотр фильмов.</w:t>
      </w:r>
    </w:p>
    <w:p>
      <w:r>
        <w:rPr>
          <w:b/>
        </w:rPr>
        <w:t>8 день:</w:t>
      </w:r>
      <w:r>
        <w:br/>
      </w:r>
      <w:r>
        <w:t>03.00 – 04.00 – ориентировочное время прибытие в г. Пермь.</w:t>
      </w:r>
    </w:p>
    <w:p>
      <w:r>
        <w:rPr>
          <w:i/>
        </w:rPr>
        <w:t>* Обратите внимание! Очередность дней в программе может меняться, учитывайте это при планировании свободного времени.* Оператор оставляет за собой право вносить изменения в программу с сохранением объема обслуживания.* Время прибытия является ориентировочным. Зависит от дорожной ситуации и ситуаций, которые прямо или косвенно могут повлиять на время прибытия.* 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Скидка для туристов из Удмуртии: 1000 р.</w:t>
      </w:r>
      <w:r>
        <w:br/>
      </w:r>
      <w:r>
        <w:t>Скидка на последний ряд: 300 р.</w:t>
      </w:r>
    </w:p>
    <w:p>
      <w:r>
        <w:rPr>
          <w:b/>
        </w:rPr>
        <w:t>По программе "комфорт":</w:t>
      </w:r>
      <w:r>
        <w:br/>
      </w:r>
      <w:r>
        <w:t>Школьники до 13 лет - 1300 р.</w:t>
      </w:r>
      <w:r>
        <w:br/>
      </w:r>
      <w:r>
        <w:t>Школьники 14-17 лет и студенты - 400 р.</w:t>
      </w:r>
      <w:r>
        <w:br/>
      </w:r>
      <w:r>
        <w:br/>
      </w:r>
      <w:r>
        <w:rPr>
          <w:b/>
        </w:rPr>
        <w:t>По программе "стандарт" и "лайт":</w:t>
      </w:r>
      <w:r>
        <w:br/>
      </w:r>
      <w:r>
        <w:t>Школьники 7-17 лет и студенты - 400 р.</w:t>
      </w:r>
    </w:p>
    <w:p>
      <w:r>
        <w:t>До места начала экскурсионной программы можно добраться самостоятельно на самолете или поезде. В этом случае предоставляется скидка в размере 300 рублей, так как место за туристом в автобусе на время экскурсионной программы будет сохранено.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Лайт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местный</w:t>
            </w:r>
          </w:p>
        </w:tc>
        <w:tc>
          <w:tcPr>
            <w:tcW w:type="dxa" w:w="2880"/>
          </w:tcPr>
          <w:p>
            <w:r>
              <w:t>доп. место</w:t>
            </w:r>
          </w:p>
        </w:tc>
        <w:tc>
          <w:tcPr>
            <w:tcW w:type="dxa" w:w="2880"/>
          </w:tcPr>
          <w:p>
            <w:r>
              <w:t>1-но местный</w:t>
            </w:r>
          </w:p>
        </w:tc>
      </w:tr>
      <w:tr>
        <w:tc>
          <w:tcPr>
            <w:tcW w:type="dxa" w:w="2880"/>
          </w:tcPr>
          <w:p>
            <w:r>
              <w:t>18.09.2026</w:t>
            </w:r>
          </w:p>
        </w:tc>
        <w:tc>
          <w:tcPr>
            <w:tcW w:type="dxa" w:w="2880"/>
          </w:tcPr>
          <w:p>
            <w:r>
              <w:t>25.09.2026</w:t>
            </w:r>
          </w:p>
        </w:tc>
        <w:tc>
          <w:tcPr>
            <w:tcW w:type="dxa" w:w="2880"/>
          </w:tcPr>
          <w:p>
            <w:r>
              <w:t>28 200</w:t>
            </w:r>
          </w:p>
        </w:tc>
        <w:tc>
          <w:tcPr>
            <w:tcW w:type="dxa" w:w="2880"/>
          </w:tcPr>
          <w:p>
            <w:r>
              <w:t>26 800</w:t>
            </w:r>
          </w:p>
        </w:tc>
        <w:tc>
          <w:tcPr>
            <w:tcW w:type="dxa" w:w="2880"/>
          </w:tcPr>
          <w:p>
            <w:r>
              <w:t>36 400</w:t>
            </w:r>
          </w:p>
        </w:tc>
      </w:tr>
    </w:tbl>
    <w:p/>
    <w:p>
      <w:r>
        <w:rPr>
          <w:b/>
          <w:sz w:val="28"/>
        </w:rPr>
        <w:t>Стандарт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местный</w:t>
            </w:r>
          </w:p>
        </w:tc>
        <w:tc>
          <w:tcPr>
            <w:tcW w:type="dxa" w:w="2880"/>
          </w:tcPr>
          <w:p>
            <w:r>
              <w:t>доп. место</w:t>
            </w:r>
          </w:p>
        </w:tc>
        <w:tc>
          <w:tcPr>
            <w:tcW w:type="dxa" w:w="2880"/>
          </w:tcPr>
          <w:p>
            <w:r>
              <w:t>1-но местный</w:t>
            </w:r>
          </w:p>
        </w:tc>
      </w:tr>
      <w:tr>
        <w:tc>
          <w:tcPr>
            <w:tcW w:type="dxa" w:w="2880"/>
          </w:tcPr>
          <w:p>
            <w:r>
              <w:t>18.09.2026</w:t>
            </w:r>
          </w:p>
        </w:tc>
        <w:tc>
          <w:tcPr>
            <w:tcW w:type="dxa" w:w="2880"/>
          </w:tcPr>
          <w:p>
            <w:r>
              <w:t>25.09.2026</w:t>
            </w:r>
          </w:p>
        </w:tc>
        <w:tc>
          <w:tcPr>
            <w:tcW w:type="dxa" w:w="2880"/>
          </w:tcPr>
          <w:p>
            <w:r>
              <w:t>29 900</w:t>
            </w:r>
          </w:p>
        </w:tc>
        <w:tc>
          <w:tcPr>
            <w:tcW w:type="dxa" w:w="2880"/>
          </w:tcPr>
          <w:p>
            <w:r>
              <w:t>28 500</w:t>
            </w:r>
          </w:p>
        </w:tc>
        <w:tc>
          <w:tcPr>
            <w:tcW w:type="dxa" w:w="2880"/>
          </w:tcPr>
          <w:p>
            <w:r>
              <w:t>38 100</w:t>
            </w:r>
          </w:p>
        </w:tc>
      </w:tr>
    </w:tbl>
    <w:p/>
    <w:p>
      <w:r>
        <w:rPr>
          <w:b/>
          <w:sz w:val="28"/>
        </w:rPr>
        <w:t>Комфорт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местный</w:t>
            </w:r>
          </w:p>
        </w:tc>
        <w:tc>
          <w:tcPr>
            <w:tcW w:type="dxa" w:w="2880"/>
          </w:tcPr>
          <w:p>
            <w:r>
              <w:t>доп. место</w:t>
            </w:r>
          </w:p>
        </w:tc>
        <w:tc>
          <w:tcPr>
            <w:tcW w:type="dxa" w:w="2880"/>
          </w:tcPr>
          <w:p>
            <w:r>
              <w:t>1-но местный</w:t>
            </w:r>
          </w:p>
        </w:tc>
      </w:tr>
      <w:tr>
        <w:tc>
          <w:tcPr>
            <w:tcW w:type="dxa" w:w="2880"/>
          </w:tcPr>
          <w:p>
            <w:r>
              <w:t>18.09.2026</w:t>
            </w:r>
          </w:p>
        </w:tc>
        <w:tc>
          <w:tcPr>
            <w:tcW w:type="dxa" w:w="2880"/>
          </w:tcPr>
          <w:p>
            <w:r>
              <w:t>25.09.2026</w:t>
            </w:r>
          </w:p>
        </w:tc>
        <w:tc>
          <w:tcPr>
            <w:tcW w:type="dxa" w:w="2880"/>
          </w:tcPr>
          <w:p>
            <w:r>
              <w:t>31 100</w:t>
            </w:r>
          </w:p>
        </w:tc>
        <w:tc>
          <w:tcPr>
            <w:tcW w:type="dxa" w:w="2880"/>
          </w:tcPr>
          <w:p>
            <w:r>
              <w:t>29 700</w:t>
            </w:r>
          </w:p>
        </w:tc>
        <w:tc>
          <w:tcPr>
            <w:tcW w:type="dxa" w:w="2880"/>
          </w:tcPr>
          <w:p>
            <w:r>
              <w:t>39 300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?um=constructor%3Ae6f524387b89444767530c62848554a79d8f05c72543cb471e79f7754378d041&amp;source=constructorLink" TargetMode="External"/><Relationship Id="rId10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1" Type="http://schemas.openxmlformats.org/officeDocument/2006/relationships/hyperlink" Target="https://yandex.ru/maps/?um=constructor%3A95333cb96ba2bf94ae5b793e040f1eff9a4908adfc528baabb9d63c88a68b952&amp;source=constructorLink" TargetMode="External"/><Relationship Id="rId12" Type="http://schemas.openxmlformats.org/officeDocument/2006/relationships/hyperlink" Target="https://yandex.ru/maps/?um=constructor%3Aea3f7f358c546ccbb3e3d219ae8e006a4fa72830626912b2798f1d9bd486e390&amp;source=constructorLink" TargetMode="External"/><Relationship Id="rId13" Type="http://schemas.openxmlformats.org/officeDocument/2006/relationships/hyperlink" Target="https://yandex.ru/maps/?um=constructor%3A2ab126b8f48b990ccbef5fb4ddbf910e8e26b17a40ca3912de854faf2f092789&amp;source=constructorLink" TargetMode="External"/><Relationship Id="rId14" Type="http://schemas.openxmlformats.org/officeDocument/2006/relationships/hyperlink" Target="https://yandex.ru/maps/?um=constructor%3A20601976dc6b4f6b160de70717ef01df0e11c32a9654dcbed6ff2c552b24076c&amp;source=constructorLink" TargetMode="External"/><Relationship Id="rId15" Type="http://schemas.openxmlformats.org/officeDocument/2006/relationships/hyperlink" Target="https://yandex.ru/maps/?um=constructor%3A4c43928392b87e0e9b418c7d69500b5642d2123f6238ea09d718326fc3d4be4f&amp;source=constructorLink" TargetMode="External"/><Relationship Id="rId16" Type="http://schemas.openxmlformats.org/officeDocument/2006/relationships/hyperlink" Target="https://yandex.ru/maps/?um=constructor%3A435b4ad23538dc4e383b63d1c4476f7aa04168d101f789888571ae88f6bea849&amp;source=constructorLink" TargetMode="External"/><Relationship Id="rId17" Type="http://schemas.openxmlformats.org/officeDocument/2006/relationships/hyperlink" Target="https://yandex.ru/maps/?um=constructor%3Ac7520dc80bf1e55f9f8099af10b76195d50943374c39264a1c2900437b072289&amp;source=constructorLink" TargetMode="External"/><Relationship Id="rId18" Type="http://schemas.openxmlformats.org/officeDocument/2006/relationships/hyperlink" Target="https://yandex.ru/maps/?um=constructor%3Af593c65b81e259fe76a1179a7c4681cb91354d088d68c203cb8a8328babff663&amp;source=constructorLink" TargetMode="External"/><Relationship Id="rId19" Type="http://schemas.openxmlformats.org/officeDocument/2006/relationships/hyperlink" Target="https://yandex.ru/maps/?um=constructor%3A5ac609102b0a0fb8942b327a279027aca1f9257ab9711dce1b89cc5ecea253c4&amp;source=constructorLink" TargetMode="External"/><Relationship Id="rId20" Type="http://schemas.openxmlformats.org/officeDocument/2006/relationships/hyperlink" Target="https://yandex.ru/maps/?um=constructor%3A6235748129406670ea23b56df0a0bcf8cf9eacb3367f9a2077ebccb79c2d80ad&amp;source=constructorLink" TargetMode="External"/><Relationship Id="rId21" Type="http://schemas.openxmlformats.org/officeDocument/2006/relationships/hyperlink" Target="https://yandex.ru/maps/?um=constructor%3Abecf154b96a7e81fb587d1a44d71560b5715f29aad99512c0812fd31c7043c8b&amp;source=constructorLink" TargetMode="External"/><Relationship Id="rId22" Type="http://schemas.openxmlformats.org/officeDocument/2006/relationships/hyperlink" Target="https://yandex.ru/maps/?um=constructor%3Ac60b2829f3d808b319b25c914eb143109df9024c0d4f71d6c260da4c29875ab7&amp;source=constructorLink" TargetMode="External"/><Relationship Id="rId23" Type="http://schemas.openxmlformats.org/officeDocument/2006/relationships/hyperlink" Target="https://yandex.ru/maps/?um=constructor%3Ae6b019da8c720ac0a7ab9cc03c1de0a9b404d1ef5091a49eed68c8b635740dd9&amp;source=constructorLink" TargetMode="External"/><Relationship Id="rId24" Type="http://schemas.openxmlformats.org/officeDocument/2006/relationships/hyperlink" Target="https://yandex.ru/maps/?um=constructor%3A5db4f0622cf0c66278a4741724d1824d9d9beffb36110b3d48dfe7eef18efbc2&amp;source=constructorLink" TargetMode="External"/><Relationship Id="rId25" Type="http://schemas.openxmlformats.org/officeDocument/2006/relationships/hyperlink" Target="https://yandex.ru/maps/-/CPrbiJJv" TargetMode="External"/><Relationship Id="rId26" Type="http://schemas.openxmlformats.org/officeDocument/2006/relationships/hyperlink" Target="https://yandex.ru/maps/?um=constructor%3Aa0e3038c0de1ee82637ad2d7d07b22b980c9f3c3ed7ad43b4f810ed1589e330a&amp;source=constructorLink" TargetMode="External"/><Relationship Id="rId27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