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Казанские выходные: 7 программ на выбор, тур в аквапарк Ривьера, океанариум, термы "Пляж", г. Казань из Кудымкара, Карагая, Верещагино и Очера (автобусный тур)</w:t>
      </w:r>
    </w:p>
    <w:p>
      <w:pPr>
        <w:pStyle w:val="Heading1"/>
      </w:pPr>
      <w:r>
        <w:t>Информация тура</w:t>
      </w:r>
    </w:p>
    <w:p>
      <w:r>
        <w:t>Кудымкар - Карагай - Верещагино - Очер - Казань - Очер - Верещагино - Карагай - Кудымкар</w:t>
      </w:r>
    </w:p>
    <w:p>
      <w:pPr>
        <w:pStyle w:val="Heading1"/>
      </w:pPr>
      <w:r>
        <w:t>Описание тура</w:t>
      </w:r>
    </w:p>
    <w:p>
      <w:r>
        <w:t>Этот weekend вы запомните надолго! Приглашаем в поездку в один из самых крупных аквапарков в мире – казанскую «Ривеьеру». Каждый найдёт здесь развлечение по вкусу: волновой бассейн, экстремальную горку длиной 211 метров, неспешное и расслабляющее путешествие для всей семьи по реке и пещерам в окружении тропических растений. А еще мы увидим столицу Татарстана – Казань и познакомимся с</w:t>
      </w:r>
      <w:r>
        <w:br/>
      </w:r>
      <w:r>
        <w:t>тысячелетним городом поближе. Попробуем национальную кухню, насладимся живописными видами озера Кабан и побываем в татарской деревне. Рэхим итегез, или Добро пожаловать!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Комфортабельные автобусы</w:t>
      </w:r>
      <w:r>
        <w:t xml:space="preserve"> туристического класса: кондиционер, откидные кресла, мультимедиа — всё для вашего удобства в дороге.</w:t>
      </w:r>
    </w:p>
    <w:p>
      <w:r>
        <w:rPr>
          <w:b/>
        </w:rPr>
        <w:t>Профессиональные сопровождающие</w:t>
      </w:r>
      <w:r>
        <w:t>: опытные гиды и организаторы, которые сделают поездку максимально комфортной и интересной.</w:t>
      </w:r>
    </w:p>
    <w:p>
      <w:r>
        <w:rPr>
          <w:b/>
        </w:rPr>
        <w:t>Включённое питание</w:t>
      </w:r>
      <w:r>
        <w:t>: завтрак и обед в проверенных кафе — не нужно заботиться о поиске еды в незнакомом городе.</w:t>
      </w:r>
    </w:p>
    <w:p>
      <w:r>
        <w:rPr>
          <w:b/>
        </w:rPr>
        <w:t>Все входные билеты уже включены в стоимость тура</w:t>
      </w:r>
      <w:r>
        <w:t xml:space="preserve"> — никаких доплат на месте.</w:t>
      </w:r>
    </w:p>
    <w:p>
      <w:r>
        <w:rPr>
          <w:b/>
        </w:rPr>
        <w:t>Гибкая программа на выбор</w:t>
      </w:r>
      <w:r>
        <w:t xml:space="preserve"> — семь вариантов досуга, каждый найдёт себе занятие по вкусу.</w:t>
      </w:r>
    </w:p>
    <w:p>
      <w:pPr>
        <w:pStyle w:val="ListBullet"/>
      </w:pPr>
      <w:r>
        <w:rPr>
          <w:b/>
        </w:rPr>
        <w:t>Океанариум + свободное время</w:t>
      </w:r>
    </w:p>
    <w:p>
      <w:pPr>
        <w:pStyle w:val="ListBullet"/>
      </w:pPr>
      <w:r>
        <w:rPr>
          <w:b/>
        </w:rPr>
        <w:t>Аквапарк (безлимит)</w:t>
      </w:r>
    </w:p>
    <w:p>
      <w:pPr>
        <w:pStyle w:val="ListBullet"/>
      </w:pPr>
      <w:r>
        <w:rPr>
          <w:b/>
        </w:rPr>
        <w:t>Аквапарк (4 часа) + свободное время в городе</w:t>
      </w:r>
    </w:p>
    <w:p>
      <w:pPr>
        <w:pStyle w:val="ListBullet"/>
      </w:pPr>
      <w:r>
        <w:rPr>
          <w:b/>
        </w:rPr>
        <w:t>Аквапарк (4 часа) + океанариум</w:t>
      </w:r>
    </w:p>
    <w:p>
      <w:pPr>
        <w:pStyle w:val="ListBullet"/>
      </w:pPr>
      <w:r>
        <w:rPr>
          <w:b/>
        </w:rPr>
        <w:t>Термы Пляж (3 часа) + св. время</w:t>
      </w:r>
    </w:p>
    <w:p>
      <w:pPr>
        <w:pStyle w:val="ListBullet"/>
      </w:pPr>
      <w:r>
        <w:rPr>
          <w:b/>
        </w:rPr>
        <w:t>Термы Пляж (безлимит)</w:t>
      </w:r>
    </w:p>
    <w:p>
      <w:pPr>
        <w:pStyle w:val="ListBullet"/>
      </w:pPr>
      <w:r>
        <w:rPr>
          <w:b/>
        </w:rPr>
        <w:t>Свободное время в городе (7 часов)</w:t>
      </w:r>
    </w:p>
    <w:p>
      <w:r>
        <w:rPr>
          <w:b/>
        </w:rPr>
        <w:t>Оптимальное соотношение цены и насыщенности</w:t>
      </w:r>
      <w:r>
        <w:t>: максимум впечатлений за разумные деньги.</w:t>
      </w:r>
    </w:p>
    <w:p>
      <w:pPr>
        <w:pStyle w:val="ListBullet"/>
      </w:pPr>
      <w:r>
        <w:rPr>
          <w:i/>
        </w:rPr>
        <w:t>Казанский кремль</w:t>
      </w:r>
      <w:r>
        <w:t>(объект ЮНЕСКО)</w:t>
      </w:r>
    </w:p>
    <w:p>
      <w:pPr>
        <w:pStyle w:val="ListBullet"/>
      </w:pPr>
      <w:r>
        <w:rPr>
          <w:i/>
        </w:rPr>
        <w:t>Мечеть Кул-Шариф</w:t>
      </w:r>
    </w:p>
    <w:p>
      <w:pPr>
        <w:pStyle w:val="ListBullet"/>
      </w:pPr>
      <w:r>
        <w:rPr>
          <w:i/>
        </w:rPr>
        <w:t>Казанский Богородицкий монастырь</w:t>
      </w:r>
    </w:p>
    <w:p>
      <w:pPr>
        <w:pStyle w:val="ListBullet"/>
      </w:pPr>
      <w:r>
        <w:rPr>
          <w:i/>
        </w:rPr>
        <w:t>Башня Сююмбике</w:t>
      </w:r>
    </w:p>
    <w:p>
      <w:pPr>
        <w:pStyle w:val="ListBullet"/>
      </w:pPr>
      <w:r>
        <w:rPr>
          <w:i/>
        </w:rPr>
        <w:t>Старо-татарская слобода</w:t>
      </w:r>
    </w:p>
    <w:p>
      <w:pPr>
        <w:pStyle w:val="ListBullet"/>
      </w:pPr>
      <w:r>
        <w:rPr>
          <w:i/>
        </w:rPr>
        <w:t>Озеро Кабан</w:t>
      </w:r>
    </w:p>
    <w:p>
      <w:pPr>
        <w:pStyle w:val="ListBullet"/>
      </w:pPr>
      <w:r>
        <w:rPr>
          <w:i/>
        </w:rPr>
        <w:t>Объекты Универсиады</w:t>
      </w:r>
    </w:p>
    <w:p>
      <w:pPr>
        <w:pStyle w:val="Heading1"/>
      </w:pPr>
      <w:r>
        <w:t>В стоимость тура входит</w:t>
      </w:r>
    </w:p>
    <w:p>
      <w:r>
        <w:rPr>
          <w:b/>
        </w:rPr>
        <w:t>1. Для тарифа "4 часа"</w:t>
      </w:r>
      <w:r>
        <w:br/>
      </w:r>
      <w:r>
        <w:t>Проезд на комфортабельном автобусе туристического класса, страховка по проезду в автобусе, услуги сопровождающего на маршруте, обзорная экскурсия по Казани, входные билеты в кремль, завтрак и обед, входной билет в аквапарк на 4 часа. Туристы самостоятельно добираются от аквапарка после свободного времени к месту отправления автобуса, где будет вся группа, которая купалась на тарифе безлимит. Добраться можно общественным транспортом или на такси.</w:t>
      </w:r>
    </w:p>
    <w:p>
      <w:r>
        <w:rPr>
          <w:b/>
        </w:rPr>
        <w:t>2. Для тарифа "безлимит"</w:t>
      </w:r>
      <w:r>
        <w:br/>
      </w:r>
      <w:r>
        <w:t>Проезд на комфортабельном автобусе туристического класса, страховка по проезду в автобусе, услуги сопровождающего на маршруте, обзорная экскурсия по Казани, входные билеты в кремль, завтрак и обед, входной билет в аквапарк по тарифу "безлимит".</w:t>
      </w:r>
      <w:r>
        <w:br/>
      </w:r>
      <w:r>
        <w:br/>
      </w:r>
      <w:r>
        <w:rPr>
          <w:b/>
        </w:rPr>
        <w:t>3. Для тарифа "без аквапарка"</w:t>
      </w:r>
      <w:r>
        <w:br/>
      </w:r>
      <w:r>
        <w:t xml:space="preserve">Проезд на комфортабельном автобусе туристического класса, страховка по проезду в автобусе, услуги сопровождающего на маршруте, завтрак и обед, обзорная экскурсия по Казани, входные билеты в кремль. </w:t>
      </w:r>
    </w:p>
    <w:p>
      <w:r>
        <w:rPr>
          <w:b/>
        </w:rPr>
        <w:t>4. Для тарифа "аквапарк 4 часа" + океанариум</w:t>
      </w:r>
      <w:r>
        <w:br/>
      </w:r>
      <w:r>
        <w:t>Проезд на комфортабельном автобусе туристического класса, страховка по проезду в автобусе, услуги сопровождающего на маршруте, завтрак и обед, обзорная экскурсия по Казани, входные билеты в кремль, входной билет в аквапарк "Ривьера", входной билет в океанариум</w:t>
      </w:r>
    </w:p>
    <w:p>
      <w:r>
        <w:rPr>
          <w:b/>
        </w:rPr>
        <w:t>5. Для тарифа "Пляж" безлимит</w:t>
      </w:r>
      <w:r>
        <w:br/>
      </w:r>
      <w:r>
        <w:t>Проезд на комфортабельном автобусе туристического класса, страховка по проезду в автобусе, услуги сопровождающего на маршруте, обзорная экскурсия по Казани, входные билеты в кремль, завтрак и обед, входной билет в термальный комплекс по тарифу "безлимит".</w:t>
      </w:r>
    </w:p>
    <w:p>
      <w:r>
        <w:rPr>
          <w:b/>
        </w:rPr>
        <w:t>6. Для тарифа "Пляж" 3 часа</w:t>
      </w:r>
      <w:r>
        <w:br/>
      </w:r>
      <w:r>
        <w:t>Проезд на комфортабельном автобусе туристического класса, страховка по проезду в автобусе, услуги сопровождающего на маршруте, обзорная экскурсия по Казани, входные билеты в кремль, завтрак и обед, входной билет в термальный комплекс на 3 часа. Туристы самостоятельно добираются от аквапарка после свободного времени к месту отправления автобуса, где будет вся группа, которая купалась на тарифе безлимит. Добраться можно общественным транспортом или на такси.</w:t>
      </w:r>
    </w:p>
    <w:p>
      <w:r>
        <w:rPr>
          <w:b/>
        </w:rPr>
        <w:t>7. Для тарифа океанариум + свободное время</w:t>
      </w:r>
      <w:r>
        <w:br/>
      </w:r>
      <w:r>
        <w:t>Проезд на комфортабельном автобусе туристического класса, страховка по проезду в автобусе, услуги сопровождающего на маршруте, обзорная экскурсия по Казани, входные билеты в кремль, завтрак и обед, входной билет в океанариум. Туристы самостоятельно добираются от аквапарка после свободного времени к месту отправления автобуса, где будет вся группа, которая купалась на тарифе безлимит. Добраться можно общественным транспортом или на такси.</w:t>
      </w:r>
    </w:p>
    <w:p>
      <w:r>
        <w:rPr>
          <w:b/>
        </w:rPr>
        <w:t>Обратите внимание!</w:t>
      </w:r>
      <w:r>
        <w:t xml:space="preserve"> 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rPr>
          <w:b/>
        </w:rPr>
        <w:t xml:space="preserve">Оплачивается по желанию (в офисе при бронировании):  </w:t>
      </w:r>
    </w:p>
    <w:p>
      <w:r>
        <w:t>1. Дополнительное место в автобусе для комфортного переезда - 5100 р/мест</w:t>
      </w:r>
    </w:p>
    <w:p>
      <w:r>
        <w:rPr>
          <w:b/>
        </w:rPr>
        <w:t xml:space="preserve">Оплачивается по желанию (в ходе тура): </w:t>
      </w:r>
      <w:r>
        <w:br/>
      </w:r>
      <w:r>
        <w:t>Ужин, сувениры.</w:t>
      </w:r>
    </w:p>
    <w:p>
      <w:pPr>
        <w:pStyle w:val="Heading1"/>
      </w:pPr>
      <w:r>
        <w:t>Информация о транспорте</w:t>
      </w:r>
    </w:p>
    <w:p>
      <w:r>
        <w:t xml:space="preserve">21.00 – </w:t>
      </w:r>
      <w:hyperlink r:id="rId9">
        <w:r>
          <w:rPr>
            <w:color w:val="0000FF"/>
            <w:u w:val="single"/>
          </w:rPr>
          <w:t>г. Кудымкар, автовокзал, ул. Калинина, 65А</w:t>
        </w:r>
      </w:hyperlink>
      <w:r>
        <w:br/>
      </w:r>
      <w:r>
        <w:t xml:space="preserve">22.00 – </w:t>
      </w:r>
      <w:hyperlink r:id="rId10">
        <w:r>
          <w:rPr>
            <w:color w:val="0000FF"/>
            <w:u w:val="single"/>
          </w:rPr>
          <w:t>г. Карагай, Дом культуры ул. Гагарина, 1А. (Площадь)</w:t>
        </w:r>
      </w:hyperlink>
      <w:r>
        <w:br/>
      </w:r>
      <w:r>
        <w:t xml:space="preserve">22.45 – </w:t>
      </w:r>
      <w:hyperlink r:id="rId11">
        <w:r>
          <w:rPr>
            <w:color w:val="0000FF"/>
            <w:u w:val="single"/>
          </w:rPr>
          <w:t>г. Верещагино, ул. Карла Маркса, 27А (м-н Монетка)</w:t>
        </w:r>
      </w:hyperlink>
      <w:r>
        <w:br/>
      </w:r>
      <w:r>
        <w:t xml:space="preserve">23.15 – </w:t>
      </w:r>
      <w:hyperlink r:id="rId12">
        <w:r>
          <w:rPr>
            <w:color w:val="0000FF"/>
            <w:u w:val="single"/>
          </w:rPr>
          <w:t>г. Очер, ул. Ленина, 34 (Краеведческий музей)</w:t>
        </w:r>
      </w:hyperlink>
      <w:r>
        <w:br/>
      </w:r>
      <w:r>
        <w:t xml:space="preserve">23.50 – </w:t>
      </w:r>
      <w:hyperlink r:id="rId13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rPr>
          <w:b/>
        </w:rPr>
        <w:t>Посадка на следующий день:</w:t>
      </w:r>
      <w:r>
        <w:br/>
      </w:r>
      <w:r>
        <w:t xml:space="preserve">00.40 – </w:t>
      </w:r>
      <w:hyperlink r:id="rId14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 xml:space="preserve">01.25 (УДМ) – </w:t>
      </w:r>
      <w:hyperlink r:id="rId15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01.30 (УДМ) – </w:t>
      </w:r>
      <w:hyperlink r:id="rId16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 xml:space="preserve">01.40 (УДМ) – </w:t>
      </w:r>
      <w:hyperlink r:id="rId17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 xml:space="preserve">02.25 (УДМ) – </w:t>
      </w:r>
      <w:hyperlink r:id="rId18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 xml:space="preserve">02.40 (УДМ) – </w:t>
      </w:r>
      <w:hyperlink r:id="rId19">
        <w:r>
          <w:rPr>
            <w:color w:val="0000FF"/>
            <w:u w:val="single"/>
          </w:rPr>
          <w:t>г. Ижевск, ТЦ Европа, ул. имени Вадима Сивкова, 150</w:t>
        </w:r>
      </w:hyperlink>
      <w:r>
        <w:br/>
      </w:r>
      <w:r>
        <w:t xml:space="preserve">03.40 (УДМ) – </w:t>
      </w:r>
      <w:hyperlink r:id="rId20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 оригиналы, мед. полис, пенсионное удостоверение, студенческий билет</w:t>
      </w:r>
      <w:r>
        <w:br/>
      </w:r>
      <w:hyperlink r:id="rId21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>Для купания:</w:t>
      </w:r>
      <w:r>
        <w:br/>
      </w:r>
      <w:r>
        <w:t>– полотенце;</w:t>
      </w:r>
      <w:r>
        <w:br/>
      </w:r>
      <w:r>
        <w:t>– купальный костюм;</w:t>
      </w:r>
      <w:r>
        <w:br/>
      </w:r>
      <w:r>
        <w:t>– сланцы;</w:t>
      </w:r>
      <w:r>
        <w:br/>
      </w:r>
      <w:r>
        <w:t>– шапочка для плавания;</w:t>
      </w:r>
      <w:r>
        <w:br/>
      </w:r>
      <w:r>
        <w:t>– принадлежности для душа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21.00 - Выезд из Кудымкара (</w:t>
      </w:r>
      <w:hyperlink r:id="rId22">
        <w:r>
          <w:rPr>
            <w:color w:val="0000FF"/>
            <w:u w:val="single"/>
          </w:rPr>
          <w:t>автовокзал, ул. Калинина, 65А)</w:t>
        </w:r>
      </w:hyperlink>
      <w:r>
        <w:br/>
      </w:r>
      <w:r>
        <w:t>22.00 - Выезд из Карагая (</w:t>
      </w:r>
      <w:hyperlink r:id="rId23">
        <w:r>
          <w:rPr>
            <w:color w:val="0000FF"/>
            <w:u w:val="single"/>
          </w:rPr>
          <w:t>Дом культуры ул. Гагарина, 1А. (Площадь)</w:t>
        </w:r>
      </w:hyperlink>
      <w:r>
        <w:br/>
      </w:r>
      <w:r>
        <w:t>22.45 - Выезд из Верещагино</w:t>
      </w:r>
      <w:r>
        <w:rPr>
          <w:u w:val="single"/>
        </w:rPr>
        <w:t>,</w:t>
      </w:r>
      <w:hyperlink r:id="rId24">
        <w:r>
          <w:rPr>
            <w:color w:val="0000FF"/>
            <w:u w:val="single"/>
          </w:rPr>
          <w:t> (ул. Карла Маркса, 27А (м-н Монетка</w:t>
        </w:r>
      </w:hyperlink>
      <w:r>
        <w:rPr>
          <w:u w:val="single"/>
        </w:rPr>
        <w:t>)</w:t>
      </w:r>
      <w:r>
        <w:br/>
      </w:r>
      <w:r>
        <w:t xml:space="preserve">23.15 - Выезд из Очера </w:t>
      </w:r>
      <w:hyperlink r:id="rId25">
        <w:r>
          <w:rPr>
            <w:color w:val="0000FF"/>
            <w:u w:val="single"/>
          </w:rPr>
          <w:t>(ул. Ленина, 34 (Краеведческий музей)</w:t>
        </w:r>
      </w:hyperlink>
    </w:p>
    <w:p>
      <w:r>
        <w:rPr>
          <w:b/>
        </w:rPr>
        <w:t>2 день:</w:t>
      </w:r>
    </w:p>
    <w:p>
      <w:r>
        <w:t>08.00 –</w:t>
      </w:r>
      <w:r>
        <w:rPr>
          <w:b/>
        </w:rPr>
        <w:t xml:space="preserve"> Завтрак</w:t>
      </w:r>
      <w:r>
        <w:t xml:space="preserve"> в кафе.</w:t>
      </w:r>
      <w:r>
        <w:br/>
      </w:r>
      <w:r>
        <w:t xml:space="preserve">08.30 - 12.00 – </w:t>
      </w:r>
      <w:r>
        <w:rPr>
          <w:b/>
        </w:rPr>
        <w:t>Обзорная экскурсия по Казани с посещением Казанского кремля</w:t>
      </w:r>
      <w:r>
        <w:br/>
      </w:r>
      <w:r>
        <w:t xml:space="preserve">Казань, начиная с 2000 года, официально называют </w:t>
      </w:r>
      <w:r>
        <w:rPr>
          <w:b/>
        </w:rPr>
        <w:t>«третьей столицей» России</w:t>
      </w:r>
      <w:r>
        <w:t>. Это красивый и, несмотря на старинную историю, современный город. Здесь находятся храмы, относящиеся к 16-ти разным религиям! А Казанский кремль, который был построен по распоряжению Ивана IV, является объектом всемирного наследия. Во время экскурсии увидим объекты Универсиады, Старо-татарскую слободу, озеро Кабан, мечеть Кул-Шариф, Казанский Богородицкий монастырь с Казанской иконой Божьей Матери и падающую Башню Сююмбике, которая, по легенде, исполняет три желания, если прикоснуться лбом к ее стенам.[slider id=9]</w:t>
      </w:r>
      <w:r>
        <w:br/>
      </w:r>
      <w:r>
        <w:t xml:space="preserve">12.15 - </w:t>
      </w:r>
      <w:r>
        <w:rPr>
          <w:b/>
        </w:rPr>
        <w:t>Обед</w:t>
      </w:r>
      <w:r>
        <w:t xml:space="preserve"> в кафе </w:t>
      </w:r>
    </w:p>
    <w:p>
      <w:r>
        <w:rPr>
          <w:b/>
        </w:rPr>
        <w:t>1 вариант:</w:t>
      </w:r>
      <w:r>
        <w:br/>
      </w:r>
      <w:r>
        <w:t xml:space="preserve">13.00 - 20.30- </w:t>
      </w:r>
      <w:r>
        <w:rPr>
          <w:b/>
        </w:rPr>
        <w:t>Свободное время в городе</w:t>
      </w:r>
      <w:r>
        <w:t xml:space="preserve"> для самостоятельного ознакомпления с локациями</w:t>
      </w:r>
      <w:r>
        <w:br/>
      </w:r>
      <w:r>
        <w:t xml:space="preserve">20.00 - </w:t>
      </w:r>
      <w:r>
        <w:rPr>
          <w:b/>
        </w:rPr>
        <w:t>Отъезд от кафе "Колобок"</w:t>
      </w:r>
      <w:r>
        <w:t xml:space="preserve"> за остальной группой и далее отъезд домой.</w:t>
      </w:r>
    </w:p>
    <w:p>
      <w:r>
        <w:rPr>
          <w:b/>
        </w:rPr>
        <w:t>2 вариант:</w:t>
      </w:r>
      <w:r>
        <w:br/>
      </w:r>
      <w:r>
        <w:t xml:space="preserve">13.30 - </w:t>
      </w:r>
      <w:r>
        <w:rPr>
          <w:b/>
        </w:rPr>
        <w:t>Посещение крупнейшего в Поволжье океанариума (без экскурсии) + св. время</w:t>
      </w:r>
      <w:r>
        <w:br/>
      </w:r>
      <w:r>
        <w:t>В Казанском океанариуме вас ждет захватывающее путешествие в подводный мир, где обитают сотни удивительных морских существ. Здесь можно увидеть величественных</w:t>
      </w:r>
      <w:r>
        <w:rPr>
          <w:b/>
        </w:rPr>
        <w:t xml:space="preserve"> акул</w:t>
      </w:r>
      <w:r>
        <w:t xml:space="preserve">, грациозных </w:t>
      </w:r>
      <w:r>
        <w:rPr>
          <w:b/>
        </w:rPr>
        <w:t>морских котиков</w:t>
      </w:r>
      <w:r>
        <w:t xml:space="preserve">, сухопутных </w:t>
      </w:r>
      <w:r>
        <w:rPr>
          <w:b/>
        </w:rPr>
        <w:t>черепах</w:t>
      </w:r>
      <w:r>
        <w:t xml:space="preserve">, забавных </w:t>
      </w:r>
      <w:r>
        <w:rPr>
          <w:b/>
        </w:rPr>
        <w:t>пингвинов</w:t>
      </w:r>
      <w:r>
        <w:t xml:space="preserve"> и даже грозных крокодилов. Это место, где каждая встреча с морскими обитателями превращается в яркое и незабываемое приключение для всей семьи![slider id=94]</w:t>
      </w:r>
    </w:p>
    <w:p>
      <w:r>
        <w:t xml:space="preserve">20.30 - </w:t>
      </w:r>
      <w:r>
        <w:rPr>
          <w:b/>
        </w:rPr>
        <w:t>Отъезд от кафе "Колобок"</w:t>
      </w:r>
      <w:r>
        <w:t xml:space="preserve"> за остальной группой и далее отъезд домой.</w:t>
      </w:r>
    </w:p>
    <w:p>
      <w:r>
        <w:rPr>
          <w:b/>
        </w:rPr>
        <w:t>3 вариант: Посещение аквапарка «РИВЬЕРА» (безлимит)</w:t>
      </w:r>
      <w:r>
        <w:br/>
      </w:r>
      <w:r>
        <w:t xml:space="preserve">14.30 - 20.00 – </w:t>
      </w:r>
      <w:r>
        <w:rPr>
          <w:b/>
        </w:rPr>
        <w:t>Посещение аквапарка «РИВЬЕРА» (безлимит)</w:t>
      </w:r>
      <w:r>
        <w:br/>
      </w:r>
      <w:r>
        <w:t xml:space="preserve">Аквапарк «Ривьера» вмещает множество аттракционов, здесь каждый посетитель найдет свой вариант досуга. Самые популярные аттракционы — многочисленные </w:t>
      </w:r>
      <w:r>
        <w:rPr>
          <w:b/>
        </w:rPr>
        <w:t>водные горки</w:t>
      </w:r>
      <w:r>
        <w:t xml:space="preserve">: </w:t>
      </w:r>
      <w:r>
        <w:rPr>
          <w:b/>
        </w:rPr>
        <w:t>«Ниагара», «Торнадо», «Камикадзе», «Амазонка» и др.</w:t>
      </w:r>
      <w:r>
        <w:t xml:space="preserve"> Для детей в аквапарке предусмотрены отдельные </w:t>
      </w:r>
      <w:r>
        <w:rPr>
          <w:b/>
        </w:rPr>
        <w:t>крытые и открытые бассейны с горками,</w:t>
      </w:r>
      <w:r>
        <w:t xml:space="preserve"> а также целый </w:t>
      </w:r>
      <w:r>
        <w:rPr>
          <w:b/>
        </w:rPr>
        <w:t>«Пиратский форт»</w:t>
      </w:r>
      <w:r>
        <w:t xml:space="preserve"> - развлекательный комплекс с аттракционами, лестницами и водными пушками. Любителей неспешного отдыха ждет spa-зона - собрание всех популярных видов услуг: </w:t>
      </w:r>
      <w:r>
        <w:rPr>
          <w:b/>
        </w:rPr>
        <w:t>джакузи, массажные ванны, финская сауна, турецкая баня, солярий,</w:t>
      </w:r>
      <w:r>
        <w:t xml:space="preserve"> после которых можно охладиться, вылив на себя бочку ледяной воды. А «Аква-бар», к которому можно подплыть прямо в бассейне, дополнит отдых вкусными напитками и закусками[slider id=89]</w:t>
      </w:r>
      <w:r>
        <w:br/>
      </w:r>
      <w:r>
        <w:t xml:space="preserve">20.00 - </w:t>
      </w:r>
      <w:r>
        <w:rPr>
          <w:b/>
        </w:rPr>
        <w:t>Отъезд от аквапарка "Ривьера"</w:t>
      </w:r>
      <w:r>
        <w:t xml:space="preserve"> за остальной группой и далее отъезд домой.</w:t>
      </w:r>
    </w:p>
    <w:p>
      <w:r>
        <w:rPr>
          <w:b/>
        </w:rPr>
        <w:t>4 вариант: аквапарк (4 часа) + океанариум</w:t>
      </w:r>
      <w:r>
        <w:br/>
      </w:r>
      <w:r>
        <w:t xml:space="preserve">14.30 - 18.30 – </w:t>
      </w:r>
      <w:r>
        <w:rPr>
          <w:b/>
        </w:rPr>
        <w:t>Посещение аквапарка «РИВЬЕРА» (4 часа)</w:t>
      </w:r>
      <w:r>
        <w:br/>
      </w:r>
      <w:r>
        <w:t xml:space="preserve">19.00 - 20.00 – </w:t>
      </w:r>
      <w:r>
        <w:rPr>
          <w:b/>
        </w:rPr>
        <w:t>Посещение крупнейшего в Поволжье океанариума (без экскурсии)</w:t>
      </w:r>
      <w:r>
        <w:br/>
      </w:r>
      <w:r>
        <w:t>В Казанском океанариуме вас ждет захватывающее путешествие в подводный мир, где обитают сотни удивительных морских существ. Здесь можно увидеть величественных</w:t>
      </w:r>
      <w:r>
        <w:rPr>
          <w:b/>
        </w:rPr>
        <w:t xml:space="preserve"> акул</w:t>
      </w:r>
      <w:r>
        <w:t xml:space="preserve">, грациозных </w:t>
      </w:r>
      <w:r>
        <w:rPr>
          <w:b/>
        </w:rPr>
        <w:t>морских котиков</w:t>
      </w:r>
      <w:r>
        <w:t xml:space="preserve">, сухопутных </w:t>
      </w:r>
      <w:r>
        <w:rPr>
          <w:b/>
        </w:rPr>
        <w:t>черепах</w:t>
      </w:r>
      <w:r>
        <w:t xml:space="preserve">, забавных </w:t>
      </w:r>
      <w:r>
        <w:rPr>
          <w:b/>
        </w:rPr>
        <w:t>пингвинов</w:t>
      </w:r>
      <w:r>
        <w:t xml:space="preserve"> и даже грозных крокодилов. Это место, где каждая встреча с морскими обитателями превращается в яркое и незабываемое приключение для всей семьи!</w:t>
      </w:r>
      <w:r>
        <w:br/>
      </w:r>
      <w:r>
        <w:t xml:space="preserve">20.30 - </w:t>
      </w:r>
      <w:r>
        <w:rPr>
          <w:b/>
        </w:rPr>
        <w:t>Отъезд от кафе "Колобок"</w:t>
      </w:r>
      <w:r>
        <w:t xml:space="preserve"> за остальной группой и далее отъезд домой.</w:t>
      </w:r>
    </w:p>
    <w:p>
      <w:r>
        <w:rPr>
          <w:b/>
        </w:rPr>
        <w:t xml:space="preserve">5 вариант: </w:t>
      </w:r>
      <w:r>
        <w:rPr>
          <w:b/>
        </w:rPr>
        <w:t>аквапарк (4 часа) + свободное время</w:t>
      </w:r>
      <w:r>
        <w:br/>
      </w:r>
      <w:r>
        <w:t xml:space="preserve">14.30 - 18.30 – </w:t>
      </w:r>
      <w:r>
        <w:rPr>
          <w:b/>
        </w:rPr>
        <w:t>Посещение аквапарка «РИВЬЕРА» (4 часа)</w:t>
      </w:r>
      <w:r>
        <w:br/>
      </w:r>
      <w:r>
        <w:t>18.30 - 20.30 - Свободное время в городе</w:t>
      </w:r>
      <w:r>
        <w:br/>
      </w:r>
      <w:r>
        <w:t xml:space="preserve">20.30 - </w:t>
      </w:r>
      <w:r>
        <w:rPr>
          <w:b/>
        </w:rPr>
        <w:t>Отъезд от кафе "Колобок"</w:t>
      </w:r>
      <w:r>
        <w:t xml:space="preserve"> за остальной группой и далее отъезд домой.</w:t>
      </w:r>
    </w:p>
    <w:p>
      <w:r>
        <w:rPr>
          <w:b/>
        </w:rPr>
        <w:t xml:space="preserve">6 вариант: термы "Пляж" (3 часа) + свободное время </w:t>
      </w:r>
      <w:r>
        <w:br/>
      </w:r>
      <w:r>
        <w:t xml:space="preserve">15.30 - 18.30 - </w:t>
      </w:r>
      <w:r>
        <w:rPr>
          <w:b/>
        </w:rPr>
        <w:t xml:space="preserve">Посещение термального комлекса "Пляж" </w:t>
      </w:r>
      <w:r>
        <w:t xml:space="preserve">(тариф "3 часа) </w:t>
      </w:r>
    </w:p>
    <w:p>
      <w:pPr>
        <w:pStyle w:val="ListBullet"/>
      </w:pPr>
      <w:r>
        <w:t>В свободном доступе на территории установлены</w:t>
      </w:r>
      <w:r>
        <w:rPr>
          <w:b/>
        </w:rPr>
        <w:t>бесплатные питьевые фонтанчики</w:t>
      </w:r>
      <w:r>
        <w:t>.</w:t>
      </w:r>
    </w:p>
    <w:p>
      <w:pPr>
        <w:pStyle w:val="ListBullet"/>
      </w:pPr>
      <w:r>
        <w:t>Также всегда работают кофейня, фитобар, кафе и ресторан с разнообразным меню, где вы сможете насладиться вкусными и качественными блюдами.</w:t>
      </w:r>
    </w:p>
    <w:p>
      <w:r>
        <w:t xml:space="preserve">18.30 - 20.30 - </w:t>
      </w:r>
      <w:r>
        <w:rPr>
          <w:b/>
        </w:rPr>
        <w:t>Свободное время в городе</w:t>
      </w:r>
      <w:r>
        <w:br/>
      </w:r>
      <w:r>
        <w:t xml:space="preserve">20.30 - </w:t>
      </w:r>
      <w:r>
        <w:rPr>
          <w:b/>
        </w:rPr>
        <w:t>Отъезд от кафе "Колобок"</w:t>
      </w:r>
      <w:r>
        <w:t xml:space="preserve"> за остальной группой и далее отъезд домой.</w:t>
      </w:r>
    </w:p>
    <w:p>
      <w:r>
        <w:rPr>
          <w:b/>
        </w:rPr>
        <w:t>7 вариант: термы "Пляж" (безлимит)</w:t>
      </w:r>
      <w:r>
        <w:br/>
      </w:r>
      <w:r>
        <w:rPr>
          <w:b/>
        </w:rPr>
        <w:t xml:space="preserve"> </w:t>
      </w:r>
      <w:r>
        <w:t xml:space="preserve">15.30 - 21.00 - </w:t>
      </w:r>
      <w:r>
        <w:rPr>
          <w:b/>
        </w:rPr>
        <w:t xml:space="preserve">Посещение термального комлекса "Пляж" </w:t>
      </w:r>
      <w:r>
        <w:t xml:space="preserve">(тариф "3 часа) </w:t>
      </w:r>
    </w:p>
    <w:p>
      <w:pPr>
        <w:pStyle w:val="ListBullet"/>
      </w:pPr>
      <w:r>
        <w:t>В свободном доступе на территории установлены</w:t>
      </w:r>
      <w:r>
        <w:rPr>
          <w:b/>
        </w:rPr>
        <w:t>бесплатные питьевые фонтанчики</w:t>
      </w:r>
      <w:r>
        <w:t>.</w:t>
      </w:r>
    </w:p>
    <w:p>
      <w:pPr>
        <w:pStyle w:val="ListBullet"/>
      </w:pPr>
      <w:r>
        <w:t>Также всегда работают кофейня, фитобар, кафе и ресторан с разнообразным меню, где вы сможете насладиться вкусными и качественными блюдами.</w:t>
      </w:r>
    </w:p>
    <w:p>
      <w:r>
        <w:t xml:space="preserve">21.00 - </w:t>
      </w:r>
      <w:r>
        <w:rPr>
          <w:b/>
        </w:rPr>
        <w:t>Отъезд от термального комплекса</w:t>
      </w:r>
      <w:r>
        <w:t xml:space="preserve"> в Кудымкар.</w:t>
      </w:r>
    </w:p>
    <w:p>
      <w:r>
        <w:rPr>
          <w:b/>
        </w:rPr>
        <w:t>3 день:</w:t>
      </w:r>
      <w:r>
        <w:br/>
      </w:r>
      <w:r>
        <w:t>11.00 - 13.00 – Ориентировочное время прибытия в Кудымкар.</w:t>
      </w:r>
    </w:p>
    <w:p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Скидка для туристов из Удмуртии - 1000 руб.</w:t>
      </w:r>
      <w:r>
        <w:br/>
      </w:r>
      <w:r>
        <w:t xml:space="preserve">Скидка на последний ряд - 300 руб.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org/avtovokzal_g_kudymkara/165242429422/?ll=54.657832%2C59.018870&amp;z=17" TargetMode="External"/><Relationship Id="rId10" Type="http://schemas.openxmlformats.org/officeDocument/2006/relationships/hyperlink" Target="http://yandex.ru/maps/11108/perm-krai/house/ulitsa_gagarina_1a/YU0YfwVoTEICQFtifX53dHViYw==/?ll=54.928575%2C58.265917&amp;z=17.06" TargetMode="External"/><Relationship Id="rId11" Type="http://schemas.openxmlformats.org/officeDocument/2006/relationships/hyperlink" Target="http://yandex.ru/maps/org/monetka/1871954824/?display-text=%D0%9C%D0%BE%D0%BD%D0%B5%D1%82%D0%BA%D0%B0&amp;ll=54.657030%2C58.077662&amp;mode=search&amp;sctx=ZAAAAAgCEAAaKAoSCeUpq%2Bl6VEtAEVGhurn4CU1AEhIJZB75g4Hnjj8R94%2BF6BA4cj8iBgABAgMEBSgKOABAmqEBSAFqAnJ1nQHNzMw9oAEAqAEAvQG2ip0HwgEhiIfP%2FAbi4LmxmwSa37eAPsPmh6zxBvaMhIw4p%2BKSt6gFggI%2F0JzQvtC90LXRgtC60LAsINCf0LXRgNC80YHQutC40Lkg0LrRgNCw0LksINCS0LXRgNC10YnQsNCz0LjQvdC%2BigIAkgIFMjA2MzSaAgxkZXNrdG9wLW1hcHOqAho2MDAzNTE1LDEwNzU0NzM2NjIsNjAwMjA5NrACAQ%3D%3D&amp;sll=54.656440%2C58.077662&amp;sspn=0.004394%2C0.001295&amp;text=%D0%9C%D0%BE%D0%BD%D0%B5%D1%82%D0%BA%D0%B0%2C%20%D0%9F%D0%B5%D1%80%D0%BC%D1%81%D0%BA%D0%B8%D0%B9%20%D0%BA%D1%80%D0%B0%D0%B9%2C%20%D0%92%D0%B5%D1%80%D0%B5%D1%89%D0%B0%D0%B3%D0%B8%D0%BD%D0%BE&amp;z=18" TargetMode="External"/><Relationship Id="rId12" Type="http://schemas.openxmlformats.org/officeDocument/2006/relationships/hyperlink" Target="https://yandex.ru/maps/-/CPs8qRja" TargetMode="External"/><Relationship Id="rId13" Type="http://schemas.openxmlformats.org/officeDocument/2006/relationships/hyperlink" Target="https://yandex.ru/maps/?um=constructor%3A5ac609102b0a0fb8942b327a279027aca1f9257ab9711dce1b89cc5ecea253c4&amp;source=constructorLink" TargetMode="External"/><Relationship Id="rId14" Type="http://schemas.openxmlformats.org/officeDocument/2006/relationships/hyperlink" Target="https://yandex.ru/maps/?um=constructor%3A6235748129406670ea23b56df0a0bcf8cf9eacb3367f9a2077ebccb79c2d80ad&amp;source=constructorLink" TargetMode="External"/><Relationship Id="rId15" Type="http://schemas.openxmlformats.org/officeDocument/2006/relationships/hyperlink" Target="https://yandex.ru/maps/?um=constructor%3Abecf154b96a7e81fb587d1a44d71560b5715f29aad99512c0812fd31c7043c8b&amp;source=constructorLink" TargetMode="External"/><Relationship Id="rId16" Type="http://schemas.openxmlformats.org/officeDocument/2006/relationships/hyperlink" Target="https://yandex.ru/maps/?um=constructor%3Ac60b2829f3d808b319b25c914eb143109df9024c0d4f71d6c260da4c29875ab7&amp;source=constructorLink" TargetMode="External"/><Relationship Id="rId17" Type="http://schemas.openxmlformats.org/officeDocument/2006/relationships/hyperlink" Target="https://yandex.ru/maps/?um=constructor%3Ae6b019da8c720ac0a7ab9cc03c1de0a9b404d1ef5091a49eed68c8b635740dd9&amp;source=constructorLink" TargetMode="External"/><Relationship Id="rId18" Type="http://schemas.openxmlformats.org/officeDocument/2006/relationships/hyperlink" Target="https://yandex.ru/maps/?um=constructor%3A5db4f0622cf0c66278a4741724d1824d9d9beffb36110b3d48dfe7eef18efbc2&amp;source=constructorLink" TargetMode="External"/><Relationship Id="rId19" Type="http://schemas.openxmlformats.org/officeDocument/2006/relationships/hyperlink" Target="https://yandex.ru/maps/-/CPrbiJJv" TargetMode="External"/><Relationship Id="rId20" Type="http://schemas.openxmlformats.org/officeDocument/2006/relationships/hyperlink" Target="https://yandex.ru/maps/?um=constructor%3Aa0e3038c0de1ee82637ad2d7d07b22b980c9f3c3ed7ad43b4f810ed1589e330a&amp;source=constructorLink" TargetMode="External"/><Relationship Id="rId21" Type="http://schemas.openxmlformats.org/officeDocument/2006/relationships/hyperlink" Target="https://docs.google.com/document/d/1AV5BDFXY6KcAJgTqUl2jy8Sh2vTT9g2Vn6ImvkFRw5c/edit?tab=t.0#heading=h.r792ungaj6a" TargetMode="External"/><Relationship Id="rId22" Type="http://schemas.openxmlformats.org/officeDocument/2006/relationships/hyperlink" Target="https://yandex.ru/maps/org/avtovokzal_g_kudymkara/165242429422/?ll=54.657832%2C59.018870&amp;z=17" TargetMode="External"/><Relationship Id="rId23" Type="http://schemas.openxmlformats.org/officeDocument/2006/relationships/hyperlink" Target="https://yandex.ru/maps/11108/perm-krai/house/ulitsa_gagarina_1a/YU0YfwVoTEICQFtifX53dHViYw==/?ll=54.928575%2C58.265917&amp;z=17.06" TargetMode="External"/><Relationship Id="rId24" Type="http://schemas.openxmlformats.org/officeDocument/2006/relationships/hyperlink" Target="https://yandex.ru/maps/org/monetka/1871954824/?display-text=%D0%9C%D0%BE%D0%BD%D0%B5%D1%82%D0%BA%D0%B0&amp;ll=54.657030%2C58.077662&amp;mode=search&amp;sctx=ZAAAAAgCEAAaKAoSCeUpq%2Bl6VEtAEVGhurn4CU1AEhIJZB75g4Hnjj8R94%2BF6BA4cj8iBgABAgMEBSgKOABAmqEBSAFqAnJ1nQHNzMw9oAEAqAEAvQG2ip0HwgEhiIfP%2FAbi4LmxmwSa37eAPsPmh6zxBvaMhIw4p%2BKSt6gFggI%2F0JzQvtC90LXRgtC60LAsINCf0LXRgNC80YHQutC40Lkg0LrRgNCw0LksINCS0LXRgNC10YnQsNCz0LjQvdC%2BigIAkgIFMjA2MzSaAgxkZXNrdG9wLW1hcHOqAho2MDAzNTE1LDEwNzU0NzM2NjIsNjAwMjA5NrACAQ%3D%3D&amp;sll=54.656440%2C58.077662&amp;sspn=0.004394%2C0.001295&amp;text=%D0%9C%D0%BE%D0%BD%D0%B5%D1%82%D0%BA%D0%B0%2C%20%D0%9F%D0%B5%D1%80%D0%BC%D1%81%D0%BA%D0%B8%D0%B9%20%D0%BA%D1%80%D0%B0%D0%B9%2C%20%D0%92%D0%B5%D1%80%D0%B5%D1%89%D0%B0%D0%B3%D0%B8%D0%BD%D0%BE&amp;z=18" TargetMode="External"/><Relationship Id="rId25" Type="http://schemas.openxmlformats.org/officeDocument/2006/relationships/hyperlink" Target="https://yandex.ru/maps/org/ochyorskiy_krayevedcheskiy_muzey_imeni_a_v_netsvetayeva/227525556140/?display-text=%D0%9C%D1%83%D0%B7%D0%B5%D0%B9&amp;ll=54.714399%2C57.881844&amp;mode=search&amp;sctx=ZAAAAAgBEAAaKAoSCaxxNh0BXEtAEWKBr%2BjW8UxAEhIJpABRMGMKdj8RiNhg4STNbz8iBgABAgMEBSgKOABAl54BSAFqAnJ1nQHNzMw9oAEAqAEAvQGvkR4pwgEMrO%2FRzM8GjridxqYDggIbKChjYXRlZ29yeV9pZDooMTg0MTA1ODk0KSkpigIJMTg0MTA1ODk0kgIAmgIMZGVza3RvcC1tYXBz&amp;sll=54.714399%2C57.881844&amp;sspn=0.002459%2C0.001774&amp;text=%7B%22text%22%3A%22%D0%9C%D1%83%D0%B7%D0%B5%D0%B9%22%2C%22what%22%3A%5B%7B%22attr_name%22%3A%22category_id%22%2C%22attr_values%22%3A%5B%22184105894%22%5D%7D%5D%7D&amp;z=18.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