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в Белогорский монастырь</w:t>
      </w:r>
    </w:p>
    <w:p>
      <w:pPr>
        <w:pStyle w:val="Heading1"/>
      </w:pPr>
      <w:r>
        <w:t>Информация тура</w:t>
      </w:r>
    </w:p>
    <w:p>
      <w:r>
        <w:t>Пермь - Белая гора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Для посещения монастыря входной сбор (пожертвования) от 100 р/ чел.</w:t>
      </w:r>
      <w:r>
        <w:br/>
      </w:r>
      <w:r>
        <w:t>Питание в трапезной монастыря: суп, макароны/греча/пюре, котлета, чай, выпечка (стоимость ориентировочно 300 руб., есть терминал).</w:t>
      </w:r>
      <w:r>
        <w:br/>
      </w:r>
      <w:r>
        <w:t>Церковные атрибуты.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</w:p>
    <w:p>
      <w:r>
        <w:t>– Для женщин: юбки и платки (в монастыре юбки и платки предоставляются в ограниченном количестве. Просим учитывать это при посещении).</w:t>
      </w:r>
      <w:r>
        <w:br/>
      </w:r>
      <w:r>
        <w:t>– Для воды из монастыря: тару (по желанию)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Отправление в увлекательное путешествие по живописным местам Пермского края с профессиональным гидом, где вы увидите прекрасные природные ландшафты, исторические достопримечательности и узнаете интересные факты о регионе.</w:t>
      </w:r>
    </w:p>
    <w:p>
      <w:r>
        <w:rPr>
          <w:b/>
        </w:rPr>
        <w:t>Легенды и предания Белогорского монастыря</w:t>
      </w:r>
      <w:r>
        <w:br/>
      </w:r>
      <w:r>
        <w:t>Насладитесь видом на величественный Белогорский монастырь, словно парящий над землею, и захватывающей панорамой Тулвинской возвышенности с вершины холма, откуда открывается впечатляющая перспектива. В ходе экскурсии вы услышите увлекательные истории о судьбе монастыря в годы революции, познакомитесь с его главными святынями и реликвиями. Вам представится возможность осмотреть иконы и внутреннее убранство храма, возможно стать участником церковной службы и отдохнуть за обедом в монастырской трапезной, погружаясь в духовную атмосферу этого святого места.</w:t>
      </w:r>
    </w:p>
    <w:p>
      <w:r>
        <w:t>Отправление в город Пермь, где завершится наш насыщенный день.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21 500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36 400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7-xsh8XhXeNqQmV4zGf0s3AEkXe3Vg0fkx5GUxz5VI/edit?tab=t.0#heading=h.1owj0ogjaeh7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