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в Губаху с осмотром декораций к фильму, обедом и канатной дорогой (автобусный тур)</w:t>
      </w:r>
    </w:p>
    <w:p>
      <w:pPr>
        <w:pStyle w:val="Heading1"/>
      </w:pPr>
      <w:r>
        <w:t>Информация тура</w:t>
      </w:r>
    </w:p>
    <w:p>
      <w:r>
        <w:t>Пермь - Губаха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10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Билет на канатную дорогу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Обед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t>07.00 – Сбор группы на ул. Ленина, 53 ("Театр-Театр") и выезд до Губахи.</w:t>
      </w:r>
      <w:r>
        <w:br/>
      </w:r>
      <w:r>
        <w:t>11.00 –</w:t>
      </w:r>
      <w:r>
        <w:rPr>
          <w:b/>
        </w:rPr>
        <w:t>Прибытие в Губаху.</w:t>
      </w:r>
      <w:r>
        <w:br/>
      </w:r>
      <w:r>
        <w:t>11.00 – 12.00 -</w:t>
      </w:r>
      <w:r>
        <w:rPr>
          <w:b/>
        </w:rPr>
        <w:t>Прогулка по Рудянскому спою</w:t>
      </w:r>
      <w:r>
        <w:t>, местам съемок фильмов "Сердце Пармы", "Чук и Гек", "Последний богатырь: корень зла"</w:t>
      </w:r>
      <w:r>
        <w:br/>
      </w:r>
      <w:r>
        <w:t>Рудянский спой тянется примерно 20 км от реки Косьва на севере до реки Усьва на юге. На северной вершине хребта находится горнолыжный комплекс «Губаха» и гора Крестовая, а на южной вершине – Каменный город.</w:t>
      </w:r>
      <w:r>
        <w:br/>
      </w:r>
      <w:r>
        <w:t>12.00 -</w:t>
      </w:r>
      <w:r>
        <w:rPr>
          <w:b/>
        </w:rPr>
        <w:t>Горячий обед в столовой города.</w:t>
      </w:r>
      <w:r>
        <w:br/>
      </w:r>
      <w:r>
        <w:t>13.00 –</w:t>
      </w:r>
      <w:r>
        <w:rPr>
          <w:b/>
        </w:rPr>
        <w:t>Посещение декораций к фильму по роману А. Иванова "Сердце Пармы".</w:t>
      </w:r>
      <w:r>
        <w:br/>
      </w:r>
      <w:r>
        <w:t>На территории геологического памятника природы «Холодный Лог» в 2019 г. был отстроен уникальный комплекс, включающий в себя 84-метровую деревянную крепость, храм, кельи монастырского холма – декорации к фильму по роману А. Иванова «Сердце Пармы». Крепость доступна для посещения туристами на данный момент.</w:t>
      </w:r>
      <w:r>
        <w:br/>
      </w:r>
      <w:r>
        <w:t>14.00 –</w:t>
      </w:r>
      <w:r>
        <w:rPr>
          <w:b/>
        </w:rPr>
        <w:t>Подвесной мост.</w:t>
      </w:r>
      <w:r>
        <w:t>Переправьтесь через реку Косьву по самому длинному подвесному мосту Пермского края! 50 метров адреналина, захватывающих видов и ощущения полета над бурлящей водой. Испытайте восторг от прогулки по качающемуся мосту среди живописной природы!</w:t>
      </w:r>
      <w:r>
        <w:br/>
      </w:r>
      <w:r>
        <w:t>14.30 –</w:t>
      </w:r>
      <w:r>
        <w:rPr>
          <w:b/>
        </w:rPr>
        <w:t>Восхождение на гору Ладейную (с посещением пещеры).</w:t>
      </w:r>
      <w:r>
        <w:br/>
      </w:r>
      <w:r>
        <w:t>Одна из достопримечательностей города Губахи Пермского края - гора Ладейная (283,6 м.). Скальный массив красив в любое время года, заметен издалека и хорошо просматривается. На Ладейной расположены 2 пещеры, интересные для спелеологов. Основная особенность скального массива – с него открывается очень интересный и необыкновенный вид: сочетание природного и промышленного пейзажа. Гора имеет крутой склон!</w:t>
      </w:r>
      <w:r>
        <w:br/>
      </w:r>
      <w:r>
        <w:t>17.00 –</w:t>
      </w:r>
      <w:r>
        <w:rPr>
          <w:b/>
        </w:rPr>
        <w:t>Переезд на Горнолыжный комплекс "Губаха" (ГЛЦ "Губаха")</w:t>
      </w:r>
      <w:r>
        <w:br/>
      </w:r>
      <w:r>
        <w:t>17.30 –</w:t>
      </w:r>
      <w:r>
        <w:rPr>
          <w:b/>
        </w:rPr>
        <w:t>Подъем на кресельной канатной дороге на вершину горы.</w:t>
      </w:r>
      <w:r>
        <w:t>Поднимитесь на вершину горы Крестовая на кресельной канатной дороге и насладитесь захватывающими панорамами! Величественные просторы, свежий горный воздух и ощущение свободы сделают этот момент по-настоящему незабываемым. Свободное время.</w:t>
      </w:r>
      <w:r>
        <w:br/>
      </w:r>
      <w:r>
        <w:rPr>
          <w:b/>
        </w:rPr>
        <w:t>При температуре ниже -23 градусов канатная дорога не работает, объект заменяется</w:t>
      </w:r>
      <w:r>
        <w:br/>
      </w:r>
      <w:r>
        <w:t>18.30 – Спуск на канатной дороге к подножью, общий сбор у автобуса.</w:t>
      </w:r>
      <w:r>
        <w:br/>
      </w:r>
      <w:r>
        <w:t>19.00 – Отправление в Пермь. По пути остановка на ужин (за доп. плату)</w:t>
      </w:r>
      <w:r>
        <w:br/>
      </w:r>
      <w:r>
        <w:t>22.30 – Прибытие в Пермь.</w:t>
      </w:r>
    </w:p>
    <w:p>
      <w:r>
        <w:t>*</w:t>
      </w:r>
      <w:r>
        <w:rPr>
          <w:i/>
        </w:rPr>
        <w:t>Канатная дорога может быть заменена на музей по тех. причинам или погодным условиям*Тайминг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группы*В некоторых музея возможна оплата Пушкинской картой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7 891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7 327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6 858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6 460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6 119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5 824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5 566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5 338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5 135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4 954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6 227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6 011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5 815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5 635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5 471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5 320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5 180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5 051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4 931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4 819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4 771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4 672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4 578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4 491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4 409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4 331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4 258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4 188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4 122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4 060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4 043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3 986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3 931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3 879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3 829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3 782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3 736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3 693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3 651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3 611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50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3 572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