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Групповой тур "Пермь за 2 дня", ЗАТО Звездный + кондитерская фабрика+музеи, 2 дня</w:t>
      </w:r>
    </w:p>
    <w:p>
      <w:pPr>
        <w:pStyle w:val="Heading1"/>
      </w:pPr>
      <w:r>
        <w:t>Информация тура</w:t>
      </w:r>
    </w:p>
    <w:p>
      <w:r>
        <w:t>Пермь - Звездный</w:t>
      </w:r>
    </w:p>
    <w:p>
      <w:pPr>
        <w:pStyle w:val="Heading1"/>
      </w:pPr>
      <w:r>
        <w:t>Описание тура</w:t>
      </w:r>
    </w:p>
    <w:p>
      <w:r>
        <w:rPr>
          <w:b/>
        </w:rPr>
        <w:t>Продолжительность</w:t>
      </w:r>
      <w:r>
        <w:t>— 2 дня</w:t>
      </w:r>
      <w:r>
        <w:br/>
      </w:r>
      <w:r>
        <w:rPr>
          <w:b/>
        </w:rPr>
        <w:t>Рекомендуемый возраст</w:t>
      </w:r>
      <w:r>
        <w:t>— с 6 лет</w:t>
      </w:r>
      <w:r>
        <w:br/>
      </w:r>
      <w:r>
        <w:rPr>
          <w:b/>
        </w:rPr>
        <w:t>Рекомендуемый сезон</w:t>
      </w:r>
      <w:r>
        <w:t>— любой</w:t>
      </w:r>
      <w:r>
        <w:br/>
      </w:r>
      <w:r>
        <w:rPr>
          <w:b/>
        </w:rPr>
        <w:t>Размер группы</w:t>
      </w:r>
      <w:r>
        <w:t>— от 10 человек</w:t>
      </w:r>
    </w:p>
    <w:p>
      <w:pPr>
        <w:pStyle w:val="Heading1"/>
      </w:pPr>
      <w:r>
        <w:t>Преимущества</w:t>
      </w:r>
    </w:p>
    <w:p>
      <w:pPr>
        <w:pStyle w:val="ListBullet"/>
      </w:pPr>
      <w:r>
        <w:t>Насыщенный и интересный день, наполненный яркими впечатлениями</w:t>
      </w:r>
    </w:p>
    <w:p>
      <w:pPr>
        <w:pStyle w:val="ListBullet"/>
      </w:pPr>
      <w:r>
        <w:t>Программа подходит для туристов любого возраста.</w:t>
      </w:r>
    </w:p>
    <w:p>
      <w:pPr>
        <w:pStyle w:val="ListBullet"/>
      </w:pPr>
      <w:r>
        <w:t>Программа рассчитана на два дня и подходит для короткой поездки на выходные</w:t>
      </w:r>
    </w:p>
    <w:p>
      <w:pPr>
        <w:pStyle w:val="ListBullet"/>
      </w:pPr>
      <w:r>
        <w:t>Маршрут легко адаптируется под время прибытия группы.</w:t>
      </w:r>
    </w:p>
    <w:p>
      <w:pPr>
        <w:pStyle w:val="ListBullet"/>
      </w:pPr>
      <w:r>
        <w:t>Программу можно скорректировать по индивидуальному запросу.</w:t>
      </w:r>
    </w:p>
    <w:p>
      <w:pPr>
        <w:pStyle w:val="Heading1"/>
      </w:pPr>
      <w:r>
        <w:t>В стоимость тура входит</w:t>
      </w:r>
    </w:p>
    <w:p>
      <w:pPr>
        <w:pStyle w:val="ListBullet"/>
      </w:pPr>
      <w:r>
        <w:t>Транспортное обслуживание (комфортабельный автобус туристического класса)</w:t>
      </w:r>
    </w:p>
    <w:p>
      <w:pPr>
        <w:pStyle w:val="ListBullet"/>
      </w:pPr>
      <w:r>
        <w:t>Экскурсионное обслуживание</w:t>
      </w:r>
    </w:p>
    <w:p>
      <w:pPr>
        <w:pStyle w:val="ListBullet"/>
      </w:pPr>
      <w:r>
        <w:t>Сопровождение гидом</w:t>
      </w:r>
    </w:p>
    <w:p>
      <w:pPr>
        <w:pStyle w:val="ListBullet"/>
      </w:pPr>
      <w:r>
        <w:t>Входные билеты</w:t>
      </w:r>
    </w:p>
    <w:p>
      <w:pPr>
        <w:pStyle w:val="ListBullet"/>
      </w:pPr>
      <w:r>
        <w:t>Страховка на автобусный проезд</w:t>
      </w:r>
    </w:p>
    <w:p>
      <w:pPr>
        <w:pStyle w:val="ListBullet"/>
      </w:pPr>
      <w:r>
        <w:t>Питание</w:t>
      </w:r>
    </w:p>
    <w:p>
      <w:pPr>
        <w:pStyle w:val="Heading1"/>
      </w:pPr>
      <w:r>
        <w:t>Дополнительно оплачивается</w:t>
      </w:r>
    </w:p>
    <w:p>
      <w:pPr>
        <w:pStyle w:val="ListBullet"/>
      </w:pPr>
      <w:r>
        <w:t>Сувениры</w:t>
      </w:r>
    </w:p>
    <w:p>
      <w:pPr>
        <w:pStyle w:val="ListBullet"/>
      </w:pPr>
      <w:r>
        <w:t>Доплата за отдалённые районы при трансфере</w:t>
      </w:r>
    </w:p>
    <w:p>
      <w:pPr>
        <w:pStyle w:val="ListBullet"/>
      </w:pPr>
      <w:r>
        <w:t>Дополнительное питание</w:t>
      </w:r>
    </w:p>
    <w:p>
      <w:pPr>
        <w:pStyle w:val="Heading1"/>
      </w:pPr>
      <w:r>
        <w:t>Проживание</w:t>
      </w:r>
    </w:p>
    <w:p>
      <w:r>
        <w:t>В стоимость заложено проживание в гостинице 3*, по запросу возможно скорректировать на проживание в:</w:t>
      </w:r>
    </w:p>
    <w:p>
      <w:pPr>
        <w:pStyle w:val="ListBullet"/>
      </w:pPr>
      <w:r>
        <w:t>гостиницах 4 и 5*</w:t>
      </w:r>
    </w:p>
    <w:p>
      <w:pPr>
        <w:pStyle w:val="ListBullet"/>
      </w:pPr>
      <w:r>
        <w:t>хостеле</w:t>
      </w:r>
    </w:p>
    <w:p>
      <w:pPr>
        <w:pStyle w:val="ListBullet"/>
      </w:pPr>
      <w:r>
        <w:t>гостинице 2*</w:t>
      </w:r>
    </w:p>
    <w:p>
      <w:pPr>
        <w:pStyle w:val="ListBullet"/>
      </w:pPr>
      <w:r>
        <w:t>базе отдыха</w:t>
      </w:r>
    </w:p>
    <w:p>
      <w:pPr>
        <w:pStyle w:val="Heading1"/>
      </w:pPr>
      <w:r>
        <w:t>Информация о транспорте</w:t>
      </w:r>
    </w:p>
    <w:p>
      <w:pPr>
        <w:pStyle w:val="ListBullet"/>
      </w:pPr>
      <w:r>
        <w:t>Место посадки вы выбираете сами — удобно для вашей группы</w:t>
      </w:r>
    </w:p>
    <w:p>
      <w:pPr>
        <w:pStyle w:val="ListBullet"/>
      </w:pPr>
      <w:r>
        <w:t>Для отдалённых районов возможна небольшая доплата (</w:t>
      </w:r>
      <w:hyperlink r:id="rId9">
        <w:r>
          <w:rPr>
            <w:color w:val="0000FF"/>
            <w:u w:val="single"/>
          </w:rPr>
          <w:t>ссылка</w:t>
        </w:r>
      </w:hyperlink>
      <w:r>
        <w:t>)</w:t>
      </w:r>
    </w:p>
    <w:p>
      <w:pPr>
        <w:pStyle w:val="ListBullet"/>
      </w:pPr>
      <w:r>
        <w:t>Автобусы новые, туристического класса, специально оборудованные для перевозки детей — комфорт и безопасность на каждом километре</w:t>
      </w:r>
    </w:p>
    <w:p>
      <w:pPr>
        <w:pStyle w:val="ListBullet"/>
      </w:pPr>
      <w:r>
        <w:t>Можно выбрать автобус по размеру группы — микроавтобус для небольших групп или большой автобус</w:t>
      </w:r>
    </w:p>
    <w:p>
      <w:pPr>
        <w:pStyle w:val="ListBullet"/>
      </w:pPr>
      <w:r>
        <w:t>Опытные водители с многолетним стажем, которые знают, как безопасно доставить детей до пункта назначения</w:t>
      </w:r>
    </w:p>
    <w:p>
      <w:pPr>
        <w:pStyle w:val="ListBullet"/>
      </w:pPr>
      <w:r>
        <w:t>Все документы для поездки мы оформляем сами — в ГИБДД и МЧС, если тур активный, чтобы родители и педагоги ни о чём не переживали</w:t>
      </w:r>
    </w:p>
    <w:p>
      <w:r>
        <w:rPr>
          <w:b/>
        </w:rPr>
        <w:t>Ваши дети едут с комфортом и под полным контролем — всё продумано до мелочей!</w:t>
      </w:r>
    </w:p>
    <w:p>
      <w:pPr>
        <w:pStyle w:val="Heading1"/>
      </w:pPr>
      <w:r>
        <w:t>Документы для поездки</w:t>
      </w:r>
    </w:p>
    <w:p>
      <w:pPr>
        <w:pStyle w:val="ListBullet"/>
      </w:pPr>
      <w:r>
        <w:t>Приказ из школы</w:t>
      </w:r>
    </w:p>
    <w:p>
      <w:pPr>
        <w:pStyle w:val="ListBullet"/>
      </w:pPr>
      <w:r>
        <w:t>Список туристов</w:t>
      </w:r>
    </w:p>
    <w:p>
      <w:pPr>
        <w:pStyle w:val="ListBullet"/>
      </w:pPr>
      <w:r>
        <w:t>Оригинал паспорта (для детей от 14 лет)</w:t>
      </w:r>
    </w:p>
    <w:p>
      <w:pPr>
        <w:pStyle w:val="ListBullet"/>
      </w:pPr>
      <w:r>
        <w:t>Свидетельство о рождении (для детей до 14 лет)</w:t>
      </w:r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  <w:r>
        <w:br/>
      </w:r>
      <w:r>
        <w:t>– удобную одежду и обувь для комфортной поездки, если требуется;</w:t>
      </w:r>
      <w:r>
        <w:br/>
      </w:r>
      <w:r>
        <w:t>– питьевая вода, перекус;</w:t>
      </w:r>
      <w:r>
        <w:br/>
      </w:r>
      <w:r>
        <w:t>– пауэрбанк; USB-кабель для зарядки телефона;</w:t>
      </w:r>
      <w:r>
        <w:br/>
      </w:r>
      <w:r>
        <w:t>– аптечку для личного применения;</w:t>
      </w:r>
      <w:r>
        <w:br/>
      </w:r>
      <w:r>
        <w:t>– плед;</w:t>
      </w:r>
      <w:r>
        <w:br/>
      </w:r>
      <w:r>
        <w:t>– подушечку для головы;</w:t>
      </w:r>
    </w:p>
    <w:p>
      <w:r>
        <w:rPr>
          <w:b/>
        </w:rPr>
        <w:t>Для экскурсий:</w:t>
      </w:r>
      <w:r>
        <w:br/>
      </w:r>
      <w:r>
        <w:t>– удобную одежду и обувь по погоде;</w:t>
      </w:r>
      <w:r>
        <w:br/>
      </w:r>
      <w:r>
        <w:t>– зонт или дождевик на случай осадков;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деньги на покупку сувениров и т.д</w:t>
      </w:r>
      <w:r>
        <w:br/>
      </w:r>
      <w:r>
        <w:t>– фотоаппарат;</w:t>
      </w:r>
      <w:r>
        <w:br/>
      </w:r>
      <w:r>
        <w:t>– питьевая вода,перекус;</w:t>
      </w:r>
      <w:r>
        <w:br/>
      </w:r>
      <w:r>
        <w:t>– пауэрбанк;</w:t>
      </w:r>
      <w:r>
        <w:br/>
      </w:r>
      <w:r>
        <w:t>– аптечку для личного применения</w:t>
      </w:r>
    </w:p>
    <w:p>
      <w:r>
        <w:t>*В автобусе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rPr>
          <w:b/>
        </w:rPr>
        <w:t>Тайминг тура может быть скорректирован в зависимости от времени прибытия группы в Пермь или времени встречи на территории города</w:t>
      </w:r>
    </w:p>
    <w:p>
      <w:r>
        <w:rPr>
          <w:b/>
        </w:rPr>
        <w:t>1 день:</w:t>
      </w:r>
      <w:r>
        <w:br/>
      </w:r>
      <w:r>
        <w:t>09.00 - Встреча группы гидом в назначенном месте</w:t>
      </w:r>
      <w:r>
        <w:br/>
      </w:r>
      <w:r>
        <w:t>09.00 - 09.45 - Трансфер в ЗАТО Звездный</w:t>
      </w:r>
      <w:r>
        <w:br/>
      </w:r>
      <w:r>
        <w:t>09.45 - 12.15 - Прогулка с гидом по городу</w:t>
      </w:r>
      <w:r>
        <w:br/>
      </w:r>
      <w:r>
        <w:t>12.30 - 14.00 -</w:t>
      </w:r>
      <w:r>
        <w:rPr>
          <w:b/>
        </w:rPr>
        <w:t>Экскурсия в Бункер. Погрузитесь в атмосферу бывшего секретного военного городка ЗАТО Звёздный! -</w:t>
      </w:r>
      <w:r>
        <w:t>экскурсия по музею 52-ой ракетной дивизии.</w:t>
      </w:r>
      <w:r>
        <w:br/>
      </w:r>
      <w:r>
        <w:t>Выставка ракет — от легендарной Р-2 Сергея Королёва до сверхдальнего «Тополя». Затем вы</w:t>
      </w:r>
      <w:r>
        <w:rPr>
          <w:b/>
        </w:rPr>
        <w:t>спуститесь в настоящий подземный бункер</w:t>
      </w:r>
      <w:r>
        <w:t>— два этажа вниз, 120 метров длиной — где с 1963 года располагался командный пункт дивизии.</w:t>
      </w:r>
      <w:r>
        <w:br/>
      </w:r>
      <w:r>
        <w:t>Редкая возможность заглянуть за кулисы истории стратегических вооружений и понять, как строилась оборона страны в эпоху холодной войны.</w:t>
      </w:r>
      <w:r>
        <w:br/>
      </w:r>
      <w:r>
        <w:t>14.00 - 14.30 -</w:t>
      </w:r>
      <w:r>
        <w:rPr>
          <w:b/>
        </w:rPr>
        <w:t>Солдатский обед (вкл. в стоимость)</w:t>
      </w:r>
      <w:r>
        <w:br/>
      </w:r>
      <w:r>
        <w:t>14.30 - 15.15 - Возвращение в Пермь</w:t>
      </w:r>
      <w:r>
        <w:br/>
      </w:r>
      <w:r>
        <w:t>15.30 - 17.00 -</w:t>
      </w:r>
      <w:r>
        <w:rPr>
          <w:b/>
        </w:rPr>
        <w:t>Экскурсия на «Кондитерскую фабрику «Пермская»</w:t>
      </w:r>
      <w:r>
        <w:t>— это не только увлекательнейшее знакомство с историей предприятия, но и посещение кондитерского производства — приключение, которое никого не оставит равнодушным. Как только посетители переоденутся, своими глазами увидят, как на свет появляются любимые всеми конфеты, пекутся вафли и производятся фруктовые пастилки. Услышат историю самой ПЕРВОЙ конфетной фабрики на Урале и в Сибири. Увидят этикетки конца 19 — начала 20 веков. И, конечно же, радость для каждого любителя сладкого — все это можно будет попробовать в неограниченном количестве сразу после посещения производства!</w:t>
      </w:r>
    </w:p>
    <w:p>
      <w:pPr>
        <w:pStyle w:val="ListBullet"/>
      </w:pPr>
      <w:r>
        <w:t>по окончании экскурсии каждый гость получает фирменный сладкий подарок,</w:t>
      </w:r>
    </w:p>
    <w:p>
      <w:pPr>
        <w:pStyle w:val="ListBullet"/>
      </w:pPr>
      <w:r>
        <w:t>дегустация продукции проходит в специальной дегустационной комнате,</w:t>
      </w:r>
    </w:p>
    <w:p>
      <w:pPr>
        <w:pStyle w:val="ListBullet"/>
      </w:pPr>
      <w:r>
        <w:t>при себе у каждого экскурсанта должны быть пластиковая бутылочка с питьевой водой и</w:t>
      </w:r>
      <w:r>
        <w:rPr>
          <w:b/>
        </w:rPr>
        <w:t>вторая обувь!</w:t>
      </w:r>
    </w:p>
    <w:p>
      <w:pPr>
        <w:pStyle w:val="ListBullet"/>
      </w:pPr>
      <w:r>
        <w:t>перед экскурсией внимательно прослушайте правила поведения на производстве (у экскурсоводов)</w:t>
      </w:r>
    </w:p>
    <w:p>
      <w:r>
        <w:t>17.00 - Возможно включить</w:t>
      </w:r>
      <w:r>
        <w:rPr>
          <w:b/>
        </w:rPr>
        <w:t>ужин в программу за доп. плату</w:t>
      </w:r>
      <w:r>
        <w:br/>
      </w:r>
      <w:r>
        <w:t>17.30 - Заселение в отель, свободно время</w:t>
      </w:r>
    </w:p>
    <w:p>
      <w:r>
        <w:rPr>
          <w:b/>
        </w:rPr>
        <w:t>Свободное время можно включить в программу (за доп.плату):</w:t>
      </w:r>
    </w:p>
    <w:p>
      <w:pPr>
        <w:pStyle w:val="ListBullet"/>
      </w:pPr>
      <w:r>
        <w:t>квест комната</w:t>
      </w:r>
    </w:p>
    <w:p>
      <w:pPr>
        <w:pStyle w:val="ListBullet"/>
      </w:pPr>
      <w:r>
        <w:t>речная прогулка по Каме (с мая по октябрь)</w:t>
      </w:r>
    </w:p>
    <w:p>
      <w:pPr>
        <w:pStyle w:val="ListBullet"/>
      </w:pPr>
      <w:r>
        <w:t>театр</w:t>
      </w:r>
    </w:p>
    <w:p>
      <w:r>
        <w:rPr>
          <w:b/>
        </w:rPr>
        <w:t>2 день:</w:t>
      </w:r>
      <w:r>
        <w:br/>
      </w:r>
      <w:r>
        <w:t>Завтрак в гостинице, выселение из отеля, встреча с гидом</w:t>
      </w:r>
      <w:r>
        <w:br/>
      </w:r>
      <w:r>
        <w:t>09.00 - 12.00 -</w:t>
      </w:r>
      <w:r>
        <w:rPr>
          <w:b/>
        </w:rPr>
        <w:t>Обзорная экскурсия по г. Пермь</w:t>
      </w:r>
      <w:r>
        <w:br/>
      </w:r>
      <w:r>
        <w:t>Вы отправитесь на индивидуальную прогулку по живописным и историческим улицам Перми вместе с опытным гидом. В ходе экскурсии вы познакомитесь с главными достопримечательностями города, узнаете его интересные истории и легенды, а также почувствуете атмосферу местных кварталов.</w:t>
      </w:r>
      <w:r>
        <w:br/>
      </w:r>
      <w:r>
        <w:t>12.00 - 13.00 -</w:t>
      </w:r>
      <w:r>
        <w:rPr>
          <w:b/>
        </w:rPr>
        <w:t>Экскурсия в музей Пермской артиллерии.</w:t>
      </w:r>
      <w:r>
        <w:t>Музейная площадка сегодня одна из главных достопримечательной Перми. На ней собраны образцы военной техники, которую завод производил с середины 19 века и до сегодняшнего дня — пушки, системы залпового огня, ракетные установки, баллистические ракеты. Среди экспонатов — пермская «Царь-пушка», отлитая на заводе в 1868 году.</w:t>
      </w:r>
      <w:r>
        <w:br/>
      </w:r>
      <w:r>
        <w:t>13.30 - 14.30 -</w:t>
      </w:r>
      <w:r>
        <w:rPr>
          <w:b/>
        </w:rPr>
        <w:t>Обед с рассказом о быте Коми-пермяков в ресторане "Чоксыт Керку" и мастер-класс по приготовлению "посикунчиков"</w:t>
      </w:r>
    </w:p>
    <w:p>
      <w:pPr>
        <w:pStyle w:val="ListBullet"/>
      </w:pPr>
      <w:r>
        <w:t>обед, гастронамическое развлечение с погружением в колорит коми- пермяцкой культуры</w:t>
      </w:r>
    </w:p>
    <w:p>
      <w:pPr>
        <w:pStyle w:val="ListBullet"/>
      </w:pPr>
      <w:r>
        <w:t>мастер класс по приготовлению посекунсиков</w:t>
      </w:r>
    </w:p>
    <w:p>
      <w:r>
        <w:t>Посекунчики (посикунчики) — мясные пирожки маленького размера, блюдо русской кухни. Преимущественно распространены в Пермском крае.</w:t>
      </w:r>
    </w:p>
    <w:p>
      <w:r>
        <w:t>15.00 - 16.00 -</w:t>
      </w:r>
      <w:r>
        <w:rPr>
          <w:b/>
        </w:rPr>
        <w:t>Экскурсия в музей Пермских древностей (пн выходной)</w:t>
      </w:r>
      <w:r>
        <w:br/>
      </w:r>
      <w:r>
        <w:t>Музей пермских древностей – путешествие в прошлое Земли, во времена удивительных растений и загадочных животных, которых изучает наука палеонтология. Большинство из них исчезли навсегда, оставив лишь следы в летописи планеты: динозавры юрского периода, мамонты и шерстистые носороги четвертичного периода, и многие другие остались лишь в палеонтологической летописи. И только некоторые смогли пережить эпохи Великих вымираний и сохраниться до наших дней - они называются «живыми ископаемыми». В недрах Пермского края скрыта летопись пермского периода, которую впервые в мире  «прочитал» шотландский геолог Родерик Мурчисон в 1841 году.</w:t>
      </w:r>
      <w:r>
        <w:br/>
      </w:r>
      <w:r>
        <w:t>16.30 -</w:t>
      </w:r>
      <w:r>
        <w:rPr>
          <w:b/>
        </w:rPr>
        <w:t>Окончание программы</w:t>
      </w:r>
      <w:r>
        <w:t>, трансфер в необходимое место</w:t>
      </w:r>
    </w:p>
    <w:p>
      <w:r>
        <w:rPr>
          <w:i/>
        </w:rPr>
        <w:t>*Тайминг программы может быть скорректирован в зависимости от времени прибытия группы, а также по запросу туриста. По желанию возможно дополнение программы дополнительным питанием и другими услугами.*Программа может быть организована в любой день под запрос группы</w:t>
      </w:r>
    </w:p>
    <w:p>
      <w:pPr>
        <w:pStyle w:val="Heading1"/>
      </w:pPr>
      <w:r>
        <w:t>Скидки</w:t>
      </w:r>
    </w:p>
    <w:p>
      <w:r>
        <w:rPr>
          <w:b/>
        </w:rPr>
        <w:t>Дополнительно возможно закать ужин для группа: +850 руб/чел (цена комисс.)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700"/>
        <w:gridCol w:w="2700"/>
        <w:gridCol w:w="2700"/>
        <w:gridCol w:w="2700"/>
      </w:tblGrid>
      <w:tr>
        <w:tc>
          <w:tcPr>
            <w:tcW w:type="dxa" w:w="2700"/>
            <w:vMerge w:val="restart"/>
          </w:tcPr>
          <w:p>
            <w:r>
              <w:rPr>
                <w:b/>
              </w:rPr>
              <w:t>микроавтобус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10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18 551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11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17 678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12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16 950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13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16 334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14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15 806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15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15 349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16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14 948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17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14 595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18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14 281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19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14 000</w:t>
            </w:r>
          </w:p>
        </w:tc>
      </w:tr>
      <w:tr>
        <w:tc>
          <w:tcPr>
            <w:tcW w:type="dxa" w:w="2700"/>
          </w:tcPr>
        </w:tc>
        <w:tc>
          <w:tcPr>
            <w:tcW w:type="dxa" w:w="2700"/>
          </w:tcPr>
        </w:tc>
        <w:tc>
          <w:tcPr>
            <w:tcW w:type="dxa" w:w="2700"/>
          </w:tcPr>
        </w:tc>
        <w:tc>
          <w:tcPr>
            <w:tcW w:type="dxa" w:w="2700"/>
          </w:tcPr>
        </w:tc>
      </w:tr>
      <w:tr>
        <w:tc>
          <w:tcPr>
            <w:tcW w:type="dxa" w:w="2700"/>
            <w:vMerge w:val="restart"/>
          </w:tcPr>
          <w:p>
            <w:r>
              <w:rPr>
                <w:b/>
              </w:rPr>
              <w:t>большой автобус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20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15 847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21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15 518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22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15 219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23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14 947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24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14 697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25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14 466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26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14 254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27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14 057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28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13 875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29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13 705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30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13 819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31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13 662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32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13 514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33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13 376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34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13 245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35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13 123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36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13 007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37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12 897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38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12 793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39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12 694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40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12 805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41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12 711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42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12 621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43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12 536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44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12 454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45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12 376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46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12 301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47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12 230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48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12 162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49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12 096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50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12 033</w:t>
            </w:r>
          </w:p>
        </w:tc>
      </w:tr>
    </w:tbl>
    <w:p/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docs.google.com/spreadsheets/d/1BdycM5VH46gzWEgKKo_6eOFgRlTtwUKiy9QEvpoTlyA/edit?gid=0#gid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