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"Экспресс тур в Пермский край с питанием и мастер-классами", Пермь - Хохловка - Кунгур, 3 дня</w:t>
      </w:r>
    </w:p>
    <w:p>
      <w:pPr>
        <w:pStyle w:val="Heading1"/>
      </w:pPr>
      <w:r>
        <w:t>Информация тура</w:t>
      </w:r>
    </w:p>
    <w:p>
      <w:r>
        <w:t>Пермь - Кунгур - Хохловка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3 дня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5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Насыщенный и интересный день, наполненный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Входные билеты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 (3 завтрака, 3 обеда)</w:t>
      </w:r>
    </w:p>
    <w:p>
      <w:pPr>
        <w:pStyle w:val="ListBullet"/>
      </w:pPr>
      <w:r>
        <w:t>Проживание в отеле 2 ночи</w:t>
      </w:r>
    </w:p>
    <w:p>
      <w:pPr>
        <w:pStyle w:val="ListBullet"/>
      </w:pPr>
      <w:r>
        <w:t>Мастер-классы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ListBullet"/>
      </w:pPr>
      <w:r>
        <w:t>Дополнительные экскурсии</w:t>
      </w:r>
    </w:p>
    <w:p>
      <w:r>
        <w:t>Стоимость на доп. услуги указана комиссионная</w:t>
      </w:r>
    </w:p>
    <w:p>
      <w:pPr>
        <w:pStyle w:val="Heading1"/>
      </w:pPr>
      <w:r>
        <w:t>Проживание</w:t>
      </w:r>
    </w:p>
    <w:p>
      <w:r>
        <w:t>В стоимость заложено проживание в гостинице 3*, по запросу возможно скорректировать на проживание в:</w:t>
      </w:r>
    </w:p>
    <w:p>
      <w:pPr>
        <w:pStyle w:val="ListBullet"/>
      </w:pPr>
      <w:r>
        <w:t>гостиницах 4 и 5*</w:t>
      </w:r>
    </w:p>
    <w:p>
      <w:pPr>
        <w:pStyle w:val="ListBullet"/>
      </w:pPr>
      <w:r>
        <w:t>хостеле</w:t>
      </w:r>
    </w:p>
    <w:p>
      <w:pPr>
        <w:pStyle w:val="ListBullet"/>
      </w:pPr>
      <w:r>
        <w:t>гостинице 2*</w:t>
      </w:r>
    </w:p>
    <w:p>
      <w:pPr>
        <w:pStyle w:val="ListBullet"/>
      </w:pPr>
      <w:r>
        <w:t>базе отдыха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rPr>
          <w:b/>
        </w:rPr>
        <w:t>1 день:</w:t>
      </w:r>
      <w:r>
        <w:br/>
      </w:r>
      <w:r>
        <w:t>09.00 -</w:t>
      </w:r>
      <w:r>
        <w:rPr>
          <w:b/>
        </w:rPr>
        <w:t>Завтрак</w:t>
      </w:r>
      <w:r>
        <w:t>в кафе, встреча с гидом</w:t>
      </w:r>
      <w:r>
        <w:br/>
      </w:r>
      <w:r>
        <w:t>10.00 - 12.00 -</w:t>
      </w:r>
      <w:r>
        <w:rPr>
          <w:b/>
        </w:rPr>
        <w:t>Обзорная экскурсия по городу</w:t>
      </w:r>
      <w:r>
        <w:br/>
      </w:r>
      <w:r>
        <w:t>Погружение в душу Прикамья: от легендарных «Пермяк — солёные уши» и Пермского медведя до набережной Камы, Спасо-Преображенского собора и Гоголевского кольца. Гид раскроет тайны купеческих особняков, театров и арт-объектов вроде «Счастье не за горами» — яркий старт знакомства с культурной столицей Урала!</w:t>
      </w:r>
      <w:r>
        <w:br/>
      </w:r>
      <w:r>
        <w:t>12.00 - 13.00 -</w:t>
      </w:r>
      <w:r>
        <w:rPr>
          <w:b/>
        </w:rPr>
        <w:t>Экскурсия в краеведческий музей "Дом Мешкова"</w:t>
      </w:r>
      <w:r>
        <w:br/>
      </w:r>
      <w:r>
        <w:t>Шедевр пермского модерна в особняке купца Мешкова — музей с экспозициями по истории Прикамья, археологии и этнографии края. Прогулка по залам с уральскими сокровищами: от древних орудий до быта XIX века</w:t>
      </w:r>
      <w:r>
        <w:br/>
      </w:r>
      <w:r>
        <w:t>13.00 -</w:t>
      </w:r>
      <w:r>
        <w:rPr>
          <w:b/>
        </w:rPr>
        <w:t>Обед</w:t>
      </w:r>
      <w:r>
        <w:t>в кафе города</w:t>
      </w:r>
      <w:r>
        <w:br/>
      </w:r>
      <w:r>
        <w:t>14.00 - 16.00 -</w:t>
      </w:r>
      <w:r>
        <w:rPr>
          <w:b/>
        </w:rPr>
        <w:t>Экскурсия в закулисье театра кукол с мастер-классом (на выбор)</w:t>
      </w:r>
      <w:r>
        <w:br/>
      </w:r>
      <w:r>
        <w:t>Участники заглянут за кулисы, узнав, как оживает спектакль и чем отличаются виды кукол по управлению. Познакомятся с ключевыми театральными профессиями, сами попробуют стать кукловодами, раскроют артистические приметы, секреты мастерства и множество тайн театральной жизни!</w:t>
      </w:r>
    </w:p>
    <w:p>
      <w:r>
        <w:rPr>
          <w:b/>
        </w:rPr>
        <w:t>Доступные мастер-классы:</w:t>
      </w:r>
    </w:p>
    <w:p>
      <w:pPr>
        <w:pStyle w:val="ListBullet"/>
      </w:pPr>
      <w:r>
        <w:t>Мастер-класс по изготовлению белого грима и ангруаза "Мастерская гримёра" 6+</w:t>
      </w:r>
    </w:p>
    <w:p>
      <w:pPr>
        <w:pStyle w:val="ListBullet"/>
      </w:pPr>
      <w:r>
        <w:t>Мастер-класс по одушевлению предметов "Играем и фантазируем" 6+</w:t>
      </w:r>
    </w:p>
    <w:p>
      <w:pPr>
        <w:pStyle w:val="ListBullet"/>
      </w:pPr>
      <w:r>
        <w:t>Мастер-класс по основам профессии кукольника "Профессия—кукловод" 6+</w:t>
      </w:r>
    </w:p>
    <w:p>
      <w:pPr>
        <w:pStyle w:val="ListBullet"/>
      </w:pPr>
      <w:r>
        <w:t>Мастер-класс по основным видам театральных кукол "Искусство играющих кукол" 6+</w:t>
      </w:r>
    </w:p>
    <w:p>
      <w:pPr>
        <w:pStyle w:val="ListBullet"/>
      </w:pPr>
      <w:r>
        <w:t>Мастер-класс по песочной анимации "Рисуем сказку" 6+</w:t>
      </w:r>
    </w:p>
    <w:p>
      <w:pPr>
        <w:pStyle w:val="ListBullet"/>
      </w:pPr>
      <w:r>
        <w:t>Мастер-класс по созданию анимации "Истории в картинках" 6+</w:t>
      </w:r>
    </w:p>
    <w:p>
      <w:pPr>
        <w:pStyle w:val="ListBullet"/>
      </w:pPr>
      <w:r>
        <w:t>Мастер-класс по сценической речи "Кукла говорит" 6+</w:t>
      </w:r>
    </w:p>
    <w:p>
      <w:pPr>
        <w:pStyle w:val="ListBullet"/>
      </w:pPr>
      <w:r>
        <w:t>Мастер-класс по театральному этикету "Посвящение в зрители"</w:t>
      </w:r>
    </w:p>
    <w:p>
      <w:r>
        <w:t>16.30 - Заселение в отель, свободное время</w:t>
      </w:r>
    </w:p>
    <w:p>
      <w:r>
        <w:rPr>
          <w:b/>
        </w:rPr>
        <w:t>2 день:Завтрак в гостинице</w:t>
      </w:r>
      <w:r>
        <w:br/>
      </w:r>
      <w:r>
        <w:t>10.00 - Выезд в Кунгур с путевой экскурсией</w:t>
      </w:r>
      <w:r>
        <w:br/>
      </w:r>
      <w:r>
        <w:t>12.00 -</w:t>
      </w:r>
      <w:r>
        <w:rPr>
          <w:b/>
        </w:rPr>
        <w:t>Экскурсия в музей купечества</w:t>
      </w:r>
      <w:r>
        <w:t>- погружение в мир купцов Кунгура: роскошные интерьеры особняков, сундуки с сокровищами, секреты торговли и быт XIX века. Гид раскроет истории богатейших семей Урала, традиции гостеприимства и торговые пути по Чусовой.</w:t>
      </w:r>
      <w:r>
        <w:br/>
      </w:r>
      <w:r>
        <w:t>13.00 - Обед в кафе</w:t>
      </w:r>
      <w:r>
        <w:br/>
      </w:r>
      <w:r>
        <w:t>14.00 - 15.00 -</w:t>
      </w:r>
      <w:r>
        <w:rPr>
          <w:b/>
        </w:rPr>
        <w:t>Обзорная экскурсия по Кунгуру</w:t>
      </w:r>
      <w:r>
        <w:t>- знакомство с жемчужиной Прикамья: Кремлёвская гора с древними храмами, исторический центр с купеческими лавками и легенды о соляных магнатах.Городские достопримечательности и рассказ о «русской Швейцарии» Урала — яркий час в колыбели купеческого достатка и природных чудес!</w:t>
      </w:r>
      <w:r>
        <w:br/>
      </w:r>
      <w:r>
        <w:t>15.00 - 16.30 -</w:t>
      </w:r>
      <w:r>
        <w:rPr>
          <w:b/>
        </w:rPr>
        <w:t>Мастер-класс по изготовлению вязовских пряников с чаепитием</w:t>
      </w:r>
      <w:r>
        <w:br/>
      </w:r>
      <w:r>
        <w:t>Сами лепим и украшаем легендарные кунгурские пряники по старинным рецептам — аромат мёда, специй и уральской души! Дегустация с горячим чаем в атмосфере купеческого дома — сладкое погружение в гастрономические традиции Прикамья!</w:t>
      </w:r>
      <w:r>
        <w:br/>
      </w:r>
      <w:r>
        <w:t>17.00 - Выезд в Пермь</w:t>
      </w:r>
      <w:r>
        <w:br/>
      </w:r>
      <w:r>
        <w:t>19.00 - Ориентировочное время прибытия в Пермь, окончания программы, трансфер в отель</w:t>
      </w:r>
    </w:p>
    <w:p>
      <w:r>
        <w:rPr>
          <w:b/>
        </w:rPr>
        <w:t>3 день:Завтрак в гостинице</w:t>
      </w:r>
      <w:r>
        <w:br/>
      </w:r>
      <w:r>
        <w:t>10.00 - 11.00 - Переезд в Хохловку с путевой экскурсией</w:t>
      </w:r>
      <w:r>
        <w:br/>
      </w:r>
      <w:r>
        <w:t>11.00 - 13.00 -</w:t>
      </w:r>
      <w:r>
        <w:rPr>
          <w:b/>
        </w:rPr>
        <w:t>Экскурсия по Хохловке + свободное время для фото</w:t>
      </w:r>
      <w:r>
        <w:br/>
      </w:r>
      <w:r>
        <w:t>Погружение в музей деревянного зодчества под открытым небом: безгвоздевые церкви XVII–XIX вв., избы, солеварни и мельницы. Профессиональный гид раскроет секреты зодчих и быта предков.</w:t>
      </w:r>
      <w:r>
        <w:br/>
      </w:r>
      <w:r>
        <w:t>14.00 - Возвращение в Пермь</w:t>
      </w:r>
      <w:r>
        <w:br/>
      </w:r>
      <w:r>
        <w:t>14.00 - 15.30 -</w:t>
      </w:r>
      <w:r>
        <w:rPr>
          <w:b/>
        </w:rPr>
        <w:t>Обед</w:t>
      </w:r>
      <w:r>
        <w:t>в кафе</w:t>
      </w:r>
      <w:r>
        <w:br/>
      </w:r>
      <w:r>
        <w:t>16.00 - 17.00 -</w:t>
      </w:r>
      <w:r>
        <w:rPr>
          <w:b/>
        </w:rPr>
        <w:t>Экскурсия в музей Пермских древностей</w:t>
      </w:r>
      <w:r>
        <w:br/>
      </w:r>
      <w:r>
        <w:t>Путешествие в эпоху пермского периода — мир древних рептилий, гигантских растений и первых позвоночных 250 млн лет назад! Уникальные окаменелости, реконструкции вымерших созданий и рассказ о геологической истории Урала. Научно-популярное погружение в доисторический Пермский край — от ископаемых до открытий знаменитых палеонтологов!</w:t>
      </w:r>
      <w:r>
        <w:br/>
      </w:r>
      <w:r>
        <w:t>17.30 - Окончание программы и трансфер в необходимое место</w:t>
      </w:r>
    </w:p>
    <w:p>
      <w:r>
        <w:rPr>
          <w:b/>
        </w:rPr>
        <w:t>За доп. плату можно включить в стоимость в любой день программы:</w:t>
      </w:r>
    </w:p>
    <w:p>
      <w:pPr>
        <w:pStyle w:val="ListBullet"/>
      </w:pPr>
      <w:r>
        <w:t>ужин - 850 руб/чел</w:t>
      </w:r>
    </w:p>
    <w:p>
      <w:pPr>
        <w:pStyle w:val="ListBullet"/>
      </w:pPr>
      <w:r>
        <w:t>речную прогулку по Каме (1 час) на современном экоходе - 2000 руб/чел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50 986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45 881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42 235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39 501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37 374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35 672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34 280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33 120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32 138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31 297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30 567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29 929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29 366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28 866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28 418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31 298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30 777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30 303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29 871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29 474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29 110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28 773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28 461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28 172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27 902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28 318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28 062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27 821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27 595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27 382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27 181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26 992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26 812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26 642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26 481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26 829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26 671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26 521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26 377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26 241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26 110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25 985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25 865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25 750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25 640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23 933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