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Екатеринбург + Верхняя Пышма, музей техники + свердловская киностудия + крокодиловая ферма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Верхняя Пышма - Екатеринбург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2 дня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из Перми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по программе</w:t>
      </w:r>
    </w:p>
    <w:p>
      <w:pPr>
        <w:pStyle w:val="ListBullet"/>
      </w:pPr>
      <w:r>
        <w:t>Проживание в отеле 1 ночь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07.00 - Выезд из Перми. По дороге – остановка в кафе (поздний завтрак</w:t>
      </w:r>
      <w:r>
        <w:rPr>
          <w:b/>
        </w:rPr>
        <w:t>за доп. плату</w:t>
      </w:r>
      <w:r>
        <w:t>).</w:t>
      </w:r>
      <w:r>
        <w:br/>
      </w:r>
      <w:r>
        <w:t>13.00 - Прибытие в музейный комплекс</w:t>
      </w:r>
      <w:r>
        <w:rPr>
          <w:b/>
        </w:rPr>
        <w:t>г. Верхняя Пышма</w:t>
      </w:r>
      <w:r>
        <w:br/>
      </w:r>
      <w:r>
        <w:t>13.00 - 14.00 -</w:t>
      </w:r>
      <w:r>
        <w:rPr>
          <w:b/>
        </w:rPr>
        <w:t>Экскурсия по одному из павильонов музейного комплекса</w:t>
      </w:r>
      <w:r>
        <w:br/>
      </w:r>
      <w:r>
        <w:t>14.00 - 16.00 - Свободное время для самостоятельного осомотра экспозиций:</w:t>
      </w:r>
    </w:p>
    <w:p>
      <w:pPr>
        <w:pStyle w:val="ListBullet"/>
      </w:pPr>
      <w:r>
        <w:t>музей военной техники</w:t>
      </w:r>
    </w:p>
    <w:p>
      <w:pPr>
        <w:pStyle w:val="ListBullet"/>
      </w:pPr>
      <w:r>
        <w:t>музей авиации "Крылья победы"</w:t>
      </w:r>
    </w:p>
    <w:p>
      <w:pPr>
        <w:pStyle w:val="ListBullet"/>
      </w:pPr>
      <w:r>
        <w:t>музей автомобильной техники</w:t>
      </w:r>
    </w:p>
    <w:p>
      <w:pPr>
        <w:pStyle w:val="ListBullet"/>
      </w:pPr>
      <w:r>
        <w:t>выставочный центр "Парадный Расчет"</w:t>
      </w:r>
    </w:p>
    <w:p>
      <w:pPr>
        <w:pStyle w:val="ListBullet"/>
      </w:pPr>
      <w:r>
        <w:t>открытая экспозиционная площадка и павильоны</w:t>
      </w:r>
    </w:p>
    <w:p>
      <w:r>
        <w:t>16.00 - 17.00 - Переезд в Екатеринбург</w:t>
      </w:r>
      <w:r>
        <w:br/>
      </w:r>
      <w:r>
        <w:t>17.00 - 18.00 - Заселение в гостиницу, свободное время в городе</w:t>
      </w:r>
    </w:p>
    <w:p>
      <w:r>
        <w:rPr>
          <w:b/>
        </w:rPr>
        <w:t>2 день:</w:t>
      </w:r>
      <w:r>
        <w:br/>
      </w:r>
      <w:r>
        <w:t>Завтрак в гостинице, освобождение номеров</w:t>
      </w:r>
      <w:r>
        <w:br/>
      </w:r>
      <w:r>
        <w:t>10.00 - 11.30 -</w:t>
      </w:r>
      <w:r>
        <w:rPr>
          <w:b/>
        </w:rPr>
        <w:t>Экскурсия на Свердловскую киностудию - п</w:t>
      </w:r>
      <w:r>
        <w:t>огрузимся в удивительный мир кино, где за кадром рождаются настоящие чудеса. Вас ждёт знакомство с закулисьем киностудии: мастерской киномеханика, шумотекой, костюмами и реквизитом, которые когда-то участвовали в съёмках известных фильмов. Вы узнаете, как создаётся атмосфера кино, откуда берутся предметы для съёмок, когда используются оригинальные вещи, а когда их заменяют бутафорией и макетами. Это редкая возможность увидеть кино не глазами зрителя, а изнутри — там, где каждая деталь работает на магию экрана.</w:t>
      </w:r>
      <w:r>
        <w:br/>
      </w:r>
      <w:r>
        <w:t>11.30 - 14.00 -</w:t>
      </w:r>
      <w:r>
        <w:rPr>
          <w:b/>
        </w:rPr>
        <w:t>Обзорная экскурсия по Екатеринбургу</w:t>
      </w:r>
      <w:r>
        <w:t>- то знакомство с городом, в котором гармонично переплетаются история, современность и особый уральский характер. Здесь старинные страницы прошлого соседствуют с динамикой большого мегаполиса, а каждая улица хранит свою атмосферу, события и легенды.</w:t>
      </w:r>
      <w:r>
        <w:br/>
      </w:r>
      <w:r>
        <w:t>14.00 - 14.40 -</w:t>
      </w:r>
      <w:r>
        <w:rPr>
          <w:b/>
        </w:rPr>
        <w:t>Обед</w:t>
      </w:r>
      <w:r>
        <w:t>в кафе города</w:t>
      </w:r>
      <w:r>
        <w:br/>
      </w:r>
      <w:r>
        <w:t>15.00 - 16.30 - Экскурсия</w:t>
      </w:r>
      <w:r>
        <w:rPr>
          <w:b/>
        </w:rPr>
        <w:t>на крокодиловую ферму -</w:t>
      </w:r>
      <w:r>
        <w:t>единственную крупную ферму в России, где животные рождаются, и сохраняются редкие виды.</w:t>
      </w:r>
      <w:r>
        <w:br/>
      </w:r>
      <w:r>
        <w:rPr>
          <w:b/>
        </w:rPr>
        <w:t>На ферме:</w:t>
      </w:r>
    </w:p>
    <w:p>
      <w:pPr>
        <w:pStyle w:val="ListBullet"/>
      </w:pPr>
      <w:r>
        <w:t>12 видов крокодилов из 24 существующих на планете! ⠀</w:t>
      </w:r>
    </w:p>
    <w:p>
      <w:pPr>
        <w:pStyle w:val="ListBullet"/>
      </w:pPr>
      <w:r>
        <w:t>Более 80 крокодилов, аллигаторов, кайманов и гавиаловых крокодилов</w:t>
      </w:r>
    </w:p>
    <w:p>
      <w:pPr>
        <w:pStyle w:val="ListBullet"/>
      </w:pPr>
      <w:r>
        <w:t>30 змей</w:t>
      </w:r>
    </w:p>
    <w:p>
      <w:pPr>
        <w:pStyle w:val="ListBullet"/>
      </w:pPr>
      <w:r>
        <w:t>50 черепах</w:t>
      </w:r>
    </w:p>
    <w:p>
      <w:pPr>
        <w:pStyle w:val="ListBullet"/>
      </w:pPr>
      <w:r>
        <w:t>40 варанов и ящериц ⠀</w:t>
      </w:r>
    </w:p>
    <w:p>
      <w:pPr>
        <w:pStyle w:val="ListBullet"/>
      </w:pPr>
      <w:r>
        <w:t>огромная территория фермы - 1,500 кв. метров с 30 бассейнами</w:t>
      </w:r>
    </w:p>
    <w:p>
      <w:r>
        <w:t>17.00 - Ориентировочное время выезда в Пермь, по пути остановка на ужин (за доп. плату)</w:t>
      </w:r>
      <w:r>
        <w:br/>
      </w:r>
      <w:r>
        <w:t>23.00 - 00.00 - Ориентировочное время прибытия в Пермь к необходимой точке.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p>
      <w:pPr>
        <w:pStyle w:val="Heading3"/>
      </w:pPr>
      <w:r>
        <w:t>Скидка школьникам на входные билеты - 1 000 руб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24 713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23 353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22 219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21 260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20 466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19 790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19 199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18 678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18 214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17 800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18 889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18 482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18 111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17 773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17 463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17 178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16 915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16 671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16 445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16 234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16 363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16 168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15 986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15 815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15 654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15 502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15 358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15 222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15 094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14 972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15 100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14 983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14 873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14 767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14 666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14 570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14 478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14 390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14 305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14 224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14 147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