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Новогодний дегустационный тур на осетровую ферму, г. Добрянка (автобусный тур)</w:t>
      </w:r>
    </w:p>
    <w:p>
      <w:pPr>
        <w:pStyle w:val="Heading1"/>
      </w:pPr>
      <w:r>
        <w:t>Информация тура</w:t>
      </w:r>
    </w:p>
    <w:p>
      <w:r>
        <w:t>Пермь - Добрянка - Пермь</w:t>
      </w:r>
    </w:p>
    <w:p>
      <w:pPr>
        <w:pStyle w:val="Heading1"/>
      </w:pPr>
      <w:r>
        <w:t>Описание тура</w:t>
      </w:r>
    </w:p>
    <w:p>
      <w:r>
        <w:t xml:space="preserve">Новогодняя поездка в Добрянку на осетровую ферму — это необычное приключение всего на один день. Вас ждёт увлекательная экскурсия с погружением в мир "царской рыбы", интерактивные активности, видеоэкскурсия о древних осетрах и дегустация: чёрная икра, осетровый рийет и бокал сидра. Всего несколько часов — и яркие впечатления накануне праздников обеспечены! </w:t>
      </w:r>
    </w:p>
    <w:p>
      <w:pPr>
        <w:pStyle w:val="Heading1"/>
      </w:pPr>
      <w:r>
        <w:t>Преимущества</w:t>
      </w:r>
    </w:p>
    <w:p>
      <w:r>
        <w:rPr>
          <w:b/>
        </w:rPr>
        <w:t xml:space="preserve">Дегустационный сет, который уже ВХОДИТ в стоимость: </w:t>
      </w:r>
      <w:r>
        <w:t>тарталетка с черной икрой, тарталетка с осетровым рийетом, бокал сидра</w:t>
      </w:r>
    </w:p>
    <w:p>
      <w:r>
        <w:rPr>
          <w:b/>
        </w:rPr>
        <w:t>Уникальная экскурсия:</w:t>
      </w:r>
      <w:r>
        <w:t>Погружение в мир осетровых рыб и их разведение с подробным рассказом от специалистов.</w:t>
      </w:r>
    </w:p>
    <w:p>
      <w:r>
        <w:rPr>
          <w:b/>
        </w:rPr>
        <w:t>Интерактивная часть экскурсии:</w:t>
      </w:r>
      <w:r>
        <w:t>Возможность научиться отличать виды осетров, определить их возраст и познакомиться с технологическим процессом разведения.</w:t>
      </w:r>
    </w:p>
    <w:p>
      <w:r>
        <w:rPr>
          <w:b/>
        </w:rPr>
        <w:t>Профессиональные гиды:</w:t>
      </w:r>
      <w:r>
        <w:t>Опытные гиды, которые проведут вас по всем этапам экскурсии и ответят на все вопросы.</w:t>
      </w:r>
    </w:p>
    <w:p>
      <w:r>
        <w:rPr>
          <w:b/>
        </w:rPr>
        <w:t>Свободное время:</w:t>
      </w:r>
      <w:r>
        <w:t>Прогулки по территории фермы, фотозоны и возможность сделать коллективное фото у арт-объекта.</w:t>
      </w:r>
    </w:p>
    <w:p>
      <w:r>
        <w:rPr>
          <w:b/>
        </w:rPr>
        <w:t>Почему стоит поехать:</w:t>
      </w:r>
      <w:r>
        <w:t>Этот тур — уникальная возможность познакомиться с осетровыми рыбами, узнать их историю, процесс разведения и роли в экосистеме. Уникальные экскурсии, вкусный обед и комфортное путешествие на высококлассных автобусах делают этот тур отличным выбором для любителей природы и гастрономических путешествий.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- страховка по проезду в автобусе;</w:t>
      </w:r>
      <w:r>
        <w:br/>
      </w:r>
      <w:r>
        <w:t>- услуги сопровождающего на маршруте;</w:t>
      </w:r>
      <w:r>
        <w:br/>
      </w:r>
      <w:r>
        <w:t>- экскурсионное обслуживание;</w:t>
      </w:r>
      <w:r>
        <w:br/>
      </w:r>
      <w:r>
        <w:t>- ознакомление с технологическим процессом;</w:t>
      </w:r>
      <w:r>
        <w:rPr>
          <w:b/>
        </w:rPr>
        <w:t xml:space="preserve"> </w:t>
      </w:r>
      <w:r>
        <w:br/>
      </w:r>
      <w:r>
        <w:t>- дегустационный сет.</w:t>
      </w:r>
    </w:p>
    <w:p>
      <w:pPr>
        <w:pStyle w:val="Heading1"/>
      </w:pPr>
      <w:r>
        <w:t>Дополнительно оплачивается</w:t>
      </w:r>
    </w:p>
    <w:p>
      <w:r>
        <w:t>- Осётр 1240₽/кг</w:t>
      </w:r>
      <w:r>
        <w:br/>
      </w:r>
      <w:r>
        <w:t>- Стерлядь 1360₽/кг</w:t>
      </w:r>
      <w:r>
        <w:br/>
      </w:r>
      <w:r>
        <w:t>- Черная икра ( стерлядь) 57гр - 3300₽</w:t>
      </w:r>
      <w:r>
        <w:br/>
      </w:r>
      <w:r>
        <w:t>- Черная икра (стерлядь) 114гр - 6400₽</w:t>
      </w:r>
      <w:r>
        <w:br/>
      </w:r>
      <w:r>
        <w:br/>
      </w:r>
      <w:r>
        <w:t>*цена может меняться, актуальную стоимость уточняйте на месте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11:00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11:15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11:35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11:40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11:50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Паспорт, мед. полис</w:t>
      </w:r>
    </w:p>
    <w:p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t>–отличное настроение;</w:t>
      </w:r>
      <w:r>
        <w:br/>
      </w:r>
      <w:r>
        <w:t>–удобную одежду и обувь по погоде;</w:t>
      </w:r>
      <w:r>
        <w:br/>
      </w:r>
      <w:r>
        <w:t>–зонт или дождевик на случай осадков;</w:t>
      </w:r>
      <w:r>
        <w:br/>
      </w:r>
      <w:r>
        <w:t>–деньги на приобретение продукции;</w:t>
      </w:r>
      <w:r>
        <w:br/>
      </w:r>
      <w:r>
        <w:t>–фотоаппарат;</w:t>
      </w:r>
      <w:r>
        <w:br/>
      </w:r>
      <w:r>
        <w:t>–питьевую воду.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11:00 – Сбор группы на ул. Ленина, 53 ("Театр-Театр") и выезд в Добрянку.</w:t>
      </w:r>
    </w:p>
    <w:p>
      <w:r>
        <w:t>12:30-15:00 –</w:t>
      </w:r>
      <w:r>
        <w:rPr>
          <w:b/>
        </w:rPr>
        <w:t>Новогодняя программа на осетровой ферме:</w:t>
      </w:r>
      <w:r>
        <w:br/>
      </w:r>
      <w:r>
        <w:t>- инструктаж по технике безопасности;</w:t>
      </w:r>
      <w:r>
        <w:br/>
      </w:r>
      <w:r>
        <w:t>- тематический рассказ и обзор территории - в рамках данной части программы осуществим погружение в мир осетровой фермы, где каждый участник сможет лично пообщаться со всеми специалистами и экспертами, от первого лица узнать особенности разведения, вклад в экологию края и, если не проникнуться этой профессией, то научиться отличать разные виды осетровых рыб;</w:t>
      </w:r>
      <w:r>
        <w:br/>
      </w:r>
      <w:r>
        <w:t>- видеоэкскурсия "Ровесники динозавров" - наглядно проследим процесс взросления осетровых "от малька до взрослой особи", раскроем тайны приготовления "черного золота" (так во все времена называли осетровую икру), а экскурсовод, сопровождающий нас на протяжении всего маршрута, ответит на интересующие вопросы;</w:t>
      </w:r>
      <w:r>
        <w:br/>
      </w:r>
      <w:r>
        <w:t>- интерактивная часть экскурсии "Пастбище царской рыбы" - получим навык определения возраста рыбы, исходя из ее размера, специфику кормления и, примерив на себя образ настоящего рыбовода, познакомимся с технологическим процессом;</w:t>
      </w:r>
      <w:r>
        <w:br/>
      </w:r>
      <w:r>
        <w:br/>
      </w:r>
      <w:r>
        <w:rPr>
          <w:b/>
        </w:rPr>
        <w:t xml:space="preserve"> Дегустационный сет:</w:t>
      </w:r>
      <w:r>
        <w:br/>
      </w:r>
      <w:r>
        <w:t>- тарталетка с черной икрой</w:t>
      </w:r>
      <w:r>
        <w:br/>
      </w:r>
      <w:r>
        <w:t>- тарталетка с осетровым рийетом</w:t>
      </w:r>
      <w:r>
        <w:br/>
      </w:r>
      <w:r>
        <w:t>- бокал Ejik сидра</w:t>
      </w:r>
    </w:p>
    <w:p>
      <w:r>
        <w:t>15:30 – Отправление в Пермь.</w:t>
      </w:r>
    </w:p>
    <w:p>
      <w:r>
        <w:t>17:00 – Прибытие в Пермь.</w:t>
      </w:r>
    </w:p>
    <w:p>
      <w:r>
        <w:rPr>
          <w:i/>
        </w:rPr>
        <w:t>*Обратите внимание!</w:t>
      </w:r>
      <w:r>
        <w:t>Продажи тура закрываются</w:t>
      </w:r>
      <w:r>
        <w:rPr>
          <w:b/>
        </w:rPr>
        <w:t>в пятницу утром</w:t>
      </w:r>
      <w:r>
        <w:t>.</w:t>
      </w:r>
      <w:r>
        <w:br/>
      </w:r>
      <w:r>
        <w:t>Если вы бронируете</w:t>
      </w:r>
      <w:r>
        <w:rPr>
          <w:b/>
        </w:rPr>
        <w:t>позже указанного времени</w:t>
      </w:r>
      <w:r>
        <w:t>, обед в день посещения осетровой фермы</w:t>
      </w:r>
      <w:r>
        <w:rPr>
          <w:b/>
        </w:rPr>
        <w:t>не включается в стоимость</w:t>
      </w:r>
      <w:r>
        <w:t>, и будет произведён</w:t>
      </w:r>
      <w:r>
        <w:rPr>
          <w:b/>
        </w:rPr>
        <w:t>перерасчёт тура</w:t>
      </w:r>
      <w:r>
        <w:t>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