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Фольклорная программа Пасха в Хохловке (автобусный тур)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Пасха в Хохловке — праздник весны, традиций и радости!</w:t>
      </w:r>
    </w:p>
    <w:p>
      <w:r>
        <w:t>Приглашаем вас в уникальное путешествие сквозь время — в атмосферу народных традиций и древних обрядов пасхального цикла! В живописной обстановке музея-заповедника</w:t>
      </w:r>
      <w:r>
        <w:rPr>
          <w:b/>
        </w:rPr>
        <w:t>Хохловка</w:t>
      </w:r>
      <w:r>
        <w:t>вы не просто станете зрителями, а полноправными участниками яркого, радостного и душевного праздника!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Уникальная праздничная программа</w:t>
      </w:r>
      <w:r>
        <w:t>— гости погружаются в атмосферу подлинных народных пасхальных обрядов и традиций, в том числе обрядов Великого четверга.</w:t>
      </w:r>
    </w:p>
    <w:p>
      <w:r>
        <w:rPr>
          <w:b/>
        </w:rPr>
        <w:t>Живое участие</w:t>
      </w:r>
      <w:r>
        <w:t>— не просто наблюдение, а активное участие в песнях, обрядах, играх, мастер-классах.</w:t>
      </w:r>
    </w:p>
    <w:p>
      <w:r>
        <w:rPr>
          <w:b/>
        </w:rPr>
        <w:t>Содержательная экскурсия в пути</w:t>
      </w:r>
      <w:r>
        <w:t>— дорога превращается в познавательное путешествие с экскурсоводом, который делится интересными фактами о Прикамье и пасхальных обычаях.</w:t>
      </w:r>
    </w:p>
    <w:p>
      <w:r>
        <w:rPr>
          <w:b/>
        </w:rPr>
        <w:t>Разнообразие локаций и активностей</w:t>
      </w:r>
      <w:r>
        <w:t>— от мастер-классов и концертов до интерактивных игр и экскурсий по музею.</w:t>
      </w:r>
    </w:p>
    <w:p>
      <w:r>
        <w:rPr>
          <w:b/>
        </w:rPr>
        <w:t>Атмосфера настоящей русской деревни</w:t>
      </w:r>
      <w:r>
        <w:t>— архитектурно-этнографический музей «Хохловка» — один из лучших музейных комплексов под открытым небом в России.</w:t>
      </w:r>
    </w:p>
    <w:p>
      <w:r>
        <w:rPr>
          <w:b/>
        </w:rPr>
        <w:t>Насыщенность программы за символическую стоимость</w:t>
      </w:r>
      <w:r>
        <w:t xml:space="preserve"> — в одном дне — экскурсия, праздник, мастер-классы, музыка и фольклор, игры и творчество.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обслуживание;</w:t>
      </w:r>
      <w:r>
        <w:br/>
      </w:r>
      <w:r>
        <w:t>- экскурсионное обслуживание;</w:t>
      </w:r>
      <w:r>
        <w:br/>
      </w:r>
      <w:r>
        <w:t>- входные билеты в АЭМ "Хохловка";</w:t>
      </w:r>
      <w:r>
        <w:br/>
      </w:r>
      <w:r>
        <w:t>- страховка на проезд в автобусе;</w:t>
      </w:r>
      <w:r>
        <w:br/>
      </w:r>
      <w:r>
        <w:t>- услуги сопровождающего на маршруте.</w:t>
      </w:r>
    </w:p>
    <w:p>
      <w:pPr>
        <w:pStyle w:val="Heading1"/>
      </w:pPr>
      <w:r>
        <w:t>Дополнительно оплачивается</w:t>
      </w:r>
    </w:p>
    <w:p>
      <w:r>
        <w:t>- сувениры;</w:t>
      </w:r>
      <w:r>
        <w:br/>
      </w:r>
      <w:r>
        <w:t>- питание.</w:t>
      </w:r>
    </w:p>
    <w:p>
      <w:pPr>
        <w:pStyle w:val="Heading1"/>
      </w:pPr>
      <w:r>
        <w:t>Информация о транспорте</w:t>
      </w:r>
    </w:p>
    <w:p>
      <w:r>
        <w:t xml:space="preserve">10.00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Выезд из Перми</w:t>
      </w:r>
      <w:r>
        <w:br/>
      </w:r>
      <w:r>
        <w:t>Ваше увлекательное путешествие начинается с комфортабельной поездки в музей-заповедник «Хохловка». В дороге вас ждет не просто переезд, а настоящая</w:t>
      </w:r>
      <w:r>
        <w:rPr>
          <w:b/>
        </w:rPr>
        <w:t>путевая экскурсия</w:t>
      </w:r>
      <w:r>
        <w:t>, наполненная интересными историями, легендами и фактами о родном крае.</w:t>
      </w:r>
      <w:r>
        <w:br/>
      </w:r>
      <w:r>
        <w:t>Экскурсовод проведет вас по страницам прошлого — от древнейших времен до</w:t>
      </w:r>
      <w:r>
        <w:rPr>
          <w:b/>
        </w:rPr>
        <w:t>народных традиций</w:t>
      </w:r>
      <w:r>
        <w:t>и</w:t>
      </w:r>
      <w:r>
        <w:rPr>
          <w:b/>
        </w:rPr>
        <w:t>культурного наследия Прикамья</w:t>
      </w:r>
      <w:r>
        <w:t>. Узнаете, чем славятся окрестности, какие тайны хранят старинные деревни, и</w:t>
      </w:r>
      <w:r>
        <w:rPr>
          <w:b/>
        </w:rPr>
        <w:t>с какими удивительными обычаями</w:t>
      </w:r>
      <w:r>
        <w:t>связано празднование Пасхи в народной культуре.</w:t>
      </w:r>
      <w:r>
        <w:br/>
      </w:r>
      <w:r>
        <w:t>11.00 - Прибытие на пасхальную программу в АЭМ "Хохловка", время</w:t>
      </w:r>
      <w:r>
        <w:rPr>
          <w:b/>
        </w:rPr>
        <w:t>для самостоятельного посещения</w:t>
      </w:r>
      <w:r>
        <w:t>локаций</w:t>
      </w:r>
      <w:r>
        <w:br/>
      </w:r>
      <w:r>
        <w:t xml:space="preserve"> </w:t>
      </w:r>
    </w:p>
    <w:p>
      <w:r>
        <w:rPr>
          <w:b/>
        </w:rPr>
        <w:t>Программа</w:t>
      </w:r>
      <w:r>
        <w:br/>
      </w:r>
      <w:r>
        <w:t>Визит-центр</w:t>
      </w:r>
      <w:r>
        <w:br/>
      </w:r>
      <w:r>
        <w:t>11:00 – 11:25 – рассказ о празднике Пасхи, разучивание «волочебной» песни</w:t>
      </w:r>
      <w:r>
        <w:br/>
      </w:r>
      <w:r>
        <w:t>11:30 – 12:00, 13:30 – 14:00 – пасхальный концерт</w:t>
      </w:r>
      <w:r>
        <w:br/>
      </w:r>
      <w:r>
        <w:t>11:00 – 17:30 – мастер-класс «Свеча из вощины»</w:t>
      </w:r>
    </w:p>
    <w:p>
      <w:r>
        <w:t>Площадка напротив избы П. И. Кудымова</w:t>
      </w:r>
      <w:r>
        <w:br/>
      </w:r>
      <w:r>
        <w:t>11:00, 13:00, 15:00 – сборная обзорная экскурсия по музею, 60 минут</w:t>
      </w:r>
    </w:p>
    <w:p>
      <w:r>
        <w:t>Усадьба Н. П. Светлакова</w:t>
      </w:r>
      <w:r>
        <w:br/>
      </w:r>
      <w:r>
        <w:t>11:00 – 17:30 – украшение пасхального венка, веточек вербы</w:t>
      </w:r>
    </w:p>
    <w:p>
      <w:r>
        <w:t>11:10 – 17:30 – демонстрация традиционного крашения яиц</w:t>
      </w:r>
    </w:p>
    <w:p>
      <w:r>
        <w:t>Изба А. Ф. Батуева</w:t>
      </w:r>
      <w:r>
        <w:br/>
      </w:r>
      <w:r>
        <w:t>11:00 – 17:30 – мастер-класс по росписи</w:t>
      </w:r>
    </w:p>
    <w:p>
      <w:r>
        <w:t>11:00 – 17:30 – обряды чистого четверга</w:t>
      </w:r>
    </w:p>
    <w:p>
      <w:r>
        <w:t>Поляна у колодца</w:t>
      </w:r>
      <w:r>
        <w:br/>
      </w:r>
      <w:r>
        <w:t>11:00 – 17:30 – пасхальные игры с яйцами, народные игры, игры на соломе, песни, танцы</w:t>
      </w:r>
    </w:p>
    <w:p>
      <w:r>
        <w:t>Колокольня</w:t>
      </w:r>
      <w:r>
        <w:br/>
      </w:r>
      <w:r>
        <w:t xml:space="preserve">13:00 – 17:00 – праздничный звон в начале каждого часа продолжительностью 3-5 минут </w:t>
      </w:r>
    </w:p>
    <w:p>
      <w:r>
        <w:t>В праздничные дни гости музея-заповедника Хохловка отправятся в настоящее путешествие сквозь века и познакомятся с удивительными обычаями и обрядами пасхального периода. Этот цикл весенних праздников — от Благовещения до Пасхи — сопровождал начало нового сельскохозяйственного года и символизировал пробуждение природы, обновление и свет.</w:t>
      </w:r>
    </w:p>
    <w:p>
      <w:r>
        <w:t>15.00 - Ориентировочное время выезда в Пермь</w:t>
      </w:r>
      <w:r>
        <w:br/>
      </w:r>
      <w:r>
        <w:t>16.00 - Ориентировочное время прибытия группы в Пермь</w:t>
      </w:r>
    </w:p>
    <w:p>
      <w:r>
        <w:t>*Даты могут измениться в соответствии с афишей музея.</w:t>
      </w:r>
      <w:r>
        <w:br/>
      </w:r>
      <w: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Льготные категории (пенсионеры, студенты) - 80 руб</w:t>
      </w:r>
      <w:r>
        <w:br/>
      </w:r>
      <w:r>
        <w:t>Дети 3-17 лет - 160 руб</w:t>
      </w:r>
      <w:r>
        <w:br/>
      </w:r>
      <w:r>
        <w:t>Дети до 3-х лет - 400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