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Фестиваль гастрономии и истории "Усольский пряник" (автобусный тур)</w:t>
      </w:r>
    </w:p>
    <w:p>
      <w:pPr>
        <w:pStyle w:val="Heading1"/>
      </w:pPr>
      <w:r>
        <w:t>Информация тура</w:t>
      </w:r>
    </w:p>
    <w:p>
      <w:r>
        <w:t>Пермь - Усолье - Пермь</w:t>
      </w:r>
    </w:p>
    <w:p>
      <w:pPr>
        <w:pStyle w:val="Heading1"/>
      </w:pPr>
      <w:r>
        <w:t>Описание тура</w:t>
      </w:r>
    </w:p>
    <w:p>
      <w:r>
        <w:t>Фестиваль пряничного искусства в Усолье – это путешествие в мир ароматных традиций, где оживает история семьи Перемотиных, некогда славившихся своим мастерством. Участники окунутся в атмосферу старинного ремесла, узнают секреты пряничного дела, познакомятся с уникальными узорами «усольских рыб» и попробуют себя в создании кулинарных шедевров. Этот праздник объединит мастеров со всего Пермского края, вдохновит на творчество и поможет сохранить наследие, передавая его новым поколениям.</w:t>
      </w:r>
    </w:p>
    <w:p>
      <w:pPr>
        <w:pStyle w:val="Heading1"/>
      </w:pPr>
      <w:r>
        <w:t>Преимущества</w:t>
      </w:r>
    </w:p>
    <w:p>
      <w:r>
        <w:rPr>
          <w:b/>
        </w:rPr>
        <w:t>Путешествие в историю</w:t>
      </w:r>
      <w:r>
        <w:t>– знакомство с уникальным наследием Усолья и его старинными традициями пряничного дела.</w:t>
      </w:r>
      <w:r>
        <w:br/>
      </w:r>
      <w:r>
        <w:rPr>
          <w:b/>
        </w:rPr>
        <w:t>Ароматный фестиваль</w:t>
      </w:r>
      <w:r>
        <w:t>– возможность увидеть процесс изготовления пряников, узнать секреты мастеров и даже попробовать себя в этом искусстве.</w:t>
      </w:r>
      <w:r>
        <w:br/>
      </w:r>
      <w:r>
        <w:rPr>
          <w:b/>
        </w:rPr>
        <w:t>Насыщенная программа</w:t>
      </w:r>
      <w:r>
        <w:t>– прогулка с гидом, участие в торжественном открытии и свободное время для изучения фестивальных площадок.</w:t>
      </w:r>
      <w:r>
        <w:br/>
      </w:r>
      <w:r>
        <w:rPr>
          <w:b/>
        </w:rPr>
        <w:t>Гастрономическое удовольствие</w:t>
      </w:r>
      <w:r>
        <w:t>– дегустация традиционной выпечки, знакомство с местными вкусами и ремесленными изделиями.</w:t>
      </w:r>
      <w:r>
        <w:br/>
      </w:r>
      <w:r>
        <w:rPr>
          <w:b/>
        </w:rPr>
        <w:t>Комфорт и удобство</w:t>
      </w:r>
      <w:r>
        <w:t>– организованный трансфер из Перми и обратно без хлопот.</w:t>
      </w:r>
      <w:r>
        <w:br/>
      </w:r>
      <w:r>
        <w:rPr>
          <w:b/>
        </w:rPr>
        <w:t>Яркие эмоции и семейный отдых</w:t>
      </w:r>
      <w:r>
        <w:t>– мероприятие подойдет для всех возрастов, станет незабываемым событием для взрослых и детей.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 xml:space="preserve">– Экскурсионное обслуживание из Перми; </w:t>
      </w:r>
      <w:r>
        <w:br/>
      </w:r>
      <w:r>
        <w:t>– Страховка по автобусному проезду;</w:t>
      </w:r>
      <w:r>
        <w:br/>
      </w:r>
      <w:r>
        <w:t>– Услуги сопровождающего на маршруте.</w:t>
      </w:r>
    </w:p>
    <w:p>
      <w:pPr>
        <w:pStyle w:val="Heading1"/>
      </w:pPr>
      <w:r>
        <w:t>Информация о транспорте</w:t>
      </w:r>
    </w:p>
    <w:p>
      <w:r>
        <w:t xml:space="preserve">09.00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09.35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09.40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09.55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 Для женщин: юбки и платки.</w:t>
      </w:r>
      <w:r>
        <w:br/>
      </w:r>
      <w:r>
        <w:t>– Для воды из монастыря: тару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09.00 - Выезд из Перми</w:t>
      </w:r>
      <w:r>
        <w:br/>
      </w:r>
      <w:r>
        <w:t>12.00 - Ориентировочное время прибытия в Усолье</w:t>
      </w:r>
      <w:r>
        <w:br/>
      </w:r>
      <w:r>
        <w:t>12.00 - 13.00 -</w:t>
      </w:r>
      <w:r>
        <w:rPr>
          <w:b/>
        </w:rPr>
        <w:t>Прогулка с гидом по Усолью</w:t>
      </w:r>
      <w:r>
        <w:t xml:space="preserve">. </w:t>
      </w:r>
      <w:r>
        <w:br/>
      </w:r>
      <w:r>
        <w:t>Усолье — город с уникальным историческим обликом, где прошлое буквально оживает среди величественных храмов и старинных усадеб. Во время прогулки с гидом перед вами откроется богатое культурное наследие этого удивительного места: Спасо-Преображенский собор, усадьба Голицыных, падающая колокольня</w:t>
      </w:r>
      <w:r>
        <w:br/>
      </w:r>
      <w:r>
        <w:t>13.00 -</w:t>
      </w:r>
      <w:r>
        <w:rPr>
          <w:b/>
        </w:rPr>
        <w:t xml:space="preserve">Торжественное открытие фестиваля "Усольский пряник" </w:t>
      </w:r>
      <w:r>
        <w:br/>
      </w:r>
      <w:r>
        <w:t>13.00 - 16.00 - Участие в фестивале, свободное время для самостоятельного осмотра локаций</w:t>
      </w:r>
      <w:r>
        <w:br/>
      </w:r>
      <w:r>
        <w:t>16.00 - Ориентировочное время выезда в Пермь</w:t>
      </w:r>
      <w:r>
        <w:br/>
      </w:r>
      <w:r>
        <w:t>19.00 - Ориентировочное время прибытия в Пермь</w:t>
      </w:r>
    </w:p>
    <w:p>
      <w:r>
        <w:t>ТОЧНАЯ ПРОГРАММА УТОЧНЯЕТСЯ</w:t>
      </w:r>
    </w:p>
    <w:p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