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вкусов: от старообрядческого села Маховляне до Лысьвы, гастрономический тур в д. Маховляне и г. Лысьва (автобусный тур)</w:t>
      </w:r>
    </w:p>
    <w:p>
      <w:pPr>
        <w:pStyle w:val="Heading1"/>
      </w:pPr>
      <w:r>
        <w:t>Информация тура</w:t>
      </w:r>
    </w:p>
    <w:p>
      <w:r>
        <w:t>Пермь - Маховляне - Лысьва - Пермь</w:t>
      </w:r>
    </w:p>
    <w:p>
      <w:pPr>
        <w:pStyle w:val="Heading1"/>
      </w:pPr>
      <w:r>
        <w:t>Описание тура</w:t>
      </w:r>
    </w:p>
    <w:p>
      <w:r>
        <w:t>Один день — как погружение в прошлое, где всё по-настоящему: ревень только что с грядки, каши — прямо из русской печи, а улыбки такие, как будто вас ждали давно. Мы отправимся в удивительное старообрядческое село Маховляны, где время будто остановилось. Вас встретят в традиционных костюмах, расскажут о жизни, обычаях и укладе деревни, накормят обедом из сезонных продуктов — простым, но по-домашнему вкусным.</w:t>
      </w:r>
    </w:p>
    <w:p>
      <w:r>
        <w:t>После обеда — старинные игры, живое общение и переезд в Лысьву. Здесь нас ждёт экскурсия по производству молочной и мясной продукции с дегустацией сыров, колбас, йогуртов.</w:t>
      </w:r>
    </w:p>
    <w:p>
      <w:r>
        <w:t>Это день про землю, людей, еду и тепло. Без суеты. Только вкус, история и настоящее.</w:t>
      </w:r>
    </w:p>
    <w:p>
      <w:pPr>
        <w:pStyle w:val="Heading1"/>
      </w:pPr>
      <w:r>
        <w:t>Преимущества</w:t>
      </w:r>
    </w:p>
    <w:p>
      <w:r>
        <w:rPr>
          <w:b/>
        </w:rPr>
        <w:t>Аутентичные деревенские блюда</w:t>
      </w:r>
      <w:r>
        <w:br/>
      </w:r>
      <w:r>
        <w:t>— Обед из сезонных продуктов, приготовленный по старинным рецептам. Настоящий вкус деревни, без ресторанного лоска.</w:t>
      </w:r>
    </w:p>
    <w:p>
      <w:r>
        <w:rPr>
          <w:b/>
        </w:rPr>
        <w:t>Погружение в традиции староверов</w:t>
      </w:r>
      <w:r>
        <w:br/>
      </w:r>
      <w:r>
        <w:t>— Встреча в национальных костюмах, рассказы о жизни и укладе старообрядческого села, живой контакт с культурой.</w:t>
      </w:r>
    </w:p>
    <w:p>
      <w:r>
        <w:rPr>
          <w:b/>
        </w:rPr>
        <w:t>Живое общение и деревенские игры</w:t>
      </w:r>
      <w:r>
        <w:br/>
      </w:r>
      <w:r>
        <w:t>— Никаких постановок и шоу — только настоящее. Игривое, тёплое, живое.</w:t>
      </w:r>
    </w:p>
    <w:p>
      <w:r>
        <w:rPr>
          <w:b/>
        </w:rPr>
        <w:t>Фермерская дегустация в Лысьве</w:t>
      </w:r>
      <w:r>
        <w:br/>
      </w:r>
      <w:r>
        <w:t>— Экскурсия на локальное производство + вкуснейшие сыры, колбасы и йогурты. Всё можно попробовать и купить с собой.</w:t>
      </w:r>
    </w:p>
    <w:p>
      <w:r>
        <w:rPr>
          <w:b/>
        </w:rPr>
        <w:t>Комфортное путешествие и забота о вас</w:t>
      </w:r>
      <w:r>
        <w:br/>
      </w:r>
      <w:r>
        <w:t>— Уютный автобус, опытный гид.</w:t>
      </w:r>
    </w:p>
    <w:p>
      <w:r>
        <w:rPr>
          <w:b/>
        </w:rPr>
        <w:t>Фотогеничные локации и искренние эмоции</w:t>
      </w:r>
      <w:r>
        <w:br/>
      </w:r>
      <w:r>
        <w:t>— Живописная деревня, колоритные персонажи и вкусные моменты — всё для фото, которые будут говорить за себя.</w:t>
      </w:r>
    </w:p>
    <w:p>
      <w:r>
        <w:rPr>
          <w:b/>
        </w:rPr>
        <w:t>Отдых без суеты</w:t>
      </w:r>
      <w:r>
        <w:br/>
      </w:r>
      <w:r>
        <w:t>— Один день, чтобы выдохнуть, отключиться от города и почувствовать землю, людей и вкус жизни.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(возможен комфортабельный микроавтобус туристического класса при наборе менее 20 чел);</w:t>
      </w:r>
      <w:r>
        <w:br/>
      </w:r>
      <w:r>
        <w:t>– Экскурсионное обслуживание;</w:t>
      </w:r>
      <w:r>
        <w:br/>
      </w:r>
      <w:r>
        <w:t>– Сопровождение гидом;</w:t>
      </w:r>
      <w:r>
        <w:br/>
      </w:r>
      <w:r>
        <w:t>– Страховка на автобусный проезд;</w:t>
      </w:r>
      <w:r>
        <w:br/>
      </w:r>
      <w:r>
        <w:t>– Программа в д. Маховляне с обедом;</w:t>
      </w:r>
      <w:r>
        <w:br/>
      </w:r>
      <w:r>
        <w:t>– Экскурсия на молочном и мясном производстве с дегустацией.</w:t>
      </w:r>
    </w:p>
    <w:p>
      <w:pPr>
        <w:pStyle w:val="Heading1"/>
      </w:pPr>
      <w:r>
        <w:t>Дополнительно оплачивается</w:t>
      </w:r>
    </w:p>
    <w:p>
      <w:r>
        <w:t>- Питание вне программы;</w:t>
      </w:r>
      <w:r>
        <w:br/>
      </w:r>
      <w:r>
        <w:t>- Продукция с мясного и молочного производства;</w:t>
      </w:r>
      <w:r>
        <w:br/>
      </w:r>
      <w:r>
        <w:t>- Сувениры.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07.00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07.15 –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07.35 –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07.40 –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07.50 – 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07.00 - Выезд из Перми, путевая экскурсия. Остановка в кафе по дороге. Самостоятельный завтрак.</w:t>
      </w:r>
      <w:r>
        <w:br/>
      </w:r>
      <w:r>
        <w:t>11.30-15.00 -</w:t>
      </w:r>
      <w:r>
        <w:rPr>
          <w:b/>
        </w:rPr>
        <w:t>Программа в старообрядческом селе Маховляне с обедом:</w:t>
      </w:r>
      <w:r>
        <w:br/>
      </w:r>
      <w:r>
        <w:t>Встреча гостей — с улыбкой и в староверческих костюмах.</w:t>
      </w:r>
      <w:r>
        <w:br/>
      </w:r>
      <w:r>
        <w:t>Знакомство с историей села, его традициями и укладом жизни.</w:t>
      </w:r>
      <w:r>
        <w:br/>
      </w:r>
      <w:r>
        <w:t>Обед, приготовленный из сезонных продуктов — как и принято в деревне:</w:t>
      </w:r>
      <w:r>
        <w:br/>
      </w:r>
      <w:r>
        <w:t>пиканницы, каши из печи, селянки, ревень, кисели, овощные или мясные блюда в зависимости от времени года.</w:t>
      </w:r>
      <w:r>
        <w:br/>
      </w:r>
      <w:r>
        <w:t>После трапезы — старинные деревенские игры.</w:t>
      </w:r>
      <w:r>
        <w:br/>
      </w:r>
      <w:r>
        <w:t>15.00-16.30 - Переезд до Лысьвы.</w:t>
      </w:r>
      <w:r>
        <w:br/>
      </w:r>
      <w:r>
        <w:t>16.30-18.00 -</w:t>
      </w:r>
      <w:r>
        <w:rPr>
          <w:b/>
        </w:rPr>
        <w:t>Экскурсия по молочному и мясному производству с дегустацией</w:t>
      </w:r>
      <w:r>
        <w:br/>
      </w:r>
      <w:r>
        <w:t>Знакомство с процессами изготовления молочной и мясной продукции.</w:t>
      </w:r>
      <w:r>
        <w:br/>
      </w:r>
      <w:r>
        <w:t>Дегустация авторских сыров, колбас, йогуртов.</w:t>
      </w:r>
      <w:r>
        <w:br/>
      </w:r>
      <w:r>
        <w:t>Возможность приобрести свежие продукты местного производства.[slider id=87]</w:t>
      </w:r>
      <w:r>
        <w:br/>
      </w:r>
      <w:r>
        <w:t>18.00 - Отправление в Пермь.</w:t>
      </w:r>
      <w:r>
        <w:br/>
      </w:r>
      <w:r>
        <w:t>21.30 - Ориентировочное время прибытия.</w:t>
      </w:r>
      <w:r>
        <w:br/>
      </w:r>
      <w:r>
        <w:br/>
      </w:r>
      <w:r>
        <w:t>*</w:t>
      </w:r>
      <w:r>
        <w:rPr>
          <w:b/>
        </w:rPr>
        <w:t>Обратите внимание!</w:t>
      </w:r>
      <w:r>
        <w:t>Сотовая связь в селе Маховляне плохо работает. Для приобретения сувениров и местной продукции рекомендуем взять наличные средства.</w:t>
      </w:r>
      <w:r>
        <w:br/>
      </w:r>
      <w:r>
        <w:t>* Оператор оставляет за собой право вносить изменения в программу с сохранением объема обслуживания.</w:t>
      </w:r>
      <w:r>
        <w:br/>
      </w:r>
      <w: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