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Новый год с Дедом Морозом в Великом Устюге, г. Великий Устюг (автобусный тур)</w:t>
      </w:r>
    </w:p>
    <w:p>
      <w:pPr>
        <w:pStyle w:val="Heading1"/>
      </w:pPr>
      <w:r>
        <w:t>Информация тура</w:t>
      </w:r>
    </w:p>
    <w:p>
      <w:r>
        <w:t>Пермь - Великий Устюг - Пермь</w:t>
      </w:r>
    </w:p>
    <w:p>
      <w:pPr>
        <w:pStyle w:val="Heading1"/>
      </w:pPr>
      <w:r>
        <w:t>Описание тура</w:t>
      </w:r>
    </w:p>
    <w:p>
      <w:r>
        <w:t>Что вы представляете, когда слышите слова «Дед Мороз»? Конечно же, Новый год, подарки, морозы. И каждый из нас нет-нет да и подумает: «Хорошо бы увидеть настоящую зимнюю сказку про доброго кудесника из Великого Устюга». Но только немногие из счастливчиков знают о необыкновенных, по-особенному волшебных чудесах Вотчины Деда Мороза.</w:t>
      </w:r>
    </w:p>
    <w:p>
      <w:pPr>
        <w:pStyle w:val="Heading1"/>
      </w:pPr>
      <w:r>
        <w:t>Преимущества</w:t>
      </w:r>
    </w:p>
    <w:p>
      <w:r>
        <w:rPr>
          <w:b/>
        </w:rPr>
        <w:t>Современные туристические автобусы</w:t>
      </w:r>
      <w:r>
        <w:t>– с климат-контролем и откидными креслами</w:t>
      </w:r>
    </w:p>
    <w:p>
      <w:r>
        <w:rPr>
          <w:b/>
        </w:rPr>
        <w:t>Обязательно в каждом туре с вами едет сопровождающая из Перми</w:t>
      </w:r>
    </w:p>
    <w:p>
      <w:r>
        <w:rPr>
          <w:b/>
        </w:rPr>
        <w:t>В программу включено:</w:t>
      </w:r>
    </w:p>
    <w:p>
      <w:pPr>
        <w:pStyle w:val="ListBullet"/>
      </w:pPr>
      <w:r>
        <w:t>3-х разовое питание (завтрак, обед, ужин)</w:t>
      </w:r>
    </w:p>
    <w:p>
      <w:pPr>
        <w:pStyle w:val="ListBullet"/>
      </w:pPr>
      <w:r>
        <w:t>мастер-класс</w:t>
      </w:r>
    </w:p>
    <w:p>
      <w:pPr>
        <w:pStyle w:val="ListBullet"/>
      </w:pPr>
      <w:r>
        <w:t>встреча с Дедом Морозом</w:t>
      </w:r>
    </w:p>
    <w:p>
      <w:r>
        <w:rPr>
          <w:b/>
        </w:rPr>
        <w:t>Интересная насыщенная программа в Великом Устюге! Вы увидите Деда Мороза и побываете у него в гостях. В программе: игровая программа, посещение почты Деда Мороза</w:t>
      </w:r>
    </w:p>
    <w:p>
      <w:r>
        <w:rPr>
          <w:b/>
        </w:rPr>
        <w:t>Розыгрыш тура выходного дня в праздничной викторине</w:t>
      </w:r>
    </w:p>
    <w:p>
      <w:pPr>
        <w:pStyle w:val="Heading1"/>
      </w:pPr>
      <w:r>
        <w:t>В стоимость тура входит</w:t>
      </w:r>
    </w:p>
    <w:p>
      <w:r>
        <w:t>- Проезд Пермь-Великий Устюг - Пермь на автобусе тур. класса</w:t>
      </w:r>
      <w:r>
        <w:br/>
      </w:r>
      <w:r>
        <w:t>- Страховка по проезду</w:t>
      </w:r>
      <w:r>
        <w:br/>
      </w:r>
      <w:r>
        <w:t>- Сопровождение из Перми</w:t>
      </w:r>
      <w:r>
        <w:br/>
      </w:r>
      <w:r>
        <w:t>- Питание по программе (завтрак, обед, ужин)</w:t>
      </w:r>
      <w:r>
        <w:br/>
      </w:r>
      <w:r>
        <w:t>- Экскурсионное обслуживание и входные билеты по программе.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Доп. место в автобусе - 8 200 руб</w:t>
      </w:r>
      <w:r>
        <w:br/>
      </w:r>
      <w:r>
        <w:br/>
      </w:r>
      <w:r>
        <w:t>Сладкий подарок (заказывать и оплачивать необходимо заранее, вручение гидом не на Вотчине) - 1 400 руб</w:t>
      </w:r>
      <w:r>
        <w:br/>
      </w:r>
      <w:r>
        <w:rPr>
          <w:i/>
        </w:rPr>
        <w:t>*В сладком подарке не только конфеты, есть другие вложения — как правило, шоколад, мармелад, зефир, орешки в шоколаде (примерный состав подарка)</w:t>
      </w:r>
    </w:p>
    <w:p>
      <w:r>
        <w:rPr>
          <w:i/>
        </w:rPr>
        <w:t>Верительная грамота (заказывать и оплачивать необходимо заранее, вручение гидом не на Вотчине) - 100 руб</w:t>
      </w:r>
    </w:p>
    <w:p>
      <w:r>
        <w:rPr>
          <w:b/>
        </w:rPr>
        <w:t>Список доп. услуг Вотчины,</w:t>
      </w:r>
      <w:r>
        <w:t>которые туристы могут заказать и оплатить на месте:</w:t>
      </w:r>
    </w:p>
    <w:p>
      <w:pPr>
        <w:pStyle w:val="ListBullet"/>
      </w:pPr>
      <w:r>
        <w:t>Катание на «Чудо-печке» - взрослые, дети 7-17 лет 300 руб., дети с 3 до 6 лет 150 руб.</w:t>
      </w:r>
    </w:p>
    <w:p>
      <w:pPr>
        <w:pStyle w:val="ListBullet"/>
      </w:pPr>
      <w:r>
        <w:t>Зоопарк Деда Мороза - 1000 руб. взрослый, 700 руб. ребенок.</w:t>
      </w:r>
    </w:p>
    <w:p>
      <w:pPr>
        <w:pStyle w:val="ListBullet"/>
      </w:pPr>
      <w:r>
        <w:t>Ледник Деда Мороза – взрослые, дети 7-17 лет 300 руб., дети с 3 до 6 лет 150 руб.</w:t>
      </w:r>
    </w:p>
    <w:p>
      <w:pPr>
        <w:pStyle w:val="ListBullet"/>
      </w:pPr>
      <w:r>
        <w:t>Зимний сад - взрослые, дети 7-17 лет 300 руб., дети с 3 до 6 лет 150 руб.</w:t>
      </w:r>
    </w:p>
    <w:p>
      <w:r>
        <w:rPr>
          <w:i/>
        </w:rPr>
        <w:t>*Цены ориентировочные, актуальную стоимость уточняйте в Вотчине</w:t>
      </w:r>
    </w:p>
    <w:p>
      <w:pPr>
        <w:pStyle w:val="Heading1"/>
      </w:pPr>
      <w:r>
        <w:t>Информация о транспорте</w:t>
      </w:r>
    </w:p>
    <w:p>
      <w:r>
        <w:t>18.00 -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18.10 -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18.15 -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18.40 -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18.45 -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19.00 -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19.05 -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19.10 -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19.30 -</w:t>
      </w:r>
      <w:hyperlink r:id="rId17">
        <w:r>
          <w:rPr>
            <w:color w:val="0000FF"/>
            <w:u w:val="single"/>
          </w:rPr>
          <w:t>ост. Отворот на Менделеево</w:t>
        </w:r>
      </w:hyperlink>
      <w:r>
        <w:br/>
      </w:r>
      <w:r>
        <w:t>19.40 -</w:t>
      </w:r>
      <w:hyperlink r:id="rId18">
        <w:r>
          <w:rPr>
            <w:color w:val="0000FF"/>
            <w:u w:val="single"/>
          </w:rPr>
          <w:t>с. Карагай, ул. Кирова, 29 (у магазина "Ольга")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19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t>Рекомендуем вам одеваться тепло и удобно для экскурсии, поскольку большая часть программы предусматривает длительное пребывание на свежем воздухе. Учитывайте зимние погодные условия, надевайте утеплённую одежду, головные уборы, шарфы, перчатки и подходящую обувь, чтобы ваше путешествие было максимально комфортным и приятным.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18.00 - Выезд из Перми, ул. Ленина, 53 ("ТеатрТеатр").</w:t>
      </w:r>
      <w:r>
        <w:br/>
      </w:r>
      <w:r>
        <w:t>В пути знакомство, просмотр новогодних и рождественских фильмов и мультфильмов.</w:t>
      </w:r>
      <w:r>
        <w:br/>
      </w:r>
      <w:r>
        <w:br/>
      </w:r>
      <w:r>
        <w:rPr>
          <w:b/>
        </w:rPr>
        <w:t>2 день:</w:t>
      </w:r>
      <w:r>
        <w:br/>
      </w:r>
      <w:r>
        <w:t>9.30 - Встреча с экскурсоводом.</w:t>
      </w:r>
      <w:r>
        <w:br/>
      </w:r>
      <w:r>
        <w:t>10.00 – 11.00 -</w:t>
      </w:r>
      <w:r>
        <w:rPr>
          <w:b/>
        </w:rPr>
        <w:t>Завтрак</w:t>
      </w:r>
      <w:r>
        <w:t>.</w:t>
      </w:r>
      <w:r>
        <w:br/>
      </w:r>
      <w:r>
        <w:t>11.00 – 12.00 -</w:t>
      </w:r>
      <w:r>
        <w:rPr>
          <w:b/>
        </w:rPr>
        <w:t>Мастер-класс по народным промыслам</w:t>
      </w:r>
    </w:p>
    <w:p>
      <w:pPr>
        <w:pStyle w:val="ListBullet"/>
      </w:pPr>
      <w:r>
        <w:rPr>
          <w:b/>
        </w:rPr>
        <w:t>«Берестяное чудо».</w:t>
      </w:r>
      <w:r>
        <w:t>На занятии вы узнаете об истории уникального промысла устюжской земли – шемогодской резьбы по бересте. Под руководством опытных мастеров-резчиков вы сможете изготовить берестяной сувенир, используя традиционные техники тиснения и резьбы.</w:t>
      </w:r>
    </w:p>
    <w:p>
      <w:pPr>
        <w:pStyle w:val="ListBullet"/>
      </w:pPr>
      <w:r>
        <w:rPr>
          <w:b/>
        </w:rPr>
        <w:t>«Жар-птица».</w:t>
      </w:r>
      <w:r>
        <w:t>Великоустюжская роспись – чудо Русского Севера, удивительный художественный промысел, который живёт и развивается на устюжской земле более трёх столетий. Каждый участник мастер-класса сможет создать чудную новогоднюю игрушку – сказочную жар-птицу, символ нашей мечты о счастье.</w:t>
      </w:r>
    </w:p>
    <w:p>
      <w:r>
        <w:t>12.00 – 13.00 - Посещение</w:t>
      </w:r>
      <w:r>
        <w:rPr>
          <w:b/>
        </w:rPr>
        <w:t>лавки Деда Мороза</w:t>
      </w:r>
      <w:r>
        <w:t>и других сувенирных магазинов (желающие могут посетить</w:t>
      </w:r>
      <w:r>
        <w:rPr>
          <w:b/>
        </w:rPr>
        <w:t>почту Деда Мороза</w:t>
      </w:r>
      <w:r>
        <w:t>самостоятельно).</w:t>
      </w:r>
      <w:r>
        <w:br/>
      </w:r>
      <w:r>
        <w:t>13.00 – 14.00 - Обед.</w:t>
      </w:r>
      <w:r>
        <w:br/>
      </w:r>
      <w:r>
        <w:t>14.00 – 14.30 - Переезд на Вотчину Деда Мороза (12 км).</w:t>
      </w:r>
      <w:r>
        <w:br/>
      </w:r>
      <w:r>
        <w:t>14.30 – 18.30 -</w:t>
      </w:r>
      <w:r>
        <w:rPr>
          <w:b/>
        </w:rPr>
        <w:t>Программа на Вотчине:</w:t>
      </w:r>
      <w:r>
        <w:br/>
      </w:r>
      <w:r>
        <w:t>В самом центре Вотчины возвышается</w:t>
      </w:r>
      <w:r>
        <w:rPr>
          <w:b/>
        </w:rPr>
        <w:t>Дом Деда Мороза.</w:t>
      </w:r>
      <w:r>
        <w:t>Построен он из дерева, два этажа и 12 волшебных комнат, ни одна на другую не похожа. В путешествие по Дому Деда Мороза гости отправятся со</w:t>
      </w:r>
      <w:r>
        <w:rPr>
          <w:b/>
        </w:rPr>
        <w:t>сказочными помощницами</w:t>
      </w:r>
      <w:r>
        <w:t>, которые расскажут</w:t>
      </w:r>
      <w:r>
        <w:rPr>
          <w:b/>
        </w:rPr>
        <w:t>обо всех живущих в нем чудесах.</w:t>
      </w:r>
      <w:r>
        <w:br/>
      </w:r>
      <w:r>
        <w:rPr>
          <w:b/>
        </w:rPr>
        <w:t>Эксклюзивная программа-встреча «Сказочки на лавочках»:</w:t>
      </w:r>
      <w:r>
        <w:br/>
      </w:r>
      <w:r>
        <w:rPr>
          <w:b/>
        </w:rPr>
        <w:t>Чудесная встреча с Дедом Морозом</w:t>
      </w:r>
      <w:r>
        <w:t>. Вы услышите любимую</w:t>
      </w:r>
      <w:r>
        <w:rPr>
          <w:b/>
        </w:rPr>
        <w:t>сказку</w:t>
      </w:r>
      <w:r>
        <w:t>Зимнего Волшебника, вспомните самых неожиданных героев русских сказок, а главное - сможете сочинить новую сказку, свою собственную!</w:t>
      </w:r>
      <w:r>
        <w:br/>
      </w:r>
      <w:r>
        <w:t>В русской горнице у печки в душевной, гостеприимной  обстановке. Аленка, помощница Деда Мороза и подружка Снегурочки, рассаживает гостей на лавочки вокруг Трона Деда Мороза. Дед Мороз неожиданно появляется и начинает свой рассказ  о том, как на Руси долгими вечерами старики рассказывали сказки и общались с детьми. Дедушка Мороз расскажет свою сказку, загадает загадки, а гости все вместе  разыграют домашний спектакль по мотивам самой известной русской сказки. Ролей хватит всем! В финале программы  Дед Мороз сфотографируется с каждой семьей и выслушает стихи и песни от детей.</w:t>
      </w:r>
      <w:r>
        <w:br/>
      </w:r>
      <w:r>
        <w:rPr>
          <w:b/>
        </w:rPr>
        <w:t>Свободное время на Вотчине для самостоятельного посещения Зимнего сада, аттракционов, зоопарка, торговых рядов.</w:t>
      </w:r>
      <w:r>
        <w:br/>
      </w:r>
      <w:r>
        <w:t>18.30 – 19.00 - переезд в город</w:t>
      </w:r>
      <w:r>
        <w:br/>
      </w:r>
      <w:r>
        <w:t>19.00 – 20.00 - Ужин.</w:t>
      </w:r>
      <w:r>
        <w:br/>
      </w:r>
      <w:r>
        <w:t>20.00 - Отъезд в Пермь.</w:t>
      </w:r>
    </w:p>
    <w:p>
      <w:r>
        <w:rPr>
          <w:b/>
        </w:rPr>
        <w:t>В пути обмен впечатлениями, просмотр новогодних и рождественских фильмов, новогодняя шуточная викторина с призами и розыгрышем тура выходного дня из Перми на 1 человека.</w:t>
      </w:r>
      <w:r>
        <w:br/>
      </w:r>
      <w:r>
        <w:br/>
      </w:r>
      <w:r>
        <w:rPr>
          <w:b/>
        </w:rPr>
        <w:t>3 день:</w:t>
      </w:r>
      <w:r>
        <w:br/>
      </w:r>
      <w:r>
        <w:t>13.00-15.00 - Ориентировочное прибытие в Пермь.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Скидка за последний ряд - 300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Дата возврата</w:t>
            </w:r>
          </w:p>
        </w:tc>
        <w:tc>
          <w:tcPr>
            <w:tcW w:type="dxa" w:w="4800"/>
          </w:tcPr>
          <w:p>
            <w:r>
              <w:t>Стоимость, руб</w:t>
            </w:r>
          </w:p>
        </w:tc>
      </w:tr>
      <w:tr>
        <w:tc>
          <w:tcPr>
            <w:tcW w:type="dxa" w:w="4800"/>
          </w:tcPr>
          <w:p>
            <w:r>
              <w:t>03.01.2027</w:t>
            </w:r>
          </w:p>
        </w:tc>
        <w:tc>
          <w:tcPr>
            <w:tcW w:type="dxa" w:w="4800"/>
          </w:tcPr>
          <w:p>
            <w:r>
              <w:t>05.01.2027</w:t>
            </w:r>
          </w:p>
        </w:tc>
        <w:tc>
          <w:tcPr>
            <w:tcW w:type="dxa" w:w="4800"/>
          </w:tcPr>
          <w:p>
            <w:r>
              <w:t>19 760</w:t>
            </w:r>
            <w:r>
              <w:t xml:space="preserve"> </w:t>
            </w:r>
            <w:r>
              <w:rPr>
                <w:strike/>
              </w:rPr>
              <w:t>20 800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11108/perm-krai/stops/1543162187/?ll=54.998496%2C58.183773&amp;tab=overview&amp;z=14.1" TargetMode="External"/><Relationship Id="rId18" Type="http://schemas.openxmlformats.org/officeDocument/2006/relationships/hyperlink" Target="https://yandex.ru/maps/11108/perm-krai/house/ulitsa_kirova_29/YU0YfwRgSEMCQFtifX53d3ljbQ==/?ll=54.930165%2C58.266509&amp;z=16.4" TargetMode="External"/><Relationship Id="rId19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