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Авиа тур: "На 3 дня в столицу", г. Москва</w:t>
      </w:r>
    </w:p>
    <w:p>
      <w:pPr>
        <w:pStyle w:val="Heading1"/>
      </w:pPr>
      <w:r>
        <w:t>Информация тура</w:t>
      </w:r>
    </w:p>
    <w:p>
      <w:r>
        <w:t>Пермь - Москва - Пермь</w:t>
      </w:r>
    </w:p>
    <w:p>
      <w:pPr>
        <w:pStyle w:val="Heading1"/>
      </w:pPr>
      <w:r>
        <w:t>Описание тура</w:t>
      </w:r>
    </w:p>
    <w:p/>
    <w:p>
      <w:pPr>
        <w:pStyle w:val="Heading1"/>
      </w:pPr>
      <w:r>
        <w:t>Преимущества</w:t>
      </w:r>
    </w:p>
    <w:p>
      <w:r>
        <w:rPr>
          <w:b/>
        </w:rPr>
        <w:t>Удобная логистика из Перми -</w:t>
      </w:r>
      <w:r>
        <w:t>прямой авиа перелет из Перми и обратно, без лишних затрат времени на дорогу</w:t>
      </w:r>
    </w:p>
    <w:p>
      <w:r>
        <w:rPr>
          <w:b/>
        </w:rPr>
        <w:t>Полное сопровождение группы</w:t>
      </w:r>
      <w:r>
        <w:t>из Перми (контроль маршрута, помощь), включая встречу и проводы в а/п Перми и Москвы.</w:t>
      </w:r>
    </w:p>
    <w:p>
      <w:r>
        <w:rPr>
          <w:b/>
        </w:rPr>
        <w:t>Питание — без забот по маршруту:</w:t>
      </w:r>
    </w:p>
    <w:p>
      <w:pPr>
        <w:pStyle w:val="ListBullet"/>
      </w:pPr>
      <w:r>
        <w:rPr>
          <w:b/>
        </w:rPr>
        <w:t>3 завтрака</w:t>
      </w:r>
    </w:p>
    <w:p>
      <w:pPr>
        <w:pStyle w:val="ListBullet"/>
      </w:pPr>
      <w:r>
        <w:rPr>
          <w:b/>
        </w:rPr>
        <w:t>3 обеда</w:t>
      </w:r>
    </w:p>
    <w:p>
      <w:r>
        <w:rPr>
          <w:b/>
        </w:rPr>
        <w:t>11 экскурсий, включенных в стоимость тура:</w:t>
      </w:r>
    </w:p>
    <w:p>
      <w:pPr>
        <w:pStyle w:val="ListBullet"/>
      </w:pPr>
      <w:r>
        <w:t>Автобусная обзорная по Москве (Воробьёвы горы, мост Багратион, МГУ, Поклонная гора)</w:t>
      </w:r>
    </w:p>
    <w:p>
      <w:pPr>
        <w:pStyle w:val="ListBullet"/>
      </w:pPr>
      <w:r>
        <w:t>Храм Христа Спасителя</w:t>
      </w:r>
    </w:p>
    <w:p>
      <w:pPr>
        <w:pStyle w:val="ListBullet"/>
      </w:pPr>
      <w:r>
        <w:t>Обзорная по Поклонной горе (монумент Победы, музей ВОВ, храм Георгия, мечеть)</w:t>
      </w:r>
    </w:p>
    <w:p>
      <w:pPr>
        <w:pStyle w:val="ListBullet"/>
      </w:pPr>
      <w:r>
        <w:t>Посещение музея Победы «Битва за Москву. Первая Победа»</w:t>
      </w:r>
    </w:p>
    <w:p>
      <w:pPr>
        <w:pStyle w:val="ListBullet"/>
      </w:pPr>
      <w:r>
        <w:t>Хитровка: город в городе (трактиры, Сонька Золотая Ручка, метро-2)</w:t>
      </w:r>
    </w:p>
    <w:p>
      <w:pPr>
        <w:pStyle w:val="ListBullet"/>
      </w:pPr>
      <w:r>
        <w:t>Красная площадь «Первопрестольная столица»</w:t>
      </w:r>
    </w:p>
    <w:p>
      <w:pPr>
        <w:pStyle w:val="ListBullet"/>
      </w:pPr>
      <w:r>
        <w:t>Китай-город</w:t>
      </w:r>
    </w:p>
    <w:p>
      <w:pPr>
        <w:pStyle w:val="ListBullet"/>
      </w:pPr>
      <w:r>
        <w:t>Парк «Зарядье»</w:t>
      </w:r>
    </w:p>
    <w:p>
      <w:pPr>
        <w:pStyle w:val="ListBullet"/>
      </w:pPr>
      <w:r>
        <w:t>Пешеходная экскурсия по Арбату</w:t>
      </w:r>
    </w:p>
    <w:p>
      <w:pPr>
        <w:pStyle w:val="ListBullet"/>
      </w:pPr>
      <w:r>
        <w:t>Экскурсия на киностудию «Мосфильм»</w:t>
      </w:r>
    </w:p>
    <w:p>
      <w:pPr>
        <w:pStyle w:val="ListBullet"/>
      </w:pPr>
      <w:r>
        <w:t>ВДНХ «Легенды и мифы»</w:t>
      </w:r>
    </w:p>
    <w:p>
      <w:pPr>
        <w:pStyle w:val="Heading1"/>
      </w:pPr>
      <w:r>
        <w:t>В стоимость тура входит</w:t>
      </w:r>
    </w:p>
    <w:p>
      <w:r>
        <w:t>– авиабилеты Пермь - Москва - Пермь</w:t>
      </w:r>
      <w:r>
        <w:br/>
      </w:r>
      <w:r>
        <w:t>– транспортное обслуживание, трансфер</w:t>
      </w:r>
      <w:r>
        <w:br/>
      </w:r>
      <w:r>
        <w:t>– страховка по проезду в автобусе</w:t>
      </w:r>
      <w:r>
        <w:br/>
      </w:r>
      <w:r>
        <w:t>– сопровождение представителем фирмы из Перми</w:t>
      </w:r>
      <w:r>
        <w:br/>
      </w:r>
      <w:r>
        <w:t>– проживание 2 ночи в отеле</w:t>
      </w:r>
      <w:r>
        <w:br/>
      </w:r>
      <w:r>
        <w:t>– питание: 3 завтрака, 3 обеда</w:t>
      </w:r>
      <w:r>
        <w:br/>
      </w:r>
      <w:r>
        <w:t>– экскурсионное обслуживание</w:t>
      </w:r>
      <w:r>
        <w:br/>
      </w:r>
      <w:r>
        <w:t>– входная плата в музеи</w:t>
      </w:r>
    </w:p>
    <w:p>
      <w:pPr>
        <w:pStyle w:val="Heading1"/>
      </w:pPr>
      <w:r>
        <w:t>Дополнительно оплачивается</w:t>
      </w:r>
    </w:p>
    <w:p>
      <w:r>
        <w:t>- доп. питание</w:t>
      </w:r>
      <w:r>
        <w:br/>
      </w:r>
      <w:r>
        <w:t>- сувениры</w:t>
      </w:r>
    </w:p>
    <w:p>
      <w:pPr>
        <w:pStyle w:val="Heading1"/>
      </w:pPr>
      <w:r>
        <w:t>Проживание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Туроператор имеет право заменить гостиницу на аналогичную либо выше уровнем.* Все пожелания по размещению (вид из окна, этаж, расположение номеров, расположение номеров по этажам одной семьи, но в разных номерах и др.) учитываются при бронировании, но не гарантируются и зависят от возможностей гостиницы на момент заселения.</w:t>
      </w:r>
    </w:p>
    <w:p>
      <w:pPr>
        <w:pStyle w:val="Heading1"/>
      </w:pPr>
      <w:r>
        <w:t>Информация о транспорте</w:t>
      </w:r>
    </w:p>
    <w:p>
      <w:r>
        <w:t>05.15 (местное Пермское время) – Аэропорт "Большое Савино". Время вылета может измениться. Об этом Вы будете уведомлены за несколько дней.</w:t>
      </w:r>
      <w:r>
        <w:br/>
      </w:r>
      <w:r>
        <w:t>Для отслеживания своего рейса пользуйтесь</w:t>
      </w:r>
      <w:hyperlink r:id="rId9">
        <w:r>
          <w:rPr>
            <w:color w:val="0000FF"/>
            <w:u w:val="single"/>
          </w:rPr>
          <w:t>онлайн-табло а/п "Большое Савино"</w:t>
        </w:r>
      </w:hyperlink>
      <w:r>
        <w:t>(Номера рейсов: 6512 - Пермь - Москва, 433 Москва - Пермь)</w:t>
      </w:r>
      <w:r>
        <w:br/>
      </w:r>
      <w:r>
        <w:t>На регистрацию можно подходить</w:t>
      </w:r>
      <w:r>
        <w:rPr>
          <w:b/>
        </w:rPr>
        <w:t>в любое удобное время</w:t>
      </w:r>
      <w:r>
        <w:t>, рассадка происходит автоматически, если туристу необходимо конкретное место, за доп.плату в аэропорту или заранее (не менее, чем за неделю до вылета), есть возможность место в самолете зафиксировать</w:t>
      </w:r>
      <w:r>
        <w:br/>
      </w:r>
      <w:r>
        <w:br/>
      </w:r>
      <w:r>
        <w:t>*Встреча с сопровождающей происходит в зоне вылета, туристам необходимо подойти и отметиться.</w:t>
      </w:r>
    </w:p>
    <w:p>
      <w:r>
        <w:rPr>
          <w:b/>
        </w:rPr>
        <w:t>Н</w:t>
      </w:r>
      <w:r>
        <w:rPr>
          <w:b/>
        </w:rPr>
        <w:t>орма провоза багажа авиакомпании Победа:Ручная кладь:</w:t>
      </w:r>
      <w:r>
        <w:t>436*30*27 см. Ручная кладь по количеству и весу вещей не ограничиваются, но должна свободно помещаться в калибратор (измеритель).</w:t>
      </w:r>
      <w:r>
        <w:br/>
      </w:r>
      <w:r>
        <w:rPr>
          <w:b/>
        </w:rPr>
        <w:t>Багаж:</w:t>
      </w:r>
      <w:r>
        <w:t>Габариты багажа не должны превышать 203 см по сумме трёх измерений, 1 место до 10 кг</w:t>
      </w:r>
      <w:r>
        <w:br/>
      </w:r>
      <w:r>
        <w:t>- Размеры и вес ручной клади проверят дважды: во время регистрации на рейс и перед выходом на посадку. Будьте готовы показать сотрудникам все вещи, которые собираетесь взять в салон, а также поместить их в специальный железный отсек — калибратор — и закрыть крышку</w:t>
      </w:r>
    </w:p>
    <w:p>
      <w:pPr>
        <w:pStyle w:val="Heading1"/>
      </w:pPr>
      <w:r>
        <w:t>Документы для поездки</w:t>
      </w:r>
    </w:p>
    <w:p>
      <w:r>
        <w:t>1. Оригиналы паспорта/свидетельства о рождении, мед. полис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авиаперелета:</w:t>
      </w:r>
      <w:r>
        <w:br/>
      </w:r>
      <w:r>
        <w:t>– комфортная одежда для перелета;</w:t>
      </w:r>
      <w:r>
        <w:br/>
      </w:r>
      <w:r>
        <w:t>– подушка/беруши;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день:Рекомендуем приезжать в аэропорт "Большое Савино" заблаговременно (2-3 часа до вылета), регистрация на рейс заканчивается за 1ч.</w:t>
      </w:r>
      <w:r>
        <w:br/>
      </w:r>
      <w:r>
        <w:t>Встреча с сопровождающей происходит в зоне вылета, наш сотрудник будет ожидать группу с табличкой САНКТ-ПЕТЕРБУРГ</w:t>
      </w:r>
      <w:r>
        <w:br/>
      </w:r>
      <w:r>
        <w:t>05.15 - Вылет в Москву</w:t>
      </w:r>
      <w:r>
        <w:br/>
      </w:r>
      <w:r>
        <w:t>05.25 - Прибытие в Москву</w:t>
      </w:r>
      <w:r>
        <w:br/>
      </w:r>
      <w:r>
        <w:t>05.30 - 06.00 - Встреча группы в аэропорту</w:t>
      </w:r>
      <w:r>
        <w:br/>
      </w:r>
      <w:r>
        <w:rPr>
          <w:b/>
        </w:rPr>
        <w:t>Начало автобусная обзорная экскурсия по городу</w:t>
      </w:r>
      <w:r>
        <w:t>. Вы проедете по улицам, бульварам и площадям Столицы, на Ваших глазах будет оживать история Москвы – столицы государства Российского. Вы побываете на Воробьевых горах, посетите мост Багратион, увидите Московский Университет, Поклонную гору – дань памяти защитникам отечества.</w:t>
      </w:r>
      <w:r>
        <w:br/>
      </w:r>
      <w:r>
        <w:t>Остановка на з</w:t>
      </w:r>
      <w:r>
        <w:rPr>
          <w:b/>
        </w:rPr>
        <w:t>автрак в кафе города</w:t>
      </w:r>
      <w:r>
        <w:br/>
      </w:r>
      <w:r>
        <w:rPr>
          <w:b/>
        </w:rPr>
        <w:t>Посещение главного православного Храма Москвы -</w:t>
      </w:r>
      <w:r>
        <w:rPr>
          <w:b/>
        </w:rPr>
        <w:t>Храма Христа Спасителя</w:t>
      </w:r>
      <w:r>
        <w:t>. Здесь тесно переплелись прошлое, настоящее и будущее России, ее Вера, Память и Надежда. Храм Христа Спасителя, задуманный как памятник Отечественной войне 1812 года, стал частью русской национальной истории, центром паломничества и символом духовного возрождения России.</w:t>
      </w:r>
      <w:r>
        <w:br/>
      </w:r>
      <w:r>
        <w:rPr>
          <w:b/>
        </w:rPr>
        <w:t>Обзорная экскурсия по Поклонной горе.</w:t>
      </w:r>
      <w:r>
        <w:t>Путешественники останавливались здесь, чтобы взглянуть на Москву и поклониться ее храмам и соборам. Отсюда и пошло название горы. Здесь правители Москвы встречали иностранные посольства, и именно поэтому на этом месте ждал ключей от Кремля Наполеон. Территория парка – это огромный мемориальный комплекс. Здесь находится главный монумент Победы высотой в 142 метра, Центральный музей Великой Отечественной войны с примыкающей картинной галереей, храм Святого Великомученика Георгия Победоносца и мемориальная мечеть, возведенная в честь воинов-мусульман павших на полях сражений Великой отечественной войны</w:t>
      </w:r>
      <w:r>
        <w:br/>
      </w:r>
      <w:r>
        <w:rPr>
          <w:b/>
        </w:rPr>
        <w:t>Экскурсия по музею Великой Отечественной Войны «Битва за Москву. Первая Победа».</w:t>
      </w:r>
      <w:r>
        <w:t>Интерактивная экскурсия расскажет об истории московской семьи в самое тревожное для столицы время. От первого дня войны до победы в битве за Москву. Битве, которая стала поворотным событием в ходе Великой Отечественной войны. Вы узнаете, как жила военная Москва, какими были они – простые москвичи, которые делали все возможное, чтобы город не сдался врагу. Народное ополчение, Подольские курсанты, работа ПВО, секреты маскировки кремля, подземные дворцы-бомбоубежища, легендарный парад – все эти истории ждут вас в Музее Победы.</w:t>
      </w:r>
      <w:r>
        <w:br/>
      </w:r>
      <w:r>
        <w:rPr>
          <w:b/>
        </w:rPr>
        <w:t>Обед</w:t>
      </w:r>
      <w:r>
        <w:t>в кафе города</w:t>
      </w:r>
      <w:r>
        <w:br/>
      </w:r>
      <w:r>
        <w:t>Трансфер в гостиницу. Размещение. Свободное время для самостоятельного знакомства с городом</w:t>
      </w:r>
    </w:p>
    <w:p>
      <w:r>
        <w:t>[slider id=26]</w:t>
      </w:r>
      <w:r>
        <w:br/>
      </w:r>
      <w:r>
        <w:rPr>
          <w:b/>
        </w:rPr>
        <w:t>2 день:</w:t>
      </w:r>
      <w:r>
        <w:br/>
      </w:r>
      <w:r>
        <w:t>Завтрак в гостинице «шведский стол»</w:t>
      </w:r>
      <w:r>
        <w:br/>
      </w:r>
      <w:r>
        <w:t>10.00 -</w:t>
      </w:r>
      <w:r>
        <w:rPr>
          <w:b/>
        </w:rPr>
        <w:t>Встреча с гидом в холле гостиницы</w:t>
      </w:r>
    </w:p>
    <w:p>
      <w:r>
        <w:rPr>
          <w:b/>
        </w:rPr>
        <w:t>Отправление на общественном транспорте</w:t>
      </w:r>
      <w:r>
        <w:br/>
      </w:r>
      <w:r>
        <w:rPr>
          <w:b/>
        </w:rPr>
        <w:t>Экскурсия «Хитровка: город в городе».</w:t>
      </w:r>
      <w:r>
        <w:t>В самом сердце столицы есть район, знаменитый своим криминальным прошлым. Хитровка. Хитровская площадь просуществовала более 130 лет. Слово «Хитровка» знакомо каждому москвичу - еще бы, здесь было средоточие ночлежек, притонов, сомнительных заведений, о которых так красочно повествуют писатели. И в то же время Хитровка - это и литературные салоны, и роскошные балы, и богатые усадьбы. Такая разная, такая многоликая, такая неповторимая...</w:t>
      </w:r>
      <w:r>
        <w:br/>
      </w:r>
      <w:r>
        <w:t>А бывали ли вы хоть раз в районе Хитровки? И точно ли знаете, где находится этот район, где была Хитровская площадь? Приглашаем вас в путешествие в мир хитрованцев!</w:t>
      </w:r>
      <w:r>
        <w:br/>
      </w:r>
      <w:r>
        <w:t>Вы познакомитесь с «темным прошлым» Хитровки (и, кстати, узнаете, почему она называлась именно так), узнаете, куда и зачем Гиляровский водил Станиславского и Немировича-Данченко, а еще...</w:t>
      </w:r>
    </w:p>
    <w:p>
      <w:pPr>
        <w:pStyle w:val="ListBullet"/>
      </w:pPr>
      <w:r>
        <w:t>где жила Чеховская «Попрыгунья»,</w:t>
      </w:r>
    </w:p>
    <w:p>
      <w:pPr>
        <w:pStyle w:val="ListBullet"/>
      </w:pPr>
      <w:r>
        <w:t>где располагались трактиры «Пересыльный», «Сибирь» и «Каторга»,</w:t>
      </w:r>
    </w:p>
    <w:p>
      <w:pPr>
        <w:pStyle w:val="ListBullet"/>
      </w:pPr>
      <w:r>
        <w:t>что связывало Салтычиху и Тютчева,</w:t>
      </w:r>
    </w:p>
    <w:p>
      <w:pPr>
        <w:pStyle w:val="ListBullet"/>
      </w:pPr>
      <w:r>
        <w:t>где находился соляной двор и располагалась «биржа труда» XIX века,</w:t>
      </w:r>
    </w:p>
    <w:p>
      <w:pPr>
        <w:pStyle w:val="ListBullet"/>
      </w:pPr>
      <w:r>
        <w:t>в каком месте Сонька Золотая ручка припрятала клад</w:t>
      </w:r>
    </w:p>
    <w:p>
      <w:pPr>
        <w:pStyle w:val="ListBullet"/>
      </w:pPr>
      <w:r>
        <w:t>почему разорились хозяева ночлежек «Утюг» и «Кулаковка»</w:t>
      </w:r>
    </w:p>
    <w:p>
      <w:r>
        <w:t>Вы увидите Морозовский сад - неожиданно уютный зеленый уголок в центре столицы, дом генерала Н.З. Хитрово, «дом-Утюг», дворик хитрых хитрованцев, дом Ярошенко и Румянцева, городскую усадьбу Лопухиных-Волконских-Кирьяковых, родовое имение богатейших купцов Телешовых-Карзинкиных и даже вход в секретное метро-2...</w:t>
      </w:r>
      <w:r>
        <w:br/>
      </w:r>
      <w:r>
        <w:rPr>
          <w:b/>
        </w:rPr>
        <w:t>Экскурсия «Первопрестольная столица» по Красной площади</w:t>
      </w:r>
      <w:r>
        <w:t>– главной и самой красивой площади Москвы. Вы услышите интересный рассказ о стенах и башнях Кремля, мавзолее В.И. Ленина, Храме Василия Блаженного, церкви Казанской Божьей Матери. Увидите памятник Минину и Пожарскому, лобное место, здание крупнейшего универмага страны и узнаете его древнейшую историю.</w:t>
      </w:r>
      <w:r>
        <w:br/>
      </w:r>
      <w:r>
        <w:rPr>
          <w:b/>
        </w:rPr>
        <w:t>Знакомство с московским великим посадом Китай-город.</w:t>
      </w:r>
      <w:r>
        <w:t>Китай-город, один из древнейших исторических районов в центре Москвы, является заповедной зоной. В пределах Китай-города находятся такие известные архитектурные памятники, как Воскресенские Ворота, Гостиный Двор, ГУМ и т.д.</w:t>
      </w:r>
      <w:r>
        <w:br/>
      </w:r>
      <w:r>
        <w:rPr>
          <w:b/>
        </w:rPr>
        <w:t>Посещение парка «Зарядье».</w:t>
      </w:r>
      <w:r>
        <w:t>- первый новый крупный парк в столице за последние почти 70 лет. Его масштабы и сложность инженерных решений поражают. Площадь объектов парка составляет почти 78 тыс. кв. метров, из них 25,2 тыс. «квадратов» занимает многофункциональный концертный зал.</w:t>
      </w:r>
      <w:r>
        <w:br/>
      </w:r>
      <w:r>
        <w:rPr>
          <w:b/>
        </w:rPr>
        <w:t>Обед</w:t>
      </w:r>
      <w:r>
        <w:t>в кафе города</w:t>
      </w:r>
      <w:r>
        <w:br/>
      </w:r>
      <w:r>
        <w:rPr>
          <w:b/>
        </w:rPr>
        <w:t>Пешеходная экскурсия по Арбату</w:t>
      </w:r>
      <w:r>
        <w:t>- визитная карточка Москвы, это первая в Москве пешеходная улица, поистине «сувенирный проспект», это встреча с творчеством Пушкина, Бунина, Пастернака, Булата Окуджавы.</w:t>
      </w:r>
      <w:r>
        <w:br/>
      </w:r>
      <w:r>
        <w:rPr>
          <w:b/>
        </w:rPr>
        <w:t>Окончание программы в центре города</w:t>
      </w:r>
      <w:r>
        <w:t>, время для самостоятельного знакомства с городом</w:t>
      </w:r>
    </w:p>
    <w:p>
      <w:r>
        <w:t>[slider id=27]</w:t>
      </w:r>
    </w:p>
    <w:p>
      <w:r>
        <w:rPr>
          <w:b/>
        </w:rPr>
        <w:t>3 день:</w:t>
      </w:r>
      <w:r>
        <w:br/>
      </w:r>
      <w:r>
        <w:t>Завтрак в гостинице «шведский стол». Освобождение номеров.</w:t>
      </w:r>
      <w:r>
        <w:br/>
      </w:r>
      <w:r>
        <w:rPr>
          <w:b/>
        </w:rPr>
        <w:t>Встреча с гидом в холле гостиницы.</w:t>
      </w:r>
      <w:r>
        <w:br/>
      </w:r>
      <w:r>
        <w:rPr>
          <w:b/>
        </w:rPr>
        <w:t>Экскурсия «Российский Голливуд».</w:t>
      </w:r>
      <w:r>
        <w:t>Москва - одна из кинематографических столиц мира, здесь ежегодно проходит Московский международный кинофестиваль, работают пять киностудий, музей кино. Во время экскурсии Вам расскажут о великих артистах кино, о том, где и как снимались известнейшие фильмы. Вы побываете на площади звезд кино.</w:t>
      </w:r>
      <w:r>
        <w:br/>
      </w:r>
      <w:r>
        <w:rPr>
          <w:b/>
        </w:rPr>
        <w:t>Экскурсия на фабрику грез - киностудию «Мосфильм».</w:t>
      </w:r>
      <w:r>
        <w:t>Киностудия «Мосфильм» - одна из крупнейших киностудий мира. Вы увидите настоящий «Город кино», во время интереснейшей экскурсии осмотрите великолепные декорации к фильмам, съемочные площадки и гримерные мастерские, посетите уникальный музей ретро автомобилей.</w:t>
      </w:r>
      <w:r>
        <w:br/>
      </w:r>
      <w:r>
        <w:rPr>
          <w:b/>
        </w:rPr>
        <w:t>Обед в кафе города</w:t>
      </w:r>
      <w:r>
        <w:br/>
      </w:r>
      <w:r>
        <w:rPr>
          <w:b/>
        </w:rPr>
        <w:t>Экскурсия «Легенды и Мифы ВДНХ»</w:t>
      </w:r>
      <w:r>
        <w:t>. Всероссийский выставочный центр – это настоящий город со своими улицами, площадями, фонтанами, кинотеатрами, детскими аттракционами и даже «общественным транспортом». Во время экскурсии можно будет пройти по всей территории ВВЦ от арки главного входа до запрудной зоны у дальней границы выставки, увидеть знаменитые фонтаны, сохранившиеся с советских времен павильоны, также вас ожидает прогулка по Аллее Космонавтов: монумент «Покорителям космоса» - памятник, открытый в честь запуска первого искусственного спутника Земли 4 ноября 1964 года.</w:t>
      </w:r>
      <w:r>
        <w:br/>
      </w:r>
      <w:r>
        <w:rPr>
          <w:b/>
        </w:rPr>
        <w:t>Экскурсия в павильон «Макет Москвы»(при условии его работы).</w:t>
      </w:r>
      <w:r>
        <w:t>Архитектурный макет Москвы — уникальный экспонат для москвичей и гостей столицы. Перед посетителями как на ладони весь исторический центр: Московский Кремль и Красная площадь (Александровский сад, собор Василия Блаженного, Исторический музей и ГУМ), а также храм Христа Спасителя и Дом на набережной. Главная отличительная особенность макета столицы — поразительная детализация зданий и максимально точное воссоздание ландшафтного рельефа. Элементы макета оснащены светодиодными источниками света и объединены в единую интеллектуальную систему подсветки. На макете можно настроить как разное время суток, так и подсветить объекты, объединенные единым признаком, — Садовое и Бульварное кольца, уникальные парки и набережные, образовательные учреждения, спортивные сооружения и другие. Добиться еще большей выразительности макету позволяет миниатюрная архитектурная подсветка, которая использована в оформлении выходов из метро, храмовых комплексов, мостов и таких знаковых сооружений, как Московский Кремль.</w:t>
      </w:r>
    </w:p>
    <w:p>
      <w:r>
        <w:t>[slider id=28]</w:t>
      </w:r>
    </w:p>
    <w:p>
      <w:r>
        <w:rPr>
          <w:b/>
        </w:rPr>
        <w:t>Трансфер в аэропорт</w:t>
      </w:r>
      <w:r>
        <w:br/>
      </w:r>
      <w:r>
        <w:t>23.55 - Вылет из Москвы</w:t>
      </w:r>
    </w:p>
    <w:p>
      <w:r>
        <w:rPr>
          <w:b/>
        </w:rPr>
        <w:t>4 день:</w:t>
      </w:r>
      <w:r>
        <w:br/>
      </w:r>
      <w:r>
        <w:t>04.00 - Ориентировочное время прибытия самолета в а/п "Большое Савино"</w:t>
      </w:r>
    </w:p>
    <w:p>
      <w:r>
        <w:rPr>
          <w:i/>
        </w:rPr>
        <w:t>* Оператор оставляет за собой право вносить изменения в программу с сохранением объема обслуживания.* Обратите внимание! Очередность дней в программе может меняться, учитывайте это при планировании свободного времени.* Время прибытия является ориентировочным. Зависит от политики авиакомпании.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viaperm.ru/passengers/information/timetable//?utm_source=google.com&amp;utm_medium=organic&amp;utm_campaign=google.com&amp;utm_referrer=google.com" TargetMode="External"/><Relationship Id="rId10" Type="http://schemas.openxmlformats.org/officeDocument/2006/relationships/hyperlink" Target="https://docs.google.com/document/d/1q1jqve25s3YqAihcuvdPlGeJm0ANSQfus2ihozRAtXI/edit?tab=t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